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EAF" w:rsidRDefault="001F0EAF" w:rsidP="001F0EAF">
      <w:pPr>
        <w:rPr>
          <w:sz w:val="20"/>
          <w:szCs w:val="20"/>
        </w:rPr>
      </w:pPr>
      <w:r>
        <w:br/>
      </w:r>
      <w:proofErr w:type="spellStart"/>
      <w:r w:rsidRPr="00CE54C0">
        <w:rPr>
          <w:b/>
          <w:bCs/>
          <w:sz w:val="20"/>
          <w:szCs w:val="20"/>
        </w:rPr>
        <w:t>Załącznik</w:t>
      </w:r>
      <w:proofErr w:type="spellEnd"/>
      <w:r w:rsidRPr="00CE54C0">
        <w:rPr>
          <w:b/>
          <w:bCs/>
          <w:sz w:val="20"/>
          <w:szCs w:val="20"/>
        </w:rPr>
        <w:t xml:space="preserve"> </w:t>
      </w:r>
      <w:proofErr w:type="spellStart"/>
      <w:r w:rsidRPr="00CE54C0">
        <w:rPr>
          <w:b/>
          <w:bCs/>
          <w:sz w:val="20"/>
          <w:szCs w:val="20"/>
        </w:rPr>
        <w:t>nr</w:t>
      </w:r>
      <w:proofErr w:type="spellEnd"/>
      <w:r w:rsidRPr="00CE54C0">
        <w:rPr>
          <w:b/>
          <w:bCs/>
          <w:sz w:val="20"/>
          <w:szCs w:val="20"/>
        </w:rPr>
        <w:t xml:space="preserve"> 2 </w:t>
      </w:r>
      <w:r>
        <w:rPr>
          <w:sz w:val="20"/>
          <w:szCs w:val="20"/>
        </w:rPr>
        <w:t xml:space="preserve">- </w:t>
      </w:r>
      <w:proofErr w:type="spellStart"/>
      <w:r>
        <w:rPr>
          <w:sz w:val="20"/>
          <w:szCs w:val="20"/>
        </w:rPr>
        <w:t>Formularz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oferty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wraz</w:t>
      </w:r>
      <w:proofErr w:type="spellEnd"/>
      <w:r>
        <w:rPr>
          <w:sz w:val="20"/>
          <w:szCs w:val="20"/>
        </w:rPr>
        <w:t xml:space="preserve"> z </w:t>
      </w:r>
      <w:proofErr w:type="spellStart"/>
      <w:r>
        <w:rPr>
          <w:sz w:val="20"/>
          <w:szCs w:val="20"/>
        </w:rPr>
        <w:t>zestawieniem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ilościowym</w:t>
      </w:r>
      <w:proofErr w:type="spellEnd"/>
      <w:r>
        <w:rPr>
          <w:sz w:val="20"/>
          <w:szCs w:val="20"/>
        </w:rPr>
        <w:t>.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z w:val="20"/>
          <w:szCs w:val="20"/>
        </w:rPr>
        <w:t>FORMULARZ OFERTY</w:t>
      </w:r>
      <w:r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</w:p>
    <w:p w:rsidR="001F0EAF" w:rsidRDefault="001F0EAF" w:rsidP="001F0EAF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 xml:space="preserve">w postępowaniu o udzielenie zapytania ofertowego  prowadzonego w trybie </w:t>
      </w:r>
      <w:proofErr w:type="spellStart"/>
      <w:r>
        <w:rPr>
          <w:sz w:val="20"/>
          <w:szCs w:val="20"/>
        </w:rPr>
        <w:t>zapytania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ofertowego</w:t>
      </w:r>
      <w:proofErr w:type="spellEnd"/>
      <w:r>
        <w:rPr>
          <w:sz w:val="20"/>
          <w:szCs w:val="20"/>
        </w:rPr>
        <w:t xml:space="preserve">, do </w:t>
      </w:r>
      <w:proofErr w:type="spellStart"/>
      <w:r>
        <w:rPr>
          <w:sz w:val="20"/>
          <w:szCs w:val="20"/>
        </w:rPr>
        <w:t>którego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mają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zastosowania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przepisy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ustawy</w:t>
      </w:r>
      <w:proofErr w:type="spellEnd"/>
      <w:r>
        <w:rPr>
          <w:sz w:val="20"/>
          <w:szCs w:val="20"/>
        </w:rPr>
        <w:t xml:space="preserve"> z </w:t>
      </w:r>
      <w:proofErr w:type="spellStart"/>
      <w:r>
        <w:rPr>
          <w:sz w:val="20"/>
          <w:szCs w:val="20"/>
        </w:rPr>
        <w:t>dnia</w:t>
      </w:r>
      <w:proofErr w:type="spellEnd"/>
      <w:r>
        <w:rPr>
          <w:sz w:val="20"/>
          <w:szCs w:val="20"/>
        </w:rPr>
        <w:t xml:space="preserve"> 11 </w:t>
      </w:r>
      <w:proofErr w:type="spellStart"/>
      <w:r>
        <w:rPr>
          <w:sz w:val="20"/>
          <w:szCs w:val="20"/>
        </w:rPr>
        <w:t>września</w:t>
      </w:r>
      <w:proofErr w:type="spellEnd"/>
      <w:r>
        <w:rPr>
          <w:sz w:val="20"/>
          <w:szCs w:val="20"/>
        </w:rPr>
        <w:t xml:space="preserve"> 2019r. </w:t>
      </w:r>
      <w:proofErr w:type="spellStart"/>
      <w:r>
        <w:rPr>
          <w:sz w:val="20"/>
          <w:szCs w:val="20"/>
        </w:rPr>
        <w:t>Prawo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zamówień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publicznych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t.j.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Dz.U</w:t>
      </w:r>
      <w:proofErr w:type="spellEnd"/>
      <w:r>
        <w:rPr>
          <w:sz w:val="20"/>
          <w:szCs w:val="20"/>
        </w:rPr>
        <w:t xml:space="preserve">. z 2024r. </w:t>
      </w:r>
      <w:proofErr w:type="spellStart"/>
      <w:r>
        <w:rPr>
          <w:sz w:val="20"/>
          <w:szCs w:val="20"/>
        </w:rPr>
        <w:t>poz</w:t>
      </w:r>
      <w:proofErr w:type="spellEnd"/>
      <w:r>
        <w:rPr>
          <w:sz w:val="20"/>
          <w:szCs w:val="20"/>
        </w:rPr>
        <w:t xml:space="preserve">. 1320,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zm</w:t>
      </w:r>
      <w:proofErr w:type="spellEnd"/>
      <w:r>
        <w:rPr>
          <w:sz w:val="20"/>
          <w:szCs w:val="20"/>
        </w:rPr>
        <w:t>.),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o nazwie:</w:t>
      </w:r>
    </w:p>
    <w:p w:rsidR="001F0EAF" w:rsidRDefault="001F0EAF" w:rsidP="001F0EAF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,,</w:t>
      </w:r>
      <w:r w:rsidR="00480A10" w:rsidRPr="00480A10">
        <w:rPr>
          <w:b/>
          <w:bCs/>
          <w:sz w:val="20"/>
          <w:szCs w:val="20"/>
        </w:rPr>
        <w:t xml:space="preserve"> </w:t>
      </w:r>
      <w:proofErr w:type="spellStart"/>
      <w:r w:rsidR="00480A10">
        <w:rPr>
          <w:b/>
          <w:bCs/>
          <w:sz w:val="20"/>
          <w:szCs w:val="20"/>
        </w:rPr>
        <w:t>Zakup</w:t>
      </w:r>
      <w:proofErr w:type="spellEnd"/>
      <w:r w:rsidR="00480A10">
        <w:rPr>
          <w:b/>
          <w:sz w:val="20"/>
          <w:szCs w:val="20"/>
        </w:rPr>
        <w:t xml:space="preserve"> </w:t>
      </w:r>
      <w:proofErr w:type="spellStart"/>
      <w:r w:rsidR="00480A10">
        <w:rPr>
          <w:b/>
          <w:sz w:val="20"/>
          <w:szCs w:val="20"/>
        </w:rPr>
        <w:t>sprzętu</w:t>
      </w:r>
      <w:proofErr w:type="spellEnd"/>
      <w:r w:rsidR="00480A10">
        <w:rPr>
          <w:b/>
          <w:sz w:val="20"/>
          <w:szCs w:val="20"/>
        </w:rPr>
        <w:t xml:space="preserve"> </w:t>
      </w:r>
      <w:proofErr w:type="spellStart"/>
      <w:r w:rsidR="00480A10">
        <w:rPr>
          <w:b/>
          <w:sz w:val="20"/>
          <w:szCs w:val="20"/>
        </w:rPr>
        <w:t>komputerowego</w:t>
      </w:r>
      <w:proofErr w:type="spellEnd"/>
      <w:r w:rsidR="00480A10">
        <w:rPr>
          <w:b/>
          <w:sz w:val="20"/>
          <w:szCs w:val="20"/>
        </w:rPr>
        <w:t xml:space="preserve"> do </w:t>
      </w:r>
      <w:proofErr w:type="spellStart"/>
      <w:r w:rsidR="00480A10">
        <w:rPr>
          <w:b/>
          <w:sz w:val="20"/>
          <w:szCs w:val="20"/>
        </w:rPr>
        <w:t>biura</w:t>
      </w:r>
      <w:proofErr w:type="spellEnd"/>
      <w:r w:rsidR="00480A10">
        <w:rPr>
          <w:b/>
          <w:sz w:val="20"/>
          <w:szCs w:val="20"/>
        </w:rPr>
        <w:t xml:space="preserve"> </w:t>
      </w:r>
      <w:proofErr w:type="spellStart"/>
      <w:r w:rsidR="00480A10">
        <w:rPr>
          <w:b/>
          <w:sz w:val="20"/>
          <w:szCs w:val="20"/>
        </w:rPr>
        <w:t>projektu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”.</w:t>
      </w:r>
    </w:p>
    <w:p w:rsidR="001F0EAF" w:rsidRDefault="001F0EAF" w:rsidP="001F0EAF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z w:val="20"/>
          <w:szCs w:val="20"/>
          <w:lang w:val="pl-PL"/>
        </w:rPr>
        <w:t xml:space="preserve">Nazwa projektu: Akademia zawodowców 2.0 – Poprawa jakości kształcenia zawodowego w ZSE </w:t>
      </w:r>
      <w:r>
        <w:rPr>
          <w:rFonts w:ascii="Times New Roman" w:hAnsi="Times New Roman" w:cs="Times New Roman"/>
          <w:b/>
          <w:sz w:val="20"/>
          <w:szCs w:val="20"/>
          <w:lang w:val="pl-PL"/>
        </w:rPr>
        <w:br/>
        <w:t>w Raciborzu”, współfinansowanego ze środków Europejskiego Funduszu Społecznego Plus (EFS+) w ramach programu Fundusze Europejskie dla Śląskiego 2021–2027 Priorytet VI – Fundusze Europejskie dla edukacji Działanie FESL.06.03 – Kształcenie zawodowe.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 xml:space="preserve">NUMER ZAMÓWIENIA:            </w:t>
      </w:r>
      <w:r w:rsidR="00480A10">
        <w:rPr>
          <w:rFonts w:ascii="Times New Roman" w:hAnsi="Times New Roman" w:cs="Times New Roman"/>
          <w:b/>
          <w:sz w:val="20"/>
          <w:szCs w:val="20"/>
          <w:lang w:val="pl-PL"/>
        </w:rPr>
        <w:t>ZSE.022.11</w:t>
      </w:r>
      <w:r>
        <w:rPr>
          <w:rFonts w:ascii="Times New Roman" w:hAnsi="Times New Roman" w:cs="Times New Roman"/>
          <w:b/>
          <w:sz w:val="20"/>
          <w:szCs w:val="20"/>
          <w:lang w:val="pl-PL"/>
        </w:rPr>
        <w:t>.UE.1.2026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Wykonawca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składający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ofertę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: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Nazwa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NIP: ………………………………………………………………………………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Siedziba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Telefon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 e-mail: ………………………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Zamawiający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</w:p>
    <w:p w:rsidR="001F0EAF" w:rsidRDefault="001F0EAF" w:rsidP="001F0EA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ZESPÓŁ SZKÓŁ EKONOMICZNYCH W RACIBORZU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Adres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  <w:szCs w:val="20"/>
        </w:rPr>
        <w:t>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Gimnazjalna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3, 47-400 </w:t>
      </w:r>
      <w:proofErr w:type="spellStart"/>
      <w:r>
        <w:rPr>
          <w:rFonts w:ascii="Times New Roman" w:hAnsi="Times New Roman" w:cs="Times New Roman"/>
          <w:sz w:val="20"/>
          <w:szCs w:val="20"/>
        </w:rPr>
        <w:t>Racibórz</w:t>
      </w:r>
      <w:proofErr w:type="spellEnd"/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e-mail: akademiazawodowcow@ekonomikraciborz.pl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Zobowiązania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informacje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wykonawcy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</w:p>
    <w:p w:rsidR="001F0EAF" w:rsidRPr="007B158A" w:rsidRDefault="001F0EAF" w:rsidP="001F0EAF">
      <w:pPr>
        <w:pStyle w:val="Akapitzlist"/>
        <w:numPr>
          <w:ilvl w:val="0"/>
          <w:numId w:val="33"/>
        </w:numPr>
        <w:rPr>
          <w:rFonts w:ascii="Times New Roman" w:hAnsi="Times New Roman" w:cs="Times New Roman"/>
          <w:b/>
          <w:sz w:val="20"/>
          <w:szCs w:val="20"/>
          <w:lang w:val="pl-PL"/>
        </w:rPr>
      </w:pPr>
      <w:proofErr w:type="spellStart"/>
      <w:r w:rsidRPr="007B158A">
        <w:rPr>
          <w:rFonts w:ascii="Times New Roman" w:hAnsi="Times New Roman" w:cs="Times New Roman"/>
          <w:sz w:val="20"/>
          <w:szCs w:val="20"/>
        </w:rPr>
        <w:t>Odpowiadając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na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ogłoszone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zapytanie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ofertowe</w:t>
      </w:r>
      <w:proofErr w:type="spellEnd"/>
      <w:r w:rsidRPr="007B158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B158A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B158A">
        <w:rPr>
          <w:rFonts w:ascii="Times New Roman" w:hAnsi="Times New Roman" w:cs="Times New Roman"/>
          <w:sz w:val="20"/>
          <w:szCs w:val="20"/>
          <w:lang w:val="pl-PL"/>
        </w:rPr>
        <w:t xml:space="preserve">: </w:t>
      </w:r>
      <w:r w:rsidR="00480A10">
        <w:rPr>
          <w:rFonts w:ascii="Times New Roman" w:hAnsi="Times New Roman" w:cs="Times New Roman"/>
          <w:sz w:val="20"/>
          <w:szCs w:val="20"/>
          <w:lang w:val="pl-PL"/>
        </w:rPr>
        <w:t>ZSE.022.11</w:t>
      </w:r>
      <w:r w:rsidRPr="007B158A">
        <w:rPr>
          <w:rFonts w:ascii="Times New Roman" w:hAnsi="Times New Roman" w:cs="Times New Roman"/>
          <w:sz w:val="20"/>
          <w:szCs w:val="20"/>
          <w:lang w:val="pl-PL"/>
        </w:rPr>
        <w:t>.UE.1.2026</w:t>
      </w:r>
    </w:p>
    <w:p w:rsidR="001F0EAF" w:rsidRDefault="001F0EAF" w:rsidP="001F0EAF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,,</w:t>
      </w:r>
      <w:r w:rsidR="00480A10" w:rsidRPr="00480A10">
        <w:rPr>
          <w:b/>
          <w:bCs/>
          <w:sz w:val="20"/>
          <w:szCs w:val="20"/>
        </w:rPr>
        <w:t xml:space="preserve"> </w:t>
      </w:r>
      <w:proofErr w:type="spellStart"/>
      <w:r w:rsidR="00480A10">
        <w:rPr>
          <w:b/>
          <w:bCs/>
          <w:sz w:val="20"/>
          <w:szCs w:val="20"/>
        </w:rPr>
        <w:t>Zakup</w:t>
      </w:r>
      <w:proofErr w:type="spellEnd"/>
      <w:r w:rsidR="00480A10">
        <w:rPr>
          <w:b/>
          <w:sz w:val="20"/>
          <w:szCs w:val="20"/>
        </w:rPr>
        <w:t xml:space="preserve"> </w:t>
      </w:r>
      <w:proofErr w:type="spellStart"/>
      <w:r w:rsidR="00480A10">
        <w:rPr>
          <w:b/>
          <w:sz w:val="20"/>
          <w:szCs w:val="20"/>
        </w:rPr>
        <w:t>sprzętu</w:t>
      </w:r>
      <w:proofErr w:type="spellEnd"/>
      <w:r w:rsidR="00480A10">
        <w:rPr>
          <w:b/>
          <w:sz w:val="20"/>
          <w:szCs w:val="20"/>
        </w:rPr>
        <w:t xml:space="preserve"> </w:t>
      </w:r>
      <w:proofErr w:type="spellStart"/>
      <w:r w:rsidR="00480A10">
        <w:rPr>
          <w:b/>
          <w:sz w:val="20"/>
          <w:szCs w:val="20"/>
        </w:rPr>
        <w:t>komputerowego</w:t>
      </w:r>
      <w:proofErr w:type="spellEnd"/>
      <w:r w:rsidR="00480A10">
        <w:rPr>
          <w:b/>
          <w:sz w:val="20"/>
          <w:szCs w:val="20"/>
        </w:rPr>
        <w:t xml:space="preserve"> do </w:t>
      </w:r>
      <w:proofErr w:type="spellStart"/>
      <w:r w:rsidR="00480A10">
        <w:rPr>
          <w:b/>
          <w:sz w:val="20"/>
          <w:szCs w:val="20"/>
        </w:rPr>
        <w:t>biura</w:t>
      </w:r>
      <w:proofErr w:type="spellEnd"/>
      <w:r w:rsidR="00480A10">
        <w:rPr>
          <w:b/>
          <w:sz w:val="20"/>
          <w:szCs w:val="20"/>
        </w:rPr>
        <w:t xml:space="preserve"> </w:t>
      </w:r>
      <w:proofErr w:type="spellStart"/>
      <w:r w:rsidR="00480A10">
        <w:rPr>
          <w:b/>
          <w:sz w:val="20"/>
          <w:szCs w:val="20"/>
        </w:rPr>
        <w:t>projektu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”.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składamy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następującą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Cena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brutto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……………………………….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słownie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……………………………………………………………... ),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</w:t>
      </w:r>
      <w:proofErr w:type="spellStart"/>
      <w:r>
        <w:rPr>
          <w:rFonts w:ascii="Times New Roman" w:hAnsi="Times New Roman" w:cs="Times New Roman"/>
          <w:sz w:val="20"/>
          <w:szCs w:val="20"/>
        </w:rPr>
        <w:t>tym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netto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:  ………………...........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słownie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………………………………………………………………………….. ),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VAT:  …………………………….  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słownie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zł</w:t>
      </w:r>
      <w:proofErr w:type="spellEnd"/>
      <w:r>
        <w:rPr>
          <w:rFonts w:ascii="Times New Roman" w:hAnsi="Times New Roman" w:cs="Times New Roman"/>
          <w:sz w:val="20"/>
          <w:szCs w:val="20"/>
        </w:rPr>
        <w:t>: …………………………………………………………………………...).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072"/>
        <w:gridCol w:w="720"/>
        <w:gridCol w:w="1461"/>
        <w:gridCol w:w="1238"/>
        <w:gridCol w:w="1324"/>
        <w:gridCol w:w="1620"/>
        <w:gridCol w:w="1596"/>
      </w:tblGrid>
      <w:tr w:rsidR="001F0EAF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lastRenderedPageBreak/>
              <w:t>Lp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Element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przedmiotu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zamówienia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Ilość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szt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Cena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jednostkowa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netto</w:t>
            </w:r>
            <w:proofErr w:type="spell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Stawka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podatku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VAT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Wartość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podatku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VAT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Cena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jednostkowa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brutto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pStyle w:val="Textbody"/>
              <w:spacing w:line="240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Wartość</w:t>
            </w:r>
            <w:proofErr w:type="spellEnd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brutto</w:t>
            </w:r>
            <w:proofErr w:type="spellEnd"/>
          </w:p>
        </w:tc>
      </w:tr>
      <w:tr w:rsidR="001F0EAF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EAF" w:rsidRDefault="001F0EAF" w:rsidP="00C415FF">
            <w:pPr>
              <w:spacing w:after="200" w:line="276" w:lineRule="auto"/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alibri" w:hAnsi="Century Gothic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F0EAF" w:rsidRDefault="00480A10" w:rsidP="00C415FF">
            <w:pPr>
              <w:spacing w:line="360" w:lineRule="auto"/>
              <w:rPr>
                <w:rFonts w:ascii="Century Gothic" w:eastAsia="Times New Roman" w:hAnsi="Century Gothic" w:cs="Calibri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</w:t>
            </w:r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omputer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typu</w:t>
            </w:r>
            <w:proofErr w:type="spellEnd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Mini PC / </w:t>
            </w:r>
            <w:proofErr w:type="spellStart"/>
            <w:r w:rsidRPr="0047039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Nettop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EAF" w:rsidRDefault="00480A10" w:rsidP="00C415FF">
            <w:pPr>
              <w:jc w:val="center"/>
              <w:rPr>
                <w:rFonts w:ascii="Century Gothic" w:eastAsia="Times New Roman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EAF" w:rsidRDefault="001F0EAF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480A10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10" w:rsidRDefault="00480A10" w:rsidP="00C415FF">
            <w:pPr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alibri" w:hAnsi="Century Gothic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80A10" w:rsidRDefault="00480A10" w:rsidP="00C415F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Klawiatura komputerowa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480A10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10" w:rsidRDefault="00480A10" w:rsidP="00C415FF">
            <w:pPr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alibri" w:hAnsi="Century Gothic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80A10" w:rsidRDefault="00480A10" w:rsidP="00C415FF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Monitor komputerowy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480A10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10" w:rsidRDefault="00480A10" w:rsidP="00C415FF">
            <w:pPr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alibri" w:hAnsi="Century Gothic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80A10" w:rsidRPr="00666702" w:rsidRDefault="00480A10" w:rsidP="00CD233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Mysz komputerowa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480A10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10" w:rsidRDefault="00480A10" w:rsidP="00C415FF">
            <w:pPr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alibri" w:hAnsi="Century Gothic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80A10" w:rsidRDefault="00480A10" w:rsidP="00CD233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O</w:t>
            </w:r>
            <w:r w:rsidRPr="00E34615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programowanie biurowe z licencją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480A10" w:rsidTr="00C415F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10" w:rsidRDefault="00480A10" w:rsidP="00C415FF">
            <w:pPr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eastAsia="Calibri" w:hAnsi="Century Gothic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80A10" w:rsidRPr="00E34615" w:rsidRDefault="00480A10" w:rsidP="00480A1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E77189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Ur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ządzenie wielofunkcyjne </w:t>
            </w: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ab/>
            </w:r>
          </w:p>
          <w:p w:rsidR="00480A10" w:rsidRDefault="00480A10" w:rsidP="00CD2330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  <w:tr w:rsidR="00480A10" w:rsidTr="00C415FF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A10" w:rsidRDefault="00480A10" w:rsidP="00C415FF">
            <w:pPr>
              <w:spacing w:after="200" w:line="276" w:lineRule="auto"/>
              <w:rPr>
                <w:rFonts w:ascii="Century Gothic" w:eastAsia="Calibri" w:hAnsi="Century Gothic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A10" w:rsidRDefault="00480A10" w:rsidP="0051213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0A10" w:rsidRDefault="00480A10" w:rsidP="00C415FF">
            <w:pPr>
              <w:spacing w:after="200" w:line="276" w:lineRule="auto"/>
              <w:jc w:val="center"/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  <w:t>RAZEM: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A10" w:rsidRDefault="00480A10" w:rsidP="00C415FF">
            <w:pPr>
              <w:pStyle w:val="Textbody"/>
              <w:spacing w:line="240" w:lineRule="auto"/>
              <w:jc w:val="both"/>
              <w:rPr>
                <w:rFonts w:ascii="Century Gothic" w:hAnsi="Century Gothic"/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1F0EAF" w:rsidRDefault="001F0EAF" w:rsidP="001F0E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pl-PL" w:eastAsia="pl-PL"/>
        </w:rPr>
      </w:pPr>
    </w:p>
    <w:p w:rsidR="00480A10" w:rsidRDefault="00480A10" w:rsidP="001F0E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pl-PL" w:eastAsia="pl-PL"/>
        </w:rPr>
      </w:pPr>
    </w:p>
    <w:p w:rsidR="00480A10" w:rsidRDefault="00480A10" w:rsidP="001F0E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lang w:val="pl-PL" w:eastAsia="pl-PL"/>
        </w:rPr>
      </w:pP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Oświadczamy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że</w:t>
      </w:r>
      <w:proofErr w:type="spellEnd"/>
      <w:r>
        <w:rPr>
          <w:rFonts w:ascii="Times New Roman" w:hAnsi="Times New Roman" w:cs="Times New Roman"/>
          <w:sz w:val="20"/>
          <w:szCs w:val="20"/>
        </w:rPr>
        <w:t>: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zapoznaliśmy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 w:cs="Times New Roman"/>
          <w:sz w:val="20"/>
          <w:szCs w:val="20"/>
        </w:rPr>
        <w:t>warunkami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zamówienia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załącznikami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wnosimy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żadnych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zastrzeżeń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oraz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uzyskaliśmy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niezbędne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informacje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</w:rPr>
        <w:t>przygotowania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oferty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uważamy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związanych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ofertą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okres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30 </w:t>
      </w:r>
      <w:proofErr w:type="spellStart"/>
      <w:r>
        <w:rPr>
          <w:rFonts w:ascii="Times New Roman" w:hAnsi="Times New Roman" w:cs="Times New Roman"/>
          <w:sz w:val="20"/>
          <w:szCs w:val="20"/>
        </w:rPr>
        <w:t>dni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•</w:t>
      </w:r>
      <w:r>
        <w:rPr>
          <w:rFonts w:ascii="Times New Roman" w:hAnsi="Times New Roman" w:cs="Times New Roman"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sz w:val="20"/>
          <w:szCs w:val="20"/>
        </w:rPr>
        <w:t>załączone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</w:rPr>
        <w:t>ogłoszenia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wymagania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stawiane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Wykonawcy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zostały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zaakceptowane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bez </w:t>
      </w:r>
      <w:proofErr w:type="spellStart"/>
      <w:r>
        <w:rPr>
          <w:rFonts w:ascii="Times New Roman" w:hAnsi="Times New Roman" w:cs="Times New Roman"/>
          <w:sz w:val="20"/>
          <w:szCs w:val="20"/>
        </w:rPr>
        <w:t>zastrzeżeń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zobowiązujemy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się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przypadku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wyboru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naszej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oferty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</w:rPr>
        <w:t>zawarcia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umowy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miejscu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terminie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wyznaczonym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Zamawiającego</w:t>
      </w:r>
      <w:proofErr w:type="spellEnd"/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1F0EAF" w:rsidRDefault="001F0EAF" w:rsidP="001F0EAF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Data, </w:t>
      </w:r>
      <w:proofErr w:type="spellStart"/>
      <w:r>
        <w:rPr>
          <w:rFonts w:ascii="Times New Roman" w:hAnsi="Times New Roman" w:cs="Times New Roman"/>
          <w:sz w:val="12"/>
          <w:szCs w:val="12"/>
        </w:rPr>
        <w:t>imiona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i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nazwiska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osób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uprawnionych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</w:p>
    <w:p w:rsidR="001F0EAF" w:rsidRDefault="001F0EAF" w:rsidP="001F0EA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2"/>
          <w:szCs w:val="12"/>
        </w:rPr>
        <w:t xml:space="preserve">do </w:t>
      </w:r>
      <w:proofErr w:type="spellStart"/>
      <w:r>
        <w:rPr>
          <w:rFonts w:ascii="Times New Roman" w:hAnsi="Times New Roman" w:cs="Times New Roman"/>
          <w:sz w:val="12"/>
          <w:szCs w:val="12"/>
        </w:rPr>
        <w:t>reprezentowania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</w:t>
      </w:r>
      <w:proofErr w:type="spellStart"/>
      <w:r>
        <w:rPr>
          <w:rFonts w:ascii="Times New Roman" w:hAnsi="Times New Roman" w:cs="Times New Roman"/>
          <w:sz w:val="12"/>
          <w:szCs w:val="12"/>
        </w:rPr>
        <w:t>wykonawcy</w:t>
      </w:r>
      <w:proofErr w:type="spellEnd"/>
      <w:r>
        <w:rPr>
          <w:rFonts w:ascii="Times New Roman" w:hAnsi="Times New Roman" w:cs="Times New Roman"/>
          <w:sz w:val="12"/>
          <w:szCs w:val="12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………………………………………………..</w:t>
      </w:r>
    </w:p>
    <w:p w:rsidR="001F0EAF" w:rsidRDefault="001F0EAF" w:rsidP="001F0EAF">
      <w:pPr>
        <w:rPr>
          <w:sz w:val="12"/>
          <w:szCs w:val="12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>
        <w:rPr>
          <w:sz w:val="12"/>
          <w:szCs w:val="12"/>
        </w:rPr>
        <w:t>(</w:t>
      </w:r>
      <w:proofErr w:type="spellStart"/>
      <w:r>
        <w:rPr>
          <w:sz w:val="12"/>
          <w:szCs w:val="12"/>
        </w:rPr>
        <w:t>należy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opatrzeć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elektronicznym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podpisem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kwalifikowanym</w:t>
      </w:r>
      <w:proofErr w:type="spellEnd"/>
    </w:p>
    <w:p w:rsidR="001F0EAF" w:rsidRDefault="001F0EAF" w:rsidP="001F0EAF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</w:t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                                            </w:t>
      </w:r>
      <w:proofErr w:type="spellStart"/>
      <w:r>
        <w:rPr>
          <w:sz w:val="12"/>
          <w:szCs w:val="12"/>
        </w:rPr>
        <w:t>lub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podpisem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własnoręcznym</w:t>
      </w:r>
      <w:proofErr w:type="spellEnd"/>
      <w:r>
        <w:rPr>
          <w:sz w:val="12"/>
          <w:szCs w:val="12"/>
        </w:rPr>
        <w:t xml:space="preserve">  </w:t>
      </w:r>
      <w:proofErr w:type="spellStart"/>
      <w:r>
        <w:rPr>
          <w:sz w:val="12"/>
          <w:szCs w:val="12"/>
        </w:rPr>
        <w:t>osoby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uprawnionej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lub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osób</w:t>
      </w:r>
      <w:proofErr w:type="spellEnd"/>
      <w:r>
        <w:rPr>
          <w:sz w:val="12"/>
          <w:szCs w:val="12"/>
        </w:rPr>
        <w:t xml:space="preserve"> </w:t>
      </w:r>
    </w:p>
    <w:p w:rsidR="001F0EAF" w:rsidRDefault="001F0EAF" w:rsidP="001F0EAF">
      <w:pPr>
        <w:rPr>
          <w:sz w:val="12"/>
          <w:szCs w:val="12"/>
        </w:rPr>
      </w:pP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 xml:space="preserve">                         </w:t>
      </w:r>
      <w:proofErr w:type="spellStart"/>
      <w:r>
        <w:rPr>
          <w:sz w:val="12"/>
          <w:szCs w:val="12"/>
        </w:rPr>
        <w:t>uprawnionych</w:t>
      </w:r>
      <w:proofErr w:type="spellEnd"/>
      <w:r>
        <w:rPr>
          <w:sz w:val="12"/>
          <w:szCs w:val="12"/>
        </w:rPr>
        <w:t xml:space="preserve"> do </w:t>
      </w:r>
      <w:proofErr w:type="spellStart"/>
      <w:r>
        <w:rPr>
          <w:sz w:val="12"/>
          <w:szCs w:val="12"/>
        </w:rPr>
        <w:t>reprezentowania</w:t>
      </w:r>
      <w:proofErr w:type="spellEnd"/>
      <w:r>
        <w:rPr>
          <w:sz w:val="12"/>
          <w:szCs w:val="12"/>
        </w:rPr>
        <w:t xml:space="preserve"> </w:t>
      </w:r>
      <w:proofErr w:type="spellStart"/>
      <w:r>
        <w:rPr>
          <w:sz w:val="12"/>
          <w:szCs w:val="12"/>
        </w:rPr>
        <w:t>Wykonawcy</w:t>
      </w:r>
      <w:proofErr w:type="spellEnd"/>
      <w:r>
        <w:rPr>
          <w:sz w:val="12"/>
          <w:szCs w:val="12"/>
        </w:rPr>
        <w:t>)</w:t>
      </w:r>
    </w:p>
    <w:p w:rsidR="001F0EAF" w:rsidRDefault="001F0EAF" w:rsidP="001F0EAF"/>
    <w:p w:rsidR="001F0EAF" w:rsidRDefault="001F0EAF" w:rsidP="001F0EAF"/>
    <w:p w:rsidR="001F0EAF" w:rsidRPr="009C5D44" w:rsidRDefault="001F0EAF" w:rsidP="001F0EAF">
      <w:pPr>
        <w:rPr>
          <w:rFonts w:ascii="Times New Roman" w:hAnsi="Times New Roman" w:cs="Times New Roman"/>
        </w:rPr>
      </w:pPr>
    </w:p>
    <w:p w:rsidR="009C5D44" w:rsidRPr="005B46DA" w:rsidRDefault="009C5D44" w:rsidP="005B46DA"/>
    <w:sectPr w:rsidR="009C5D44" w:rsidRPr="005B46DA" w:rsidSect="008E14A0">
      <w:headerReference w:type="default" r:id="rId9"/>
      <w:footerReference w:type="default" r:id="rId10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EB1" w:rsidRDefault="00D27EB1" w:rsidP="008E14A0">
      <w:pPr>
        <w:spacing w:after="0" w:line="240" w:lineRule="auto"/>
      </w:pPr>
      <w:r>
        <w:separator/>
      </w:r>
    </w:p>
  </w:endnote>
  <w:endnote w:type="continuationSeparator" w:id="0">
    <w:p w:rsidR="00D27EB1" w:rsidRDefault="00D27EB1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EB1" w:rsidRDefault="00D27EB1" w:rsidP="008E14A0">
      <w:pPr>
        <w:spacing w:after="0" w:line="240" w:lineRule="auto"/>
      </w:pPr>
      <w:r>
        <w:separator/>
      </w:r>
    </w:p>
  </w:footnote>
  <w:footnote w:type="continuationSeparator" w:id="0">
    <w:p w:rsidR="00D27EB1" w:rsidRDefault="00D27EB1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705AB3"/>
    <w:multiLevelType w:val="hybridMultilevel"/>
    <w:tmpl w:val="02221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2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7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0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5"/>
  </w:num>
  <w:num w:numId="12">
    <w:abstractNumId w:val="16"/>
  </w:num>
  <w:num w:numId="13">
    <w:abstractNumId w:val="28"/>
  </w:num>
  <w:num w:numId="14">
    <w:abstractNumId w:val="32"/>
  </w:num>
  <w:num w:numId="15">
    <w:abstractNumId w:val="19"/>
  </w:num>
  <w:num w:numId="16">
    <w:abstractNumId w:val="22"/>
  </w:num>
  <w:num w:numId="17">
    <w:abstractNumId w:val="11"/>
  </w:num>
  <w:num w:numId="18">
    <w:abstractNumId w:val="29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12"/>
  </w:num>
  <w:num w:numId="32">
    <w:abstractNumId w:val="23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1B4A"/>
    <w:rsid w:val="000D655F"/>
    <w:rsid w:val="0014547F"/>
    <w:rsid w:val="0015074B"/>
    <w:rsid w:val="001F0EAF"/>
    <w:rsid w:val="00272DF6"/>
    <w:rsid w:val="0029639D"/>
    <w:rsid w:val="002F039B"/>
    <w:rsid w:val="003119B8"/>
    <w:rsid w:val="00326F90"/>
    <w:rsid w:val="003A0FE8"/>
    <w:rsid w:val="00480A10"/>
    <w:rsid w:val="004A2D0A"/>
    <w:rsid w:val="004C6487"/>
    <w:rsid w:val="005776C9"/>
    <w:rsid w:val="0059680E"/>
    <w:rsid w:val="005B46DA"/>
    <w:rsid w:val="00751F1D"/>
    <w:rsid w:val="0078514E"/>
    <w:rsid w:val="008E14A0"/>
    <w:rsid w:val="008F78AC"/>
    <w:rsid w:val="00917AFD"/>
    <w:rsid w:val="00920425"/>
    <w:rsid w:val="009C5D44"/>
    <w:rsid w:val="009F3F04"/>
    <w:rsid w:val="00A14A96"/>
    <w:rsid w:val="00A96B5D"/>
    <w:rsid w:val="00AA1D8D"/>
    <w:rsid w:val="00B47730"/>
    <w:rsid w:val="00BA6EA1"/>
    <w:rsid w:val="00C53B00"/>
    <w:rsid w:val="00C87522"/>
    <w:rsid w:val="00CB0664"/>
    <w:rsid w:val="00D27EB1"/>
    <w:rsid w:val="00E13E51"/>
    <w:rsid w:val="00E21434"/>
    <w:rsid w:val="00E563FB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7FB1FB-1F15-401B-8533-790E5FF01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0</TotalTime>
  <Pages>3</Pages>
  <Words>430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2</cp:revision>
  <cp:lastPrinted>2026-09-22T12:27:00Z</cp:lastPrinted>
  <dcterms:created xsi:type="dcterms:W3CDTF">2026-10-07T11:52:00Z</dcterms:created>
  <dcterms:modified xsi:type="dcterms:W3CDTF">2026-10-07T11:52:00Z</dcterms:modified>
</cp:coreProperties>
</file>