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893" w:rsidRPr="005D4F2F" w:rsidRDefault="001F0EAF" w:rsidP="00E46893">
      <w:pPr>
        <w:rPr>
          <w:rFonts w:ascii="Times New Roman" w:eastAsia="Calibri" w:hAnsi="Times New Roman" w:cs="Times New Roman"/>
          <w:b/>
          <w:iCs/>
          <w:sz w:val="20"/>
          <w:szCs w:val="20"/>
        </w:rPr>
      </w:pPr>
      <w:r>
        <w:br/>
      </w:r>
      <w:bookmarkStart w:id="0" w:name="_GoBack"/>
      <w:proofErr w:type="spellStart"/>
      <w:r w:rsidR="00E46893" w:rsidRPr="005D4F2F">
        <w:rPr>
          <w:rFonts w:ascii="Times New Roman" w:eastAsia="Calibri" w:hAnsi="Times New Roman" w:cs="Times New Roman"/>
          <w:b/>
          <w:iCs/>
          <w:sz w:val="20"/>
          <w:szCs w:val="20"/>
        </w:rPr>
        <w:t>Załącznik</w:t>
      </w:r>
      <w:proofErr w:type="spellEnd"/>
      <w:r w:rsidR="00E46893" w:rsidRPr="005D4F2F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</w:t>
      </w:r>
      <w:proofErr w:type="spellStart"/>
      <w:r w:rsidR="00E46893" w:rsidRPr="005D4F2F">
        <w:rPr>
          <w:rFonts w:ascii="Times New Roman" w:eastAsia="Calibri" w:hAnsi="Times New Roman" w:cs="Times New Roman"/>
          <w:b/>
          <w:iCs/>
          <w:sz w:val="20"/>
          <w:szCs w:val="20"/>
        </w:rPr>
        <w:t>nr</w:t>
      </w:r>
      <w:proofErr w:type="spellEnd"/>
      <w:r w:rsidR="00E46893" w:rsidRPr="005D4F2F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</w:t>
      </w:r>
      <w:r w:rsidR="00E46893">
        <w:rPr>
          <w:rFonts w:ascii="Times New Roman" w:eastAsia="Calibri" w:hAnsi="Times New Roman" w:cs="Times New Roman"/>
          <w:b/>
          <w:iCs/>
          <w:sz w:val="20"/>
          <w:szCs w:val="20"/>
        </w:rPr>
        <w:t>3</w:t>
      </w:r>
      <w:r w:rsidR="00E46893" w:rsidRPr="005D4F2F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</w:t>
      </w:r>
      <w:r w:rsidR="00E46893" w:rsidRPr="004F5F29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do </w:t>
      </w:r>
      <w:proofErr w:type="spellStart"/>
      <w:r w:rsidR="00E46893" w:rsidRPr="004F5F29">
        <w:rPr>
          <w:rFonts w:ascii="Times New Roman" w:eastAsia="Calibri" w:hAnsi="Times New Roman" w:cs="Times New Roman"/>
          <w:bCs/>
          <w:iCs/>
          <w:sz w:val="20"/>
          <w:szCs w:val="20"/>
        </w:rPr>
        <w:t>zapytania</w:t>
      </w:r>
      <w:proofErr w:type="spellEnd"/>
      <w:r w:rsidR="00E46893" w:rsidRPr="004F5F29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="00E46893" w:rsidRPr="004F5F29">
        <w:rPr>
          <w:rFonts w:ascii="Times New Roman" w:eastAsia="Calibri" w:hAnsi="Times New Roman" w:cs="Times New Roman"/>
          <w:bCs/>
          <w:iCs/>
          <w:sz w:val="20"/>
          <w:szCs w:val="20"/>
        </w:rPr>
        <w:t>ofertowego</w:t>
      </w:r>
      <w:proofErr w:type="spellEnd"/>
      <w:r w:rsidR="00E46893" w:rsidRPr="004F5F29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="00E46893" w:rsidRPr="004F5F29">
        <w:rPr>
          <w:rFonts w:ascii="Times New Roman" w:eastAsia="Calibri" w:hAnsi="Times New Roman" w:cs="Times New Roman"/>
          <w:bCs/>
          <w:iCs/>
          <w:sz w:val="20"/>
          <w:szCs w:val="20"/>
        </w:rPr>
        <w:t>nr</w:t>
      </w:r>
      <w:proofErr w:type="spellEnd"/>
      <w:r w:rsidR="00E46893" w:rsidRPr="004F5F29">
        <w:rPr>
          <w:rFonts w:ascii="Times New Roman" w:eastAsia="Calibri" w:hAnsi="Times New Roman" w:cs="Times New Roman"/>
          <w:bCs/>
          <w:iCs/>
          <w:sz w:val="20"/>
          <w:szCs w:val="20"/>
        </w:rPr>
        <w:t>:</w:t>
      </w:r>
      <w:r w:rsidR="00E46893">
        <w:rPr>
          <w:rFonts w:ascii="Times New Roman" w:hAnsi="Times New Roman" w:cs="Times New Roman"/>
        </w:rPr>
        <w:t xml:space="preserve"> </w:t>
      </w:r>
      <w:r w:rsidR="00E46893" w:rsidRPr="004F5F29">
        <w:rPr>
          <w:rFonts w:ascii="Times New Roman" w:hAnsi="Times New Roman" w:cs="Times New Roman"/>
          <w:sz w:val="20"/>
          <w:szCs w:val="20"/>
        </w:rPr>
        <w:t>ZSE</w:t>
      </w:r>
      <w:r w:rsidR="00E46893">
        <w:rPr>
          <w:rFonts w:ascii="Times New Roman" w:hAnsi="Times New Roman" w:cs="Times New Roman"/>
          <w:spacing w:val="32"/>
          <w:sz w:val="20"/>
          <w:szCs w:val="20"/>
        </w:rPr>
        <w:t>.022.11</w:t>
      </w:r>
      <w:r w:rsidR="00E46893" w:rsidRPr="004F5F29">
        <w:rPr>
          <w:rFonts w:ascii="Times New Roman" w:hAnsi="Times New Roman" w:cs="Times New Roman"/>
          <w:spacing w:val="32"/>
          <w:sz w:val="20"/>
          <w:szCs w:val="20"/>
        </w:rPr>
        <w:t>.UE.1.2026</w:t>
      </w:r>
    </w:p>
    <w:bookmarkEnd w:id="0"/>
    <w:p w:rsidR="00E46893" w:rsidRDefault="00E46893" w:rsidP="00E46893">
      <w:r>
        <w:br/>
      </w:r>
    </w:p>
    <w:p w:rsidR="00E46893" w:rsidRDefault="00E46893" w:rsidP="00E46893">
      <w:pPr>
        <w:spacing w:line="360" w:lineRule="auto"/>
        <w:jc w:val="center"/>
        <w:rPr>
          <w:rFonts w:ascii="Times New Roman" w:eastAsia="Calibri" w:hAnsi="Times New Roman" w:cs="Times New Roman"/>
          <w:b/>
          <w:iCs/>
          <w:sz w:val="20"/>
          <w:szCs w:val="20"/>
        </w:rPr>
      </w:pPr>
      <w:r>
        <w:rPr>
          <w:rFonts w:ascii="Times New Roman" w:eastAsia="Calibri" w:hAnsi="Times New Roman" w:cs="Times New Roman"/>
          <w:b/>
          <w:iCs/>
          <w:sz w:val="20"/>
          <w:szCs w:val="20"/>
        </w:rPr>
        <w:t>OŚWIADCZENIE O BRAKU POWIĄZAŃ KAPITAŁOWYCH</w:t>
      </w:r>
      <w:r>
        <w:rPr>
          <w:rFonts w:ascii="Times New Roman" w:eastAsia="Calibri" w:hAnsi="Times New Roman" w:cs="Times New Roman"/>
          <w:b/>
          <w:iCs/>
          <w:sz w:val="20"/>
          <w:szCs w:val="20"/>
        </w:rPr>
        <w:br/>
        <w:t xml:space="preserve"> I OSOBOWYCH Z ZAMAWIAJĄCYM</w:t>
      </w:r>
    </w:p>
    <w:p w:rsidR="00E46893" w:rsidRDefault="00E46893" w:rsidP="00E46893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>
        <w:rPr>
          <w:rFonts w:ascii="Times New Roman" w:eastAsia="Calibri" w:hAnsi="Times New Roman" w:cs="Times New Roman"/>
          <w:sz w:val="20"/>
          <w:szCs w:val="20"/>
        </w:rPr>
        <w:t>oświadczam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(y),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że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:</w:t>
      </w:r>
    </w:p>
    <w:p w:rsidR="00E46893" w:rsidRDefault="00E46893" w:rsidP="00E46893">
      <w:pPr>
        <w:numPr>
          <w:ilvl w:val="0"/>
          <w:numId w:val="34"/>
        </w:num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>
        <w:rPr>
          <w:rFonts w:ascii="Times New Roman" w:eastAsia="Calibri" w:hAnsi="Times New Roman" w:cs="Times New Roman"/>
          <w:sz w:val="20"/>
          <w:szCs w:val="20"/>
        </w:rPr>
        <w:t>nie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jestem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śmy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) z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Zamawiającym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powiązany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)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osobowo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lub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kapitałowo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tzn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.:</w:t>
      </w:r>
    </w:p>
    <w:p w:rsidR="00E46893" w:rsidRDefault="00E46893" w:rsidP="00E46893">
      <w:pPr>
        <w:spacing w:line="360" w:lineRule="auto"/>
        <w:ind w:left="218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>
        <w:rPr>
          <w:rFonts w:ascii="Times New Roman" w:eastAsia="Calibri" w:hAnsi="Times New Roman" w:cs="Times New Roman"/>
          <w:sz w:val="20"/>
          <w:szCs w:val="20"/>
        </w:rPr>
        <w:t>nie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jestem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śmy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) z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Zamawiającym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lub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osobami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upoważnionymi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do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zaciągania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zobowiązań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imieniu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Zamawiającego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lub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osobami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wykonującymi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imieniu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Zamawiającego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czynności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związanych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z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przygotowaniem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przeprowadzeniem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procedury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wyboru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Wykonawcy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Wykonawcą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powiązany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)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poprzez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:</w:t>
      </w:r>
    </w:p>
    <w:p w:rsidR="00E46893" w:rsidRDefault="00E46893" w:rsidP="00E46893">
      <w:pPr>
        <w:spacing w:line="360" w:lineRule="auto"/>
        <w:ind w:left="426" w:hanging="426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a.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uczestniczenie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spółce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jako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wspólnik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spółki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cywilnej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lub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spółki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osobowej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;</w:t>
      </w:r>
    </w:p>
    <w:p w:rsidR="00E46893" w:rsidRDefault="00E46893" w:rsidP="00E46893">
      <w:pPr>
        <w:spacing w:line="360" w:lineRule="auto"/>
        <w:ind w:left="426" w:hanging="426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b.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posiadaniu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co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najmniej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10 %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udziałów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lub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akcji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;</w:t>
      </w:r>
    </w:p>
    <w:p w:rsidR="00E46893" w:rsidRDefault="00E46893" w:rsidP="00E46893">
      <w:pPr>
        <w:spacing w:line="360" w:lineRule="auto"/>
        <w:ind w:left="426" w:hanging="426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c.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pełnieniu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funkcji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członka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organu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nadzorczego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lub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zarządzającego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prokurenta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pełnomocnika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;</w:t>
      </w:r>
    </w:p>
    <w:p w:rsidR="00E46893" w:rsidRDefault="00E46893" w:rsidP="00E46893">
      <w:pPr>
        <w:spacing w:line="360" w:lineRule="auto"/>
        <w:ind w:left="284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d.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pozostawaniu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związku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małżeńskim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, w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stosunku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pokrewieństwa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lub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powinowactwa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linii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prostej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pokrewieństwa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lub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powinowactwa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linii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bocznej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do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drugiego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stopnia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lub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stosunku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przysposobienia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opieki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lub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kurateli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</w:t>
      </w:r>
    </w:p>
    <w:p w:rsidR="00E46893" w:rsidRDefault="00E46893" w:rsidP="00E46893">
      <w:pPr>
        <w:rPr>
          <w:rFonts w:ascii="Times New Roman" w:eastAsia="Calibri" w:hAnsi="Times New Roman" w:cs="Times New Roman"/>
          <w:sz w:val="20"/>
          <w:szCs w:val="20"/>
        </w:rPr>
      </w:pPr>
    </w:p>
    <w:p w:rsidR="00E46893" w:rsidRDefault="00E46893" w:rsidP="00E46893">
      <w:pPr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</w:t>
      </w:r>
    </w:p>
    <w:p w:rsidR="00E46893" w:rsidRDefault="00E46893" w:rsidP="00E46893">
      <w:pPr>
        <w:spacing w:after="0"/>
        <w:ind w:left="720"/>
        <w:contextualSpacing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data, </w:t>
      </w:r>
      <w:proofErr w:type="spellStart"/>
      <w:r>
        <w:rPr>
          <w:rFonts w:ascii="Times New Roman" w:eastAsia="Calibri" w:hAnsi="Times New Roman" w:cs="Times New Roman"/>
          <w:sz w:val="12"/>
          <w:szCs w:val="12"/>
        </w:rPr>
        <w:t>imiona</w:t>
      </w:r>
      <w:proofErr w:type="spellEnd"/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12"/>
          <w:szCs w:val="12"/>
        </w:rPr>
        <w:t>i</w:t>
      </w:r>
      <w:proofErr w:type="spellEnd"/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12"/>
          <w:szCs w:val="12"/>
        </w:rPr>
        <w:t>nazwiska</w:t>
      </w:r>
      <w:proofErr w:type="spellEnd"/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12"/>
          <w:szCs w:val="12"/>
        </w:rPr>
        <w:t>osób</w:t>
      </w:r>
      <w:proofErr w:type="spellEnd"/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12"/>
          <w:szCs w:val="12"/>
        </w:rPr>
        <w:t>uprawnionych</w:t>
      </w:r>
      <w:proofErr w:type="spellEnd"/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</w:p>
    <w:p w:rsidR="00E46893" w:rsidRDefault="00E46893" w:rsidP="00E46893">
      <w:pPr>
        <w:spacing w:after="0"/>
        <w:ind w:left="720"/>
        <w:contextualSpacing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do </w:t>
      </w:r>
      <w:proofErr w:type="spellStart"/>
      <w:r>
        <w:rPr>
          <w:rFonts w:ascii="Times New Roman" w:eastAsia="Calibri" w:hAnsi="Times New Roman" w:cs="Times New Roman"/>
          <w:sz w:val="12"/>
          <w:szCs w:val="12"/>
        </w:rPr>
        <w:t>reprezentowania</w:t>
      </w:r>
      <w:proofErr w:type="spellEnd"/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12"/>
          <w:szCs w:val="12"/>
        </w:rPr>
        <w:t>wykonawcy</w:t>
      </w:r>
      <w:proofErr w:type="spellEnd"/>
    </w:p>
    <w:p w:rsidR="00E46893" w:rsidRDefault="00E46893" w:rsidP="00E4689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                                                                                        ………………………………………………………..</w:t>
      </w:r>
    </w:p>
    <w:p w:rsidR="00E46893" w:rsidRDefault="00E46893" w:rsidP="00E46893">
      <w:r>
        <w:rPr>
          <w:noProof/>
          <w:lang w:val="pl-PL" w:eastAsia="pl-PL"/>
        </w:rPr>
        <mc:AlternateContent>
          <mc:Choice Requires="wpc">
            <w:drawing>
              <wp:inline distT="0" distB="0" distL="0" distR="0" wp14:anchorId="6824B221" wp14:editId="62D28ACE">
                <wp:extent cx="5760720" cy="725805"/>
                <wp:effectExtent l="0" t="0" r="0" b="17145"/>
                <wp:docPr id="15" name="Kanwa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3175"/>
                            <a:ext cx="19685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6893" w:rsidRDefault="00E46893" w:rsidP="00E46893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                       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383155" y="3175"/>
                            <a:ext cx="19685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6893" w:rsidRDefault="00E46893" w:rsidP="00E46893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                                   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297555" y="3175"/>
                            <a:ext cx="184975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6893" w:rsidRDefault="00E46893" w:rsidP="00E46893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należy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opatrzyć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elektronicznym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podpisem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kwalifikowanym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164455" y="3175"/>
                            <a:ext cx="19685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6893" w:rsidRDefault="00E46893" w:rsidP="00E46893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207645"/>
                            <a:ext cx="19685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6893" w:rsidRDefault="00E46893" w:rsidP="00E46893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                       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383155" y="207645"/>
                            <a:ext cx="19685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6893" w:rsidRDefault="00E46893" w:rsidP="00E46893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                                   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297555" y="207645"/>
                            <a:ext cx="224599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6893" w:rsidRDefault="00E46893" w:rsidP="00E46893"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lub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podpisem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własnoręcznym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osoby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uprawnionej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lub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osób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uprawnionych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377815" y="207645"/>
                            <a:ext cx="19685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6893" w:rsidRDefault="00E46893" w:rsidP="00E46893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410210"/>
                            <a:ext cx="19685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6893" w:rsidRDefault="00E46893" w:rsidP="00E46893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                       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383155" y="410210"/>
                            <a:ext cx="19685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6893" w:rsidRDefault="00E46893" w:rsidP="00E46893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                                   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299460" y="410210"/>
                            <a:ext cx="10287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6893" w:rsidRDefault="00E46893" w:rsidP="00E46893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do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reprezentowania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Wykonawcy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318635" y="410210"/>
                            <a:ext cx="19685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6893" w:rsidRDefault="00E46893" w:rsidP="00E46893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Kanwa 15" o:spid="_x0000_s1026" editas="canvas" style="width:453.6pt;height:57.15pt;mso-position-horizontal-relative:char;mso-position-vertical-relative:line" coordsize="57607,7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607;height:7258;visibility:visible;mso-wrap-style:square">
                  <v:fill o:detectmouseclick="t"/>
                  <v:path o:connecttype="none"/>
                </v:shape>
                <v:rect id="Rectangle 6" o:spid="_x0000_s1028" style="position:absolute;top:31;width:196;height:31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mVwcEA&#10;AADaAAAADwAAAGRycy9kb3ducmV2LnhtbESPzWrDMBCE74W+g9hCbrVcB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5lcHBAAAA2gAAAA8AAAAAAAAAAAAAAAAAmAIAAGRycy9kb3du&#10;cmV2LnhtbFBLBQYAAAAABAAEAPUAAACGAwAAAAA=&#10;" filled="f" stroked="f">
                  <v:textbox style="mso-fit-shape-to-text:t" inset="0,0,0,0">
                    <w:txbxContent>
                      <w:p w:rsidR="00E46893" w:rsidRDefault="00E46893" w:rsidP="00E46893"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                                                                                                                            </w:t>
                        </w:r>
                      </w:p>
                    </w:txbxContent>
                  </v:textbox>
                </v:rect>
                <v:rect id="Rectangle 7" o:spid="_x0000_s1029" style="position:absolute;left:23831;top:31;width:197;height:31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NtcEA&#10;AADaAAAADwAAAGRycy9kb3ducmV2LnhtbESPzWrDMBCE74W+g9hCbrVcE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QDbXBAAAA2gAAAA8AAAAAAAAAAAAAAAAAmAIAAGRycy9kb3du&#10;cmV2LnhtbFBLBQYAAAAABAAEAPUAAACGAwAAAAA=&#10;" filled="f" stroked="f">
                  <v:textbox style="mso-fit-shape-to-text:t" inset="0,0,0,0">
                    <w:txbxContent>
                      <w:p w:rsidR="00E46893" w:rsidRDefault="00E46893" w:rsidP="00E46893"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                                               </w:t>
                        </w:r>
                      </w:p>
                    </w:txbxContent>
                  </v:textbox>
                </v:rect>
                <v:rect id="Rectangle 8" o:spid="_x0000_s1030" style="position:absolute;left:32975;top:31;width:18498;height:22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yoLsEA&#10;AADaAAAADwAAAGRycy9kb3ducmV2LnhtbESPzWrDMBCE74W+g9hCbrVcQ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cqC7BAAAA2gAAAA8AAAAAAAAAAAAAAAAAmAIAAGRycy9kb3du&#10;cmV2LnhtbFBLBQYAAAAABAAEAPUAAACGAwAAAAA=&#10;" filled="f" stroked="f">
                  <v:textbox style="mso-fit-shape-to-text:t" inset="0,0,0,0">
                    <w:txbxContent>
                      <w:p w:rsidR="00E46893" w:rsidRDefault="00E46893" w:rsidP="00E46893"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(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należy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opatrzyć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elektronicznym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podpisem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kwalifikowanym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1" style="position:absolute;left:51644;top:31;width:197;height:31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2WcAA&#10;AADaAAAADwAAAGRycy9kb3ducmV2LnhtbESP3YrCMBSE74V9h3CEvdNUL0SqUUQo1GVvrD7AoTn9&#10;weSkJFlb336zsODlMDPfMPvjZI14kg+9YwWrZQaCuHa651bB/VYstiBCRNZoHJOCFwU4Hj5me8y1&#10;G/lKzyq2IkE45Kigi3HIpQx1RxbD0g3EyWuctxiT9K3UHscEt0aus2wjLfacFjoc6NxR/ah+rAJ5&#10;q4pxWxmfua91820u5bUhp9TnfDrtQESa4jv83y61gg38XUk3QB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42WcAAAADaAAAADwAAAAAAAAAAAAAAAACYAgAAZHJzL2Rvd25y&#10;ZXYueG1sUEsFBgAAAAAEAAQA9QAAAIUDAAAAAA==&#10;" filled="f" stroked="f">
                  <v:textbox style="mso-fit-shape-to-text:t" inset="0,0,0,0">
                    <w:txbxContent>
                      <w:p w:rsidR="00E46893" w:rsidRDefault="00E46893" w:rsidP="00E46893"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2" style="position:absolute;top:2076;width:196;height:31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    <v:textbox style="mso-fit-shape-to-text:t" inset="0,0,0,0">
                    <w:txbxContent>
                      <w:p w:rsidR="00E46893" w:rsidRDefault="00E46893" w:rsidP="00E46893"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                                                                                                                            </w:t>
                        </w:r>
                      </w:p>
                    </w:txbxContent>
                  </v:textbox>
                </v:rect>
                <v:rect id="Rectangle 11" o:spid="_x0000_s1033" style="position:absolute;left:23831;top:2076;width:197;height:31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0HsL0A&#10;AADaAAAADwAAAGRycy9kb3ducmV2LnhtbERPy0rEMBTdD/gP4QrupqmzkKE2LcNAoYqb6fgBl+b2&#10;gclNSWJb/94sBJeH8y7r3Rqxkg+zYwXPWQ6CuHd65lHB5705nkGEiKzROCYFPxSgrh4OJRbabXyj&#10;tYujSCEcClQwxbgUUoZ+Ioshcwtx4gbnLcYE/Si1xy2FWyNPef4iLc6cGiZc6DpR/9V9WwXy3jXb&#10;uTM+d++n4cO8tbeBnFJPj/vlFUSkPf6L/9ytVpC2pivpBsjq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d0HsL0AAADaAAAADwAAAAAAAAAAAAAAAACYAgAAZHJzL2Rvd25yZXYu&#10;eG1sUEsFBgAAAAAEAAQA9QAAAIIDAAAAAA==&#10;" filled="f" stroked="f">
                  <v:textbox style="mso-fit-shape-to-text:t" inset="0,0,0,0">
                    <w:txbxContent>
                      <w:p w:rsidR="00E46893" w:rsidRDefault="00E46893" w:rsidP="00E46893"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                                               </w:t>
                        </w:r>
                      </w:p>
                    </w:txbxContent>
                  </v:textbox>
                </v:rect>
                <v:rect id="Rectangle 12" o:spid="_x0000_s1034" style="position:absolute;left:32975;top:2076;width:22460;height:22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iK8EA&#10;AADaAAAADwAAAGRycy9kb3ducmV2LnhtbESPzWrDMBCE74W8g9hAb40cH4rrRgklEEhKLrb7AIu1&#10;/qHSykhK7L59VQj0OMzMN8zusFgj7uTD6FjBdpOBIG6dHrlX8NWcXgoQISJrNI5JwQ8FOOxXTzss&#10;tZu5onsde5EgHEpUMMQ4lVKGdiCLYeMm4uR1zluMSfpeao9zglsj8yx7lRZHTgsDTnQcqP2ub1aB&#10;bOrTXNTGZ+4z767mcq46cko9r5ePdxCRlvgffrTPWsEb/F1JN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RoivBAAAA2gAAAA8AAAAAAAAAAAAAAAAAmAIAAGRycy9kb3du&#10;cmV2LnhtbFBLBQYAAAAABAAEAPUAAACGAwAAAAA=&#10;" filled="f" stroked="f">
                  <v:textbox style="mso-fit-shape-to-text:t" inset="0,0,0,0">
                    <w:txbxContent>
                      <w:p w:rsidR="00E46893" w:rsidRDefault="00E46893" w:rsidP="00E46893"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lub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podpisem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własnoręcznym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osoby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uprawnionej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lub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osób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uprawnionych</w:t>
                        </w:r>
                        <w:proofErr w:type="spellEnd"/>
                      </w:p>
                    </w:txbxContent>
                  </v:textbox>
                </v:rect>
                <v:rect id="Rectangle 13" o:spid="_x0000_s1035" style="position:absolute;left:53778;top:2076;width:197;height:31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Wgs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Qi+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2FoLBAAAA2wAAAA8AAAAAAAAAAAAAAAAAmAIAAGRycy9kb3du&#10;cmV2LnhtbFBLBQYAAAAABAAEAPUAAACGAwAAAAA=&#10;" filled="f" stroked="f">
                  <v:textbox style="mso-fit-shape-to-text:t" inset="0,0,0,0">
                    <w:txbxContent>
                      <w:p w:rsidR="00E46893" w:rsidRDefault="00E46893" w:rsidP="00E46893"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6" style="position:absolute;top:4102;width:196;height:31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zGb4A&#10;AADbAAAADwAAAGRycy9kb3ducmV2LnhtbERPzYrCMBC+C75DGGFvmtbDItUoIhTcZS9WH2Bopj+Y&#10;TEqStd233wiCt/n4fmd3mKwRD/Khd6wgX2UgiGune24V3K7lcgMiRGSNxjEp+KMAh/18tsNCu5Ev&#10;9KhiK1IIhwIVdDEOhZSh7shiWLmBOHGN8xZjgr6V2uOYwq2R6yz7lBZ7Tg0dDnTqqL5Xv1aBvFbl&#10;uKmMz9z3uvkxX+dLQ06pj8V03IKINMW3+OU+6zQ/h+cv6QC5/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6sxm+AAAA2wAAAA8AAAAAAAAAAAAAAAAAmAIAAGRycy9kb3ducmV2&#10;LnhtbFBLBQYAAAAABAAEAPUAAACDAwAAAAA=&#10;" filled="f" stroked="f">
                  <v:textbox style="mso-fit-shape-to-text:t" inset="0,0,0,0">
                    <w:txbxContent>
                      <w:p w:rsidR="00E46893" w:rsidRDefault="00E46893" w:rsidP="00E46893"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                                                                                                                            </w:t>
                        </w:r>
                      </w:p>
                    </w:txbxContent>
                  </v:textbox>
                </v:rect>
                <v:rect id="Rectangle 15" o:spid="_x0000_s1037" style="position:absolute;left:23831;top:4102;width:197;height:31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    <v:textbox style="mso-fit-shape-to-text:t" inset="0,0,0,0">
                    <w:txbxContent>
                      <w:p w:rsidR="00E46893" w:rsidRDefault="00E46893" w:rsidP="00E46893"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                                               </w:t>
                        </w:r>
                      </w:p>
                    </w:txbxContent>
                  </v:textbox>
                </v:rect>
                <v:rect id="Rectangle 16" o:spid="_x0000_s1038" style="position:absolute;left:32994;top:4102;width:10287;height:227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I9b4A&#10;AADbAAAADwAAAGRycy9kb3ducmV2LnhtbERP24rCMBB9F/Yfwiz4ZtNVE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iPW+AAAA2wAAAA8AAAAAAAAAAAAAAAAAmAIAAGRycy9kb3ducmV2&#10;LnhtbFBLBQYAAAAABAAEAPUAAACDAwAAAAA=&#10;" filled="f" stroked="f">
                  <v:textbox style="mso-fit-shape-to-text:t" inset="0,0,0,0">
                    <w:txbxContent>
                      <w:p w:rsidR="00E46893" w:rsidRDefault="00E46893" w:rsidP="00E46893"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do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reprezentowania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Wykonawcy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>)</w:t>
                        </w:r>
                      </w:p>
                    </w:txbxContent>
                  </v:textbox>
                </v:rect>
                <v:rect id="Rectangle 17" o:spid="_x0000_s1039" style="position:absolute;left:43186;top:4102;width:197;height:31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    <v:textbox style="mso-fit-shape-to-text:t" inset="0,0,0,0">
                    <w:txbxContent>
                      <w:p w:rsidR="00E46893" w:rsidRDefault="00E46893" w:rsidP="00E46893">
                        <w:r>
                          <w:rPr>
                            <w:rFonts w:ascii="Times New Roman" w:hAnsi="Times New Roman" w:cs="Times New Roman"/>
                            <w:color w:val="000000"/>
                            <w:sz w:val="12"/>
                            <w:szCs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1F0EAF" w:rsidRPr="009C5D44" w:rsidRDefault="001F0EAF" w:rsidP="00E46893">
      <w:pPr>
        <w:rPr>
          <w:rFonts w:ascii="Times New Roman" w:hAnsi="Times New Roman" w:cs="Times New Roman"/>
        </w:rPr>
      </w:pPr>
    </w:p>
    <w:p w:rsidR="009C5D44" w:rsidRPr="005B46DA" w:rsidRDefault="009C5D44" w:rsidP="005B46DA"/>
    <w:sectPr w:rsidR="009C5D44" w:rsidRPr="005B46DA" w:rsidSect="008E14A0">
      <w:headerReference w:type="default" r:id="rId9"/>
      <w:footerReference w:type="default" r:id="rId10"/>
      <w:pgSz w:w="12240" w:h="15840"/>
      <w:pgMar w:top="1417" w:right="616" w:bottom="1417" w:left="1417" w:header="720" w:footer="4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3C2" w:rsidRDefault="00F663C2" w:rsidP="008E14A0">
      <w:pPr>
        <w:spacing w:after="0" w:line="240" w:lineRule="auto"/>
      </w:pPr>
      <w:r>
        <w:separator/>
      </w:r>
    </w:p>
  </w:endnote>
  <w:endnote w:type="continuationSeparator" w:id="0">
    <w:p w:rsidR="00F663C2" w:rsidRDefault="00F663C2" w:rsidP="008E1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Pr="008E14A0" w:rsidRDefault="008E14A0" w:rsidP="008E14A0">
    <w:pPr>
      <w:spacing w:after="0"/>
      <w:ind w:left="-567"/>
      <w:jc w:val="center"/>
      <w:rPr>
        <w:sz w:val="18"/>
        <w:szCs w:val="18"/>
      </w:rPr>
    </w:pPr>
    <w:proofErr w:type="spellStart"/>
    <w:r w:rsidRPr="008E14A0">
      <w:rPr>
        <w:sz w:val="18"/>
        <w:szCs w:val="18"/>
      </w:rPr>
      <w:t>Projekt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pn</w:t>
    </w:r>
    <w:proofErr w:type="spellEnd"/>
    <w:r w:rsidRPr="008E14A0">
      <w:rPr>
        <w:sz w:val="18"/>
        <w:szCs w:val="18"/>
      </w:rPr>
      <w:t>. „</w:t>
    </w:r>
    <w:proofErr w:type="spellStart"/>
    <w:r w:rsidRPr="008E14A0">
      <w:rPr>
        <w:b/>
        <w:bCs/>
        <w:sz w:val="18"/>
        <w:szCs w:val="18"/>
      </w:rPr>
      <w:t>Akademia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zawodowców</w:t>
    </w:r>
    <w:proofErr w:type="spellEnd"/>
    <w:r w:rsidRPr="008E14A0">
      <w:rPr>
        <w:b/>
        <w:bCs/>
        <w:sz w:val="18"/>
        <w:szCs w:val="18"/>
      </w:rPr>
      <w:t xml:space="preserve"> 2.0 – </w:t>
    </w:r>
    <w:proofErr w:type="spellStart"/>
    <w:r w:rsidRPr="008E14A0">
      <w:rPr>
        <w:b/>
        <w:bCs/>
        <w:sz w:val="18"/>
        <w:szCs w:val="18"/>
      </w:rPr>
      <w:t>Poprawa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jakości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kształcenia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zawodowego</w:t>
    </w:r>
    <w:proofErr w:type="spellEnd"/>
    <w:r w:rsidRPr="008E14A0">
      <w:rPr>
        <w:b/>
        <w:bCs/>
        <w:sz w:val="18"/>
        <w:szCs w:val="18"/>
      </w:rPr>
      <w:t xml:space="preserve"> w ZSE w </w:t>
    </w:r>
    <w:proofErr w:type="spellStart"/>
    <w:r w:rsidRPr="008E14A0">
      <w:rPr>
        <w:b/>
        <w:bCs/>
        <w:sz w:val="18"/>
        <w:szCs w:val="18"/>
      </w:rPr>
      <w:t>Raciborzu</w:t>
    </w:r>
    <w:proofErr w:type="spellEnd"/>
    <w:r w:rsidRPr="008E14A0">
      <w:rPr>
        <w:b/>
        <w:bCs/>
        <w:sz w:val="18"/>
        <w:szCs w:val="18"/>
      </w:rPr>
      <w:t xml:space="preserve">” </w:t>
    </w:r>
    <w:r w:rsidRPr="008E14A0">
      <w:rPr>
        <w:sz w:val="18"/>
        <w:szCs w:val="18"/>
      </w:rPr>
      <w:t>jest</w:t>
    </w:r>
    <w:r>
      <w:rPr>
        <w:b/>
        <w:bCs/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współfinansowany</w:t>
    </w:r>
    <w:proofErr w:type="spellEnd"/>
    <w:r w:rsidRPr="008E14A0">
      <w:rPr>
        <w:sz w:val="18"/>
        <w:szCs w:val="18"/>
      </w:rPr>
      <w:t xml:space="preserve"> </w:t>
    </w:r>
    <w:r>
      <w:rPr>
        <w:sz w:val="18"/>
        <w:szCs w:val="18"/>
      </w:rPr>
      <w:br/>
    </w:r>
    <w:proofErr w:type="spellStart"/>
    <w:r w:rsidRPr="008E14A0">
      <w:rPr>
        <w:sz w:val="18"/>
        <w:szCs w:val="18"/>
      </w:rPr>
      <w:t>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środków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Europejskiego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Społecznego</w:t>
    </w:r>
    <w:proofErr w:type="spellEnd"/>
    <w:r w:rsidRPr="008E14A0">
      <w:rPr>
        <w:sz w:val="18"/>
        <w:szCs w:val="18"/>
      </w:rPr>
      <w:t xml:space="preserve"> Plus (EFS+)</w:t>
    </w:r>
    <w:r>
      <w:rPr>
        <w:sz w:val="18"/>
        <w:szCs w:val="18"/>
      </w:rPr>
      <w:t xml:space="preserve"> </w:t>
    </w:r>
    <w:r w:rsidRPr="008E14A0">
      <w:rPr>
        <w:sz w:val="18"/>
        <w:szCs w:val="18"/>
      </w:rPr>
      <w:t xml:space="preserve">w </w:t>
    </w:r>
    <w:proofErr w:type="spellStart"/>
    <w:r w:rsidRPr="008E14A0">
      <w:rPr>
        <w:sz w:val="18"/>
        <w:szCs w:val="18"/>
      </w:rPr>
      <w:t>ramach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programu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Śląskiego</w:t>
    </w:r>
    <w:proofErr w:type="spellEnd"/>
    <w:r w:rsidRPr="008E14A0">
      <w:rPr>
        <w:sz w:val="18"/>
        <w:szCs w:val="18"/>
      </w:rPr>
      <w:t xml:space="preserve"> 2021–2027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P</w:t>
    </w:r>
    <w:r w:rsidRPr="008E14A0">
      <w:rPr>
        <w:sz w:val="18"/>
        <w:szCs w:val="18"/>
      </w:rPr>
      <w:t>riorytet</w:t>
    </w:r>
    <w:proofErr w:type="spellEnd"/>
    <w:r w:rsidRPr="008E14A0">
      <w:rPr>
        <w:sz w:val="18"/>
        <w:szCs w:val="18"/>
      </w:rPr>
      <w:t xml:space="preserve"> VI –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edukacji</w:t>
    </w:r>
    <w:proofErr w:type="spellEnd"/>
    <w:r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Działanie</w:t>
    </w:r>
    <w:proofErr w:type="spellEnd"/>
    <w:r w:rsidRPr="008E14A0">
      <w:rPr>
        <w:sz w:val="18"/>
        <w:szCs w:val="18"/>
      </w:rPr>
      <w:t xml:space="preserve"> FESL.06.03 – </w:t>
    </w:r>
    <w:proofErr w:type="spellStart"/>
    <w:r w:rsidRPr="008E14A0">
      <w:rPr>
        <w:sz w:val="18"/>
        <w:szCs w:val="18"/>
      </w:rPr>
      <w:t>Kształcenie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zawodowe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3C2" w:rsidRDefault="00F663C2" w:rsidP="008E14A0">
      <w:pPr>
        <w:spacing w:after="0" w:line="240" w:lineRule="auto"/>
      </w:pPr>
      <w:r>
        <w:separator/>
      </w:r>
    </w:p>
  </w:footnote>
  <w:footnote w:type="continuationSeparator" w:id="0">
    <w:p w:rsidR="00F663C2" w:rsidRDefault="00F663C2" w:rsidP="008E1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Default="008E14A0">
    <w:pPr>
      <w:pStyle w:val="Nagwek"/>
    </w:pPr>
    <w:r w:rsidRPr="00CF1A58">
      <w:rPr>
        <w:rFonts w:ascii="Arial" w:hAnsi="Arial" w:cs="Arial"/>
        <w:b/>
        <w:bCs/>
        <w:noProof/>
        <w:sz w:val="24"/>
        <w:szCs w:val="24"/>
        <w:lang w:val="pl-PL" w:eastAsia="pl-PL"/>
      </w:rPr>
      <w:drawing>
        <wp:anchor distT="0" distB="0" distL="114300" distR="114300" simplePos="0" relativeHeight="251659264" behindDoc="0" locked="0" layoutInCell="1" allowOverlap="1" wp14:anchorId="27AA50DD" wp14:editId="4003F999">
          <wp:simplePos x="0" y="0"/>
          <wp:positionH relativeFrom="column">
            <wp:posOffset>75565</wp:posOffset>
          </wp:positionH>
          <wp:positionV relativeFrom="paragraph">
            <wp:posOffset>-251460</wp:posOffset>
          </wp:positionV>
          <wp:extent cx="5821680" cy="425241"/>
          <wp:effectExtent l="0" t="0" r="0" b="0"/>
          <wp:wrapSquare wrapText="bothSides"/>
          <wp:docPr id="38" name="Obraz 38" descr="Zestaw logotypów dla FE SL 2021-2027- poziom&#10;&#10; &#10;&#10;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1680" cy="4252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55B2573"/>
    <w:multiLevelType w:val="hybridMultilevel"/>
    <w:tmpl w:val="B748F582"/>
    <w:lvl w:ilvl="0" w:tplc="29783006">
      <w:start w:val="1"/>
      <w:numFmt w:val="decimal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10">
    <w:nsid w:val="06EA5ED5"/>
    <w:multiLevelType w:val="hybridMultilevel"/>
    <w:tmpl w:val="90629BFA"/>
    <w:lvl w:ilvl="0" w:tplc="6C14A7D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16"/>
        <w:szCs w:val="16"/>
      </w:rPr>
    </w:lvl>
    <w:lvl w:ilvl="1" w:tplc="5A061FE4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71432C8"/>
    <w:multiLevelType w:val="hybridMultilevel"/>
    <w:tmpl w:val="B1BE7470"/>
    <w:lvl w:ilvl="0" w:tplc="0415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>
    <w:nsid w:val="0B7D7BC9"/>
    <w:multiLevelType w:val="hybridMultilevel"/>
    <w:tmpl w:val="2E20F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4A0B60"/>
    <w:multiLevelType w:val="hybridMultilevel"/>
    <w:tmpl w:val="AFA4D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34295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FF734F"/>
    <w:multiLevelType w:val="hybridMultilevel"/>
    <w:tmpl w:val="F8961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1B0BD5"/>
    <w:multiLevelType w:val="hybridMultilevel"/>
    <w:tmpl w:val="122A4346"/>
    <w:lvl w:ilvl="0" w:tplc="2B780DF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81152D1"/>
    <w:multiLevelType w:val="hybridMultilevel"/>
    <w:tmpl w:val="57DE5A04"/>
    <w:lvl w:ilvl="0" w:tplc="36408A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A354B9"/>
    <w:multiLevelType w:val="hybridMultilevel"/>
    <w:tmpl w:val="87A2E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705AB3"/>
    <w:multiLevelType w:val="hybridMultilevel"/>
    <w:tmpl w:val="02221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081F64"/>
    <w:multiLevelType w:val="hybridMultilevel"/>
    <w:tmpl w:val="CE08A7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3A053E"/>
    <w:multiLevelType w:val="hybridMultilevel"/>
    <w:tmpl w:val="A94EAE82"/>
    <w:lvl w:ilvl="0" w:tplc="04150011">
      <w:start w:val="1"/>
      <w:numFmt w:val="decimal"/>
      <w:lvlText w:val="%1)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1">
    <w:nsid w:val="3A4D55BC"/>
    <w:multiLevelType w:val="hybridMultilevel"/>
    <w:tmpl w:val="DBE22544"/>
    <w:lvl w:ilvl="0" w:tplc="1CF8C0E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>
    <w:nsid w:val="3D175615"/>
    <w:multiLevelType w:val="hybridMultilevel"/>
    <w:tmpl w:val="7B784592"/>
    <w:lvl w:ilvl="0" w:tplc="678E0FCC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</w:lvl>
  </w:abstractNum>
  <w:abstractNum w:abstractNumId="23">
    <w:nsid w:val="3EE06912"/>
    <w:multiLevelType w:val="hybridMultilevel"/>
    <w:tmpl w:val="EC52A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893B74"/>
    <w:multiLevelType w:val="hybridMultilevel"/>
    <w:tmpl w:val="33883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137F50"/>
    <w:multiLevelType w:val="hybridMultilevel"/>
    <w:tmpl w:val="D2CA11D2"/>
    <w:lvl w:ilvl="0" w:tplc="E398F14E">
      <w:start w:val="1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8E24F61"/>
    <w:multiLevelType w:val="hybridMultilevel"/>
    <w:tmpl w:val="0EDA1054"/>
    <w:lvl w:ilvl="0" w:tplc="BB3ECC70">
      <w:start w:val="1"/>
      <w:numFmt w:val="decimal"/>
      <w:lvlText w:val="%1."/>
      <w:lvlJc w:val="left"/>
      <w:pPr>
        <w:ind w:left="1440" w:hanging="360"/>
      </w:pPr>
      <w:rPr>
        <w:rFonts w:cs="Times New Roman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56275C38"/>
    <w:multiLevelType w:val="hybridMultilevel"/>
    <w:tmpl w:val="230CFDCE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8">
    <w:nsid w:val="5E1929E7"/>
    <w:multiLevelType w:val="hybridMultilevel"/>
    <w:tmpl w:val="8BEA10E0"/>
    <w:lvl w:ilvl="0" w:tplc="84E6F9D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EBA4194"/>
    <w:multiLevelType w:val="hybridMultilevel"/>
    <w:tmpl w:val="89365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B136EC"/>
    <w:multiLevelType w:val="hybridMultilevel"/>
    <w:tmpl w:val="1076E5E4"/>
    <w:lvl w:ilvl="0" w:tplc="3DEE61AA">
      <w:start w:val="1"/>
      <w:numFmt w:val="decimal"/>
      <w:lvlText w:val="%1."/>
      <w:lvlJc w:val="left"/>
      <w:pPr>
        <w:ind w:left="6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1">
    <w:nsid w:val="6D983E74"/>
    <w:multiLevelType w:val="hybridMultilevel"/>
    <w:tmpl w:val="DDF82114"/>
    <w:lvl w:ilvl="0" w:tplc="65586904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76893938"/>
    <w:multiLevelType w:val="hybridMultilevel"/>
    <w:tmpl w:val="333296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9666740C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</w:rPr>
    </w:lvl>
    <w:lvl w:ilvl="2" w:tplc="4984CD94">
      <w:start w:val="1"/>
      <w:numFmt w:val="lowerLetter"/>
      <w:lvlText w:val="%3)"/>
      <w:lvlJc w:val="left"/>
      <w:pPr>
        <w:ind w:left="23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ED469A4"/>
    <w:multiLevelType w:val="hybridMultilevel"/>
    <w:tmpl w:val="008C7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6"/>
  </w:num>
  <w:num w:numId="12">
    <w:abstractNumId w:val="17"/>
  </w:num>
  <w:num w:numId="13">
    <w:abstractNumId w:val="29"/>
  </w:num>
  <w:num w:numId="14">
    <w:abstractNumId w:val="33"/>
  </w:num>
  <w:num w:numId="15">
    <w:abstractNumId w:val="20"/>
  </w:num>
  <w:num w:numId="16">
    <w:abstractNumId w:val="23"/>
  </w:num>
  <w:num w:numId="17">
    <w:abstractNumId w:val="12"/>
  </w:num>
  <w:num w:numId="18">
    <w:abstractNumId w:val="30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13"/>
  </w:num>
  <w:num w:numId="32">
    <w:abstractNumId w:val="24"/>
  </w:num>
  <w:num w:numId="33">
    <w:abstractNumId w:val="18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B00"/>
    <w:rsid w:val="00034616"/>
    <w:rsid w:val="00050ED3"/>
    <w:rsid w:val="0006063C"/>
    <w:rsid w:val="0009328A"/>
    <w:rsid w:val="000A1B4A"/>
    <w:rsid w:val="0014547F"/>
    <w:rsid w:val="0015074B"/>
    <w:rsid w:val="001F0EAF"/>
    <w:rsid w:val="00272DF6"/>
    <w:rsid w:val="0029639D"/>
    <w:rsid w:val="002F039B"/>
    <w:rsid w:val="003119B8"/>
    <w:rsid w:val="00326F90"/>
    <w:rsid w:val="003A0FE8"/>
    <w:rsid w:val="004A2D0A"/>
    <w:rsid w:val="004C6487"/>
    <w:rsid w:val="005776C9"/>
    <w:rsid w:val="0059680E"/>
    <w:rsid w:val="005B46DA"/>
    <w:rsid w:val="00751F1D"/>
    <w:rsid w:val="0078514E"/>
    <w:rsid w:val="008E14A0"/>
    <w:rsid w:val="008F78AC"/>
    <w:rsid w:val="00917AFD"/>
    <w:rsid w:val="00920425"/>
    <w:rsid w:val="009C5D44"/>
    <w:rsid w:val="009F3F04"/>
    <w:rsid w:val="00A14A96"/>
    <w:rsid w:val="00A96B5D"/>
    <w:rsid w:val="00AA1D8D"/>
    <w:rsid w:val="00B47730"/>
    <w:rsid w:val="00BA6EA1"/>
    <w:rsid w:val="00C53B00"/>
    <w:rsid w:val="00C87522"/>
    <w:rsid w:val="00CB0664"/>
    <w:rsid w:val="00E13E51"/>
    <w:rsid w:val="00E21434"/>
    <w:rsid w:val="00E46893"/>
    <w:rsid w:val="00E563FB"/>
    <w:rsid w:val="00F663C2"/>
    <w:rsid w:val="00F838A6"/>
    <w:rsid w:val="00FC693F"/>
    <w:rsid w:val="00FF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9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wnloads\Szablon_pisma_FESL_06_03_Akademia_zawodowco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8279F9-CBBD-4657-B337-F0B0FFB8A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Szablon_pisma_FESL_06_03_Akademia_zawodowcow</Template>
  <TotalTime>0</TotalTime>
  <Pages>1</Pages>
  <Words>167</Words>
  <Characters>1005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:description>generated by python-docx</dc:description>
  <cp:lastModifiedBy>PC</cp:lastModifiedBy>
  <cp:revision>2</cp:revision>
  <cp:lastPrinted>2026-09-22T12:27:00Z</cp:lastPrinted>
  <dcterms:created xsi:type="dcterms:W3CDTF">2026-10-07T12:25:00Z</dcterms:created>
  <dcterms:modified xsi:type="dcterms:W3CDTF">2026-10-07T12:25:00Z</dcterms:modified>
</cp:coreProperties>
</file>