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D44" w:rsidRDefault="00227EFD" w:rsidP="005B46DA">
      <w:pPr>
        <w:rPr>
          <w:rFonts w:eastAsia="Times New Roman"/>
          <w:sz w:val="20"/>
          <w:szCs w:val="20"/>
          <w:lang w:eastAsia="pl-PL"/>
        </w:rPr>
      </w:pPr>
      <w:proofErr w:type="spellStart"/>
      <w:r w:rsidRPr="00BD2DFC">
        <w:rPr>
          <w:rFonts w:eastAsia="Times New Roman"/>
          <w:b/>
          <w:bCs/>
          <w:sz w:val="20"/>
          <w:szCs w:val="20"/>
          <w:lang w:eastAsia="pl-PL"/>
        </w:rPr>
        <w:t>Załącznik</w:t>
      </w:r>
      <w:proofErr w:type="spellEnd"/>
      <w:r w:rsidRPr="00BD2DFC">
        <w:rPr>
          <w:rFonts w:eastAsia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b/>
          <w:bCs/>
          <w:sz w:val="20"/>
          <w:szCs w:val="20"/>
          <w:lang w:eastAsia="pl-PL"/>
        </w:rPr>
        <w:t>nr</w:t>
      </w:r>
      <w:proofErr w:type="spellEnd"/>
      <w:r w:rsidRPr="00BD2DFC">
        <w:rPr>
          <w:rFonts w:eastAsia="Times New Roman"/>
          <w:b/>
          <w:bCs/>
          <w:sz w:val="20"/>
          <w:szCs w:val="20"/>
          <w:lang w:eastAsia="pl-PL"/>
        </w:rPr>
        <w:t xml:space="preserve"> 3 </w:t>
      </w:r>
      <w:r w:rsidRPr="00BD2DFC">
        <w:rPr>
          <w:rFonts w:eastAsia="Times New Roman"/>
          <w:sz w:val="20"/>
          <w:szCs w:val="20"/>
          <w:lang w:eastAsia="pl-PL"/>
        </w:rPr>
        <w:t xml:space="preserve">-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Oświadczenie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wykonawcy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dotyczące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przynależności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lub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braku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przynależności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do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tej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samej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grupy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BD2DFC">
        <w:rPr>
          <w:rFonts w:eastAsia="Times New Roman"/>
          <w:sz w:val="20"/>
          <w:szCs w:val="20"/>
          <w:lang w:eastAsia="pl-PL"/>
        </w:rPr>
        <w:t>kapitałowej</w:t>
      </w:r>
      <w:proofErr w:type="spellEnd"/>
      <w:r w:rsidRPr="00BD2DFC">
        <w:rPr>
          <w:rFonts w:eastAsia="Times New Roman"/>
          <w:sz w:val="20"/>
          <w:szCs w:val="20"/>
          <w:lang w:eastAsia="pl-PL"/>
        </w:rPr>
        <w:t>.</w:t>
      </w:r>
    </w:p>
    <w:p w:rsidR="00227EFD" w:rsidRDefault="00227EFD" w:rsidP="005B46DA">
      <w:pPr>
        <w:rPr>
          <w:rFonts w:eastAsia="Times New Roman"/>
          <w:sz w:val="20"/>
          <w:szCs w:val="20"/>
          <w:lang w:eastAsia="pl-PL"/>
        </w:rPr>
      </w:pPr>
    </w:p>
    <w:p w:rsidR="00227EFD" w:rsidRPr="00077AAC" w:rsidRDefault="00227EFD" w:rsidP="00227EFD">
      <w:pPr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>OŚWIADCZENIE O BRAKU POWIĄZAŃ KAPITAŁOWYCH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 xml:space="preserve"> I OSOBOWYCH Z ZAMAWIAJĄCYM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proofErr w:type="spellStart"/>
      <w:r w:rsidRPr="00077AAC">
        <w:rPr>
          <w:rFonts w:ascii="Times New Roman" w:hAnsi="Times New Roman" w:cs="Times New Roman"/>
        </w:rPr>
        <w:t>oświadczam</w:t>
      </w:r>
      <w:proofErr w:type="spellEnd"/>
      <w:r w:rsidRPr="00077AAC">
        <w:rPr>
          <w:rFonts w:ascii="Times New Roman" w:hAnsi="Times New Roman" w:cs="Times New Roman"/>
        </w:rPr>
        <w:t xml:space="preserve">(y), </w:t>
      </w:r>
      <w:proofErr w:type="spellStart"/>
      <w:r w:rsidRPr="00077AAC">
        <w:rPr>
          <w:rFonts w:ascii="Times New Roman" w:hAnsi="Times New Roman" w:cs="Times New Roman"/>
        </w:rPr>
        <w:t>że</w:t>
      </w:r>
      <w:proofErr w:type="spellEnd"/>
      <w:r w:rsidRPr="00077AAC">
        <w:rPr>
          <w:rFonts w:ascii="Times New Roman" w:hAnsi="Times New Roman" w:cs="Times New Roman"/>
        </w:rPr>
        <w:t>: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>1)</w:t>
      </w:r>
      <w:r w:rsidRPr="00077AAC">
        <w:rPr>
          <w:rFonts w:ascii="Times New Roman" w:hAnsi="Times New Roman" w:cs="Times New Roman"/>
        </w:rPr>
        <w:tab/>
      </w:r>
      <w:proofErr w:type="spellStart"/>
      <w:r w:rsidRPr="00077AAC">
        <w:rPr>
          <w:rFonts w:ascii="Times New Roman" w:hAnsi="Times New Roman" w:cs="Times New Roman"/>
        </w:rPr>
        <w:t>nie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jestem</w:t>
      </w:r>
      <w:proofErr w:type="spellEnd"/>
      <w:r w:rsidRPr="00077AAC">
        <w:rPr>
          <w:rFonts w:ascii="Times New Roman" w:hAnsi="Times New Roman" w:cs="Times New Roman"/>
        </w:rPr>
        <w:t>(</w:t>
      </w:r>
      <w:proofErr w:type="spellStart"/>
      <w:r w:rsidRPr="00077AAC">
        <w:rPr>
          <w:rFonts w:ascii="Times New Roman" w:hAnsi="Times New Roman" w:cs="Times New Roman"/>
        </w:rPr>
        <w:t>śmy</w:t>
      </w:r>
      <w:proofErr w:type="spellEnd"/>
      <w:r w:rsidRPr="00077AAC">
        <w:rPr>
          <w:rFonts w:ascii="Times New Roman" w:hAnsi="Times New Roman" w:cs="Times New Roman"/>
        </w:rPr>
        <w:t xml:space="preserve">) z </w:t>
      </w:r>
      <w:proofErr w:type="spellStart"/>
      <w:r w:rsidRPr="00077AAC">
        <w:rPr>
          <w:rFonts w:ascii="Times New Roman" w:hAnsi="Times New Roman" w:cs="Times New Roman"/>
        </w:rPr>
        <w:t>Zamawiającym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powiązany</w:t>
      </w:r>
      <w:proofErr w:type="spellEnd"/>
      <w:r w:rsidRPr="00077AAC">
        <w:rPr>
          <w:rFonts w:ascii="Times New Roman" w:hAnsi="Times New Roman" w:cs="Times New Roman"/>
        </w:rPr>
        <w:t>(</w:t>
      </w:r>
      <w:proofErr w:type="spellStart"/>
      <w:r w:rsidRPr="00077AAC">
        <w:rPr>
          <w:rFonts w:ascii="Times New Roman" w:hAnsi="Times New Roman" w:cs="Times New Roman"/>
        </w:rPr>
        <w:t>i</w:t>
      </w:r>
      <w:proofErr w:type="spellEnd"/>
      <w:r w:rsidRPr="00077AAC">
        <w:rPr>
          <w:rFonts w:ascii="Times New Roman" w:hAnsi="Times New Roman" w:cs="Times New Roman"/>
        </w:rPr>
        <w:t xml:space="preserve">) </w:t>
      </w:r>
      <w:proofErr w:type="spellStart"/>
      <w:r w:rsidRPr="00077AAC">
        <w:rPr>
          <w:rFonts w:ascii="Times New Roman" w:hAnsi="Times New Roman" w:cs="Times New Roman"/>
        </w:rPr>
        <w:t>osobowo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kapitałowo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tzn</w:t>
      </w:r>
      <w:proofErr w:type="spellEnd"/>
      <w:r w:rsidRPr="00077AAC">
        <w:rPr>
          <w:rFonts w:ascii="Times New Roman" w:hAnsi="Times New Roman" w:cs="Times New Roman"/>
        </w:rPr>
        <w:t>.: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proofErr w:type="spellStart"/>
      <w:r w:rsidRPr="00077AAC">
        <w:rPr>
          <w:rFonts w:ascii="Times New Roman" w:hAnsi="Times New Roman" w:cs="Times New Roman"/>
        </w:rPr>
        <w:t>nie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jestem</w:t>
      </w:r>
      <w:proofErr w:type="spellEnd"/>
      <w:r w:rsidRPr="00077AAC">
        <w:rPr>
          <w:rFonts w:ascii="Times New Roman" w:hAnsi="Times New Roman" w:cs="Times New Roman"/>
        </w:rPr>
        <w:t>(</w:t>
      </w:r>
      <w:proofErr w:type="spellStart"/>
      <w:r w:rsidRPr="00077AAC">
        <w:rPr>
          <w:rFonts w:ascii="Times New Roman" w:hAnsi="Times New Roman" w:cs="Times New Roman"/>
        </w:rPr>
        <w:t>śmy</w:t>
      </w:r>
      <w:proofErr w:type="spellEnd"/>
      <w:r w:rsidRPr="00077AAC">
        <w:rPr>
          <w:rFonts w:ascii="Times New Roman" w:hAnsi="Times New Roman" w:cs="Times New Roman"/>
        </w:rPr>
        <w:t xml:space="preserve">) z </w:t>
      </w:r>
      <w:proofErr w:type="spellStart"/>
      <w:r w:rsidRPr="00077AAC">
        <w:rPr>
          <w:rFonts w:ascii="Times New Roman" w:hAnsi="Times New Roman" w:cs="Times New Roman"/>
        </w:rPr>
        <w:t>Zamawiającym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osobami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upoważnionymi</w:t>
      </w:r>
      <w:proofErr w:type="spellEnd"/>
      <w:r w:rsidRPr="00077AAC">
        <w:rPr>
          <w:rFonts w:ascii="Times New Roman" w:hAnsi="Times New Roman" w:cs="Times New Roman"/>
        </w:rPr>
        <w:t xml:space="preserve"> do </w:t>
      </w:r>
      <w:proofErr w:type="spellStart"/>
      <w:r w:rsidRPr="00077AAC">
        <w:rPr>
          <w:rFonts w:ascii="Times New Roman" w:hAnsi="Times New Roman" w:cs="Times New Roman"/>
        </w:rPr>
        <w:t>zaciągania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zobowiązań</w:t>
      </w:r>
      <w:proofErr w:type="spellEnd"/>
      <w:r w:rsidRPr="00077AAC">
        <w:rPr>
          <w:rFonts w:ascii="Times New Roman" w:hAnsi="Times New Roman" w:cs="Times New Roman"/>
        </w:rPr>
        <w:t xml:space="preserve"> w </w:t>
      </w:r>
      <w:proofErr w:type="spellStart"/>
      <w:r w:rsidRPr="00077AAC">
        <w:rPr>
          <w:rFonts w:ascii="Times New Roman" w:hAnsi="Times New Roman" w:cs="Times New Roman"/>
        </w:rPr>
        <w:t>imieniu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Zamawiającego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osobami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wykonującymi</w:t>
      </w:r>
      <w:proofErr w:type="spellEnd"/>
      <w:r w:rsidRPr="00077AAC">
        <w:rPr>
          <w:rFonts w:ascii="Times New Roman" w:hAnsi="Times New Roman" w:cs="Times New Roman"/>
        </w:rPr>
        <w:t xml:space="preserve"> w </w:t>
      </w:r>
      <w:proofErr w:type="spellStart"/>
      <w:r w:rsidRPr="00077AAC">
        <w:rPr>
          <w:rFonts w:ascii="Times New Roman" w:hAnsi="Times New Roman" w:cs="Times New Roman"/>
        </w:rPr>
        <w:t>imieniu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Zamawiającego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czynności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związanych</w:t>
      </w:r>
      <w:proofErr w:type="spellEnd"/>
      <w:r w:rsidRPr="00077AAC">
        <w:rPr>
          <w:rFonts w:ascii="Times New Roman" w:hAnsi="Times New Roman" w:cs="Times New Roman"/>
        </w:rPr>
        <w:t xml:space="preserve"> z </w:t>
      </w:r>
      <w:proofErr w:type="spellStart"/>
      <w:r w:rsidRPr="00077AAC">
        <w:rPr>
          <w:rFonts w:ascii="Times New Roman" w:hAnsi="Times New Roman" w:cs="Times New Roman"/>
        </w:rPr>
        <w:t>przygotowaniem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przeprowadzeniem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procedury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wyboru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Wykonawcy</w:t>
      </w:r>
      <w:proofErr w:type="spellEnd"/>
      <w:r w:rsidRPr="00077AAC">
        <w:rPr>
          <w:rFonts w:ascii="Times New Roman" w:hAnsi="Times New Roman" w:cs="Times New Roman"/>
        </w:rPr>
        <w:t xml:space="preserve"> a </w:t>
      </w:r>
      <w:proofErr w:type="spellStart"/>
      <w:r w:rsidRPr="00077AAC">
        <w:rPr>
          <w:rFonts w:ascii="Times New Roman" w:hAnsi="Times New Roman" w:cs="Times New Roman"/>
        </w:rPr>
        <w:t>Wykonawcą</w:t>
      </w:r>
      <w:proofErr w:type="spellEnd"/>
      <w:r w:rsidRPr="00077AAC">
        <w:rPr>
          <w:rFonts w:ascii="Times New Roman" w:hAnsi="Times New Roman" w:cs="Times New Roman"/>
        </w:rPr>
        <w:t xml:space="preserve">, </w:t>
      </w:r>
      <w:proofErr w:type="spellStart"/>
      <w:r w:rsidRPr="00077AAC">
        <w:rPr>
          <w:rFonts w:ascii="Times New Roman" w:hAnsi="Times New Roman" w:cs="Times New Roman"/>
        </w:rPr>
        <w:t>powiązany</w:t>
      </w:r>
      <w:proofErr w:type="spellEnd"/>
      <w:r w:rsidRPr="00077AAC">
        <w:rPr>
          <w:rFonts w:ascii="Times New Roman" w:hAnsi="Times New Roman" w:cs="Times New Roman"/>
        </w:rPr>
        <w:t>(</w:t>
      </w:r>
      <w:proofErr w:type="spellStart"/>
      <w:r w:rsidRPr="00077AAC">
        <w:rPr>
          <w:rFonts w:ascii="Times New Roman" w:hAnsi="Times New Roman" w:cs="Times New Roman"/>
        </w:rPr>
        <w:t>i</w:t>
      </w:r>
      <w:proofErr w:type="spellEnd"/>
      <w:r w:rsidRPr="00077AAC">
        <w:rPr>
          <w:rFonts w:ascii="Times New Roman" w:hAnsi="Times New Roman" w:cs="Times New Roman"/>
        </w:rPr>
        <w:t xml:space="preserve">) </w:t>
      </w:r>
      <w:proofErr w:type="spellStart"/>
      <w:r w:rsidRPr="00077AAC">
        <w:rPr>
          <w:rFonts w:ascii="Times New Roman" w:hAnsi="Times New Roman" w:cs="Times New Roman"/>
        </w:rPr>
        <w:t>poprzez</w:t>
      </w:r>
      <w:proofErr w:type="spellEnd"/>
      <w:r w:rsidRPr="00077AAC">
        <w:rPr>
          <w:rFonts w:ascii="Times New Roman" w:hAnsi="Times New Roman" w:cs="Times New Roman"/>
        </w:rPr>
        <w:t>: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 xml:space="preserve"> a. </w:t>
      </w:r>
      <w:proofErr w:type="spellStart"/>
      <w:r w:rsidRPr="00077AAC">
        <w:rPr>
          <w:rFonts w:ascii="Times New Roman" w:hAnsi="Times New Roman" w:cs="Times New Roman"/>
        </w:rPr>
        <w:t>uczestniczenie</w:t>
      </w:r>
      <w:proofErr w:type="spellEnd"/>
      <w:r w:rsidRPr="00077AAC">
        <w:rPr>
          <w:rFonts w:ascii="Times New Roman" w:hAnsi="Times New Roman" w:cs="Times New Roman"/>
        </w:rPr>
        <w:t xml:space="preserve"> w </w:t>
      </w:r>
      <w:proofErr w:type="spellStart"/>
      <w:r w:rsidRPr="00077AAC">
        <w:rPr>
          <w:rFonts w:ascii="Times New Roman" w:hAnsi="Times New Roman" w:cs="Times New Roman"/>
        </w:rPr>
        <w:t>spółce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jako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wspólnik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spółki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cywilnej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spółki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osobowej</w:t>
      </w:r>
      <w:proofErr w:type="spellEnd"/>
      <w:r w:rsidRPr="00077AAC">
        <w:rPr>
          <w:rFonts w:ascii="Times New Roman" w:hAnsi="Times New Roman" w:cs="Times New Roman"/>
        </w:rPr>
        <w:t>;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 xml:space="preserve"> b. </w:t>
      </w:r>
      <w:proofErr w:type="spellStart"/>
      <w:r w:rsidRPr="00077AAC">
        <w:rPr>
          <w:rFonts w:ascii="Times New Roman" w:hAnsi="Times New Roman" w:cs="Times New Roman"/>
        </w:rPr>
        <w:t>posiadaniu</w:t>
      </w:r>
      <w:proofErr w:type="spellEnd"/>
      <w:r w:rsidRPr="00077AAC">
        <w:rPr>
          <w:rFonts w:ascii="Times New Roman" w:hAnsi="Times New Roman" w:cs="Times New Roman"/>
        </w:rPr>
        <w:t xml:space="preserve"> co </w:t>
      </w:r>
      <w:proofErr w:type="spellStart"/>
      <w:r w:rsidRPr="00077AAC">
        <w:rPr>
          <w:rFonts w:ascii="Times New Roman" w:hAnsi="Times New Roman" w:cs="Times New Roman"/>
        </w:rPr>
        <w:t>najmniej</w:t>
      </w:r>
      <w:proofErr w:type="spellEnd"/>
      <w:r w:rsidRPr="00077AAC">
        <w:rPr>
          <w:rFonts w:ascii="Times New Roman" w:hAnsi="Times New Roman" w:cs="Times New Roman"/>
        </w:rPr>
        <w:t xml:space="preserve"> 10 % </w:t>
      </w:r>
      <w:proofErr w:type="spellStart"/>
      <w:r w:rsidRPr="00077AAC">
        <w:rPr>
          <w:rFonts w:ascii="Times New Roman" w:hAnsi="Times New Roman" w:cs="Times New Roman"/>
        </w:rPr>
        <w:t>udziałów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akcji</w:t>
      </w:r>
      <w:proofErr w:type="spellEnd"/>
      <w:r w:rsidRPr="00077AAC">
        <w:rPr>
          <w:rFonts w:ascii="Times New Roman" w:hAnsi="Times New Roman" w:cs="Times New Roman"/>
        </w:rPr>
        <w:t>;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 xml:space="preserve"> c. </w:t>
      </w:r>
      <w:proofErr w:type="spellStart"/>
      <w:r w:rsidRPr="00077AAC">
        <w:rPr>
          <w:rFonts w:ascii="Times New Roman" w:hAnsi="Times New Roman" w:cs="Times New Roman"/>
        </w:rPr>
        <w:t>pełnieniu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funkcji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członka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organu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nadzorczego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zarządzającego</w:t>
      </w:r>
      <w:proofErr w:type="spellEnd"/>
      <w:r w:rsidRPr="00077AAC">
        <w:rPr>
          <w:rFonts w:ascii="Times New Roman" w:hAnsi="Times New Roman" w:cs="Times New Roman"/>
        </w:rPr>
        <w:t xml:space="preserve">, </w:t>
      </w:r>
      <w:proofErr w:type="spellStart"/>
      <w:r w:rsidRPr="00077AAC">
        <w:rPr>
          <w:rFonts w:ascii="Times New Roman" w:hAnsi="Times New Roman" w:cs="Times New Roman"/>
        </w:rPr>
        <w:t>prokurenta</w:t>
      </w:r>
      <w:proofErr w:type="spellEnd"/>
      <w:r w:rsidRPr="00077AAC">
        <w:rPr>
          <w:rFonts w:ascii="Times New Roman" w:hAnsi="Times New Roman" w:cs="Times New Roman"/>
        </w:rPr>
        <w:t xml:space="preserve">, </w:t>
      </w:r>
      <w:proofErr w:type="spellStart"/>
      <w:r w:rsidRPr="00077AAC">
        <w:rPr>
          <w:rFonts w:ascii="Times New Roman" w:hAnsi="Times New Roman" w:cs="Times New Roman"/>
        </w:rPr>
        <w:t>pełnomocnika</w:t>
      </w:r>
      <w:proofErr w:type="spellEnd"/>
      <w:r w:rsidRPr="00077AAC">
        <w:rPr>
          <w:rFonts w:ascii="Times New Roman" w:hAnsi="Times New Roman" w:cs="Times New Roman"/>
        </w:rPr>
        <w:t>;</w:t>
      </w:r>
    </w:p>
    <w:p w:rsidR="00227EFD" w:rsidRPr="00077AAC" w:rsidRDefault="00227EFD" w:rsidP="00227EFD">
      <w:pPr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 xml:space="preserve"> d. </w:t>
      </w:r>
      <w:proofErr w:type="spellStart"/>
      <w:r w:rsidRPr="00077AAC">
        <w:rPr>
          <w:rFonts w:ascii="Times New Roman" w:hAnsi="Times New Roman" w:cs="Times New Roman"/>
        </w:rPr>
        <w:t>pozostawaniu</w:t>
      </w:r>
      <w:proofErr w:type="spellEnd"/>
      <w:r w:rsidRPr="00077AAC">
        <w:rPr>
          <w:rFonts w:ascii="Times New Roman" w:hAnsi="Times New Roman" w:cs="Times New Roman"/>
        </w:rPr>
        <w:t xml:space="preserve"> w </w:t>
      </w:r>
      <w:proofErr w:type="spellStart"/>
      <w:r w:rsidRPr="00077AAC">
        <w:rPr>
          <w:rFonts w:ascii="Times New Roman" w:hAnsi="Times New Roman" w:cs="Times New Roman"/>
        </w:rPr>
        <w:t>związku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małżeńskim</w:t>
      </w:r>
      <w:proofErr w:type="spellEnd"/>
      <w:r w:rsidRPr="00077AAC">
        <w:rPr>
          <w:rFonts w:ascii="Times New Roman" w:hAnsi="Times New Roman" w:cs="Times New Roman"/>
        </w:rPr>
        <w:t xml:space="preserve">, w </w:t>
      </w:r>
      <w:proofErr w:type="spellStart"/>
      <w:r w:rsidRPr="00077AAC">
        <w:rPr>
          <w:rFonts w:ascii="Times New Roman" w:hAnsi="Times New Roman" w:cs="Times New Roman"/>
        </w:rPr>
        <w:t>stosunku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pokrewieństwa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powinowactwa</w:t>
      </w:r>
      <w:proofErr w:type="spellEnd"/>
      <w:r w:rsidRPr="00077AAC">
        <w:rPr>
          <w:rFonts w:ascii="Times New Roman" w:hAnsi="Times New Roman" w:cs="Times New Roman"/>
        </w:rPr>
        <w:t xml:space="preserve"> w </w:t>
      </w:r>
      <w:proofErr w:type="spellStart"/>
      <w:r w:rsidRPr="00077AAC">
        <w:rPr>
          <w:rFonts w:ascii="Times New Roman" w:hAnsi="Times New Roman" w:cs="Times New Roman"/>
        </w:rPr>
        <w:t>linii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prostej</w:t>
      </w:r>
      <w:proofErr w:type="spellEnd"/>
      <w:r w:rsidRPr="00077AAC">
        <w:rPr>
          <w:rFonts w:ascii="Times New Roman" w:hAnsi="Times New Roman" w:cs="Times New Roman"/>
        </w:rPr>
        <w:t xml:space="preserve">, </w:t>
      </w:r>
      <w:proofErr w:type="spellStart"/>
      <w:r w:rsidRPr="00077AAC">
        <w:rPr>
          <w:rFonts w:ascii="Times New Roman" w:hAnsi="Times New Roman" w:cs="Times New Roman"/>
        </w:rPr>
        <w:t>pokrewieństwa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powinowactwa</w:t>
      </w:r>
      <w:proofErr w:type="spellEnd"/>
      <w:r w:rsidRPr="00077AAC">
        <w:rPr>
          <w:rFonts w:ascii="Times New Roman" w:hAnsi="Times New Roman" w:cs="Times New Roman"/>
        </w:rPr>
        <w:t xml:space="preserve"> w </w:t>
      </w:r>
      <w:proofErr w:type="spellStart"/>
      <w:r w:rsidRPr="00077AAC">
        <w:rPr>
          <w:rFonts w:ascii="Times New Roman" w:hAnsi="Times New Roman" w:cs="Times New Roman"/>
        </w:rPr>
        <w:t>linii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bocznej</w:t>
      </w:r>
      <w:proofErr w:type="spellEnd"/>
      <w:r w:rsidRPr="00077AAC">
        <w:rPr>
          <w:rFonts w:ascii="Times New Roman" w:hAnsi="Times New Roman" w:cs="Times New Roman"/>
        </w:rPr>
        <w:t xml:space="preserve"> do </w:t>
      </w:r>
      <w:proofErr w:type="spellStart"/>
      <w:r w:rsidRPr="00077AAC">
        <w:rPr>
          <w:rFonts w:ascii="Times New Roman" w:hAnsi="Times New Roman" w:cs="Times New Roman"/>
        </w:rPr>
        <w:t>drugiego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stopnia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w </w:t>
      </w:r>
      <w:proofErr w:type="spellStart"/>
      <w:r w:rsidRPr="00077AAC">
        <w:rPr>
          <w:rFonts w:ascii="Times New Roman" w:hAnsi="Times New Roman" w:cs="Times New Roman"/>
        </w:rPr>
        <w:t>stosunku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przysposobienia</w:t>
      </w:r>
      <w:proofErr w:type="spellEnd"/>
      <w:r w:rsidRPr="00077AAC">
        <w:rPr>
          <w:rFonts w:ascii="Times New Roman" w:hAnsi="Times New Roman" w:cs="Times New Roman"/>
        </w:rPr>
        <w:t xml:space="preserve">, </w:t>
      </w:r>
      <w:proofErr w:type="spellStart"/>
      <w:r w:rsidRPr="00077AAC">
        <w:rPr>
          <w:rFonts w:ascii="Times New Roman" w:hAnsi="Times New Roman" w:cs="Times New Roman"/>
        </w:rPr>
        <w:t>opieki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lub</w:t>
      </w:r>
      <w:proofErr w:type="spellEnd"/>
      <w:r w:rsidRPr="00077AAC">
        <w:rPr>
          <w:rFonts w:ascii="Times New Roman" w:hAnsi="Times New Roman" w:cs="Times New Roman"/>
        </w:rPr>
        <w:t xml:space="preserve"> </w:t>
      </w:r>
      <w:proofErr w:type="spellStart"/>
      <w:r w:rsidRPr="00077AAC">
        <w:rPr>
          <w:rFonts w:ascii="Times New Roman" w:hAnsi="Times New Roman" w:cs="Times New Roman"/>
        </w:rPr>
        <w:t>kurateli</w:t>
      </w:r>
      <w:proofErr w:type="spellEnd"/>
      <w:r w:rsidRPr="00077AAC">
        <w:rPr>
          <w:rFonts w:ascii="Times New Roman" w:hAnsi="Times New Roman" w:cs="Times New Roman"/>
        </w:rPr>
        <w:t>.</w:t>
      </w:r>
    </w:p>
    <w:p w:rsidR="00227EFD" w:rsidRDefault="00227EFD" w:rsidP="00227EFD">
      <w:pPr>
        <w:rPr>
          <w:rFonts w:ascii="Times New Roman" w:hAnsi="Times New Roman" w:cs="Times New Roman"/>
        </w:rPr>
      </w:pPr>
    </w:p>
    <w:p w:rsidR="00227EFD" w:rsidRPr="00077AAC" w:rsidRDefault="00227EFD" w:rsidP="00227EFD">
      <w:pPr>
        <w:rPr>
          <w:rFonts w:ascii="Times New Roman" w:hAnsi="Times New Roman" w:cs="Times New Roman"/>
        </w:rPr>
      </w:pPr>
    </w:p>
    <w:p w:rsidR="00227EFD" w:rsidRPr="00077AAC" w:rsidRDefault="00227EFD" w:rsidP="00227EFD">
      <w:pPr>
        <w:spacing w:after="0"/>
        <w:rPr>
          <w:rFonts w:ascii="Times New Roman" w:hAnsi="Times New Roman" w:cs="Times New Roman"/>
        </w:rPr>
      </w:pPr>
      <w:r w:rsidRPr="00077AAC">
        <w:rPr>
          <w:rFonts w:ascii="Times New Roman" w:hAnsi="Times New Roman" w:cs="Times New Roman"/>
        </w:rPr>
        <w:t>……………………………………………………</w:t>
      </w:r>
    </w:p>
    <w:p w:rsidR="00227EFD" w:rsidRPr="006F3FF5" w:rsidRDefault="00227EFD" w:rsidP="00227EFD">
      <w:pPr>
        <w:spacing w:after="0"/>
        <w:rPr>
          <w:rFonts w:ascii="Times New Roman" w:hAnsi="Times New Roman" w:cs="Times New Roman"/>
          <w:sz w:val="20"/>
        </w:rPr>
      </w:pPr>
      <w:r w:rsidRPr="006F3FF5">
        <w:rPr>
          <w:rFonts w:ascii="Times New Roman" w:hAnsi="Times New Roman" w:cs="Times New Roman"/>
          <w:sz w:val="20"/>
        </w:rPr>
        <w:t xml:space="preserve">data, </w:t>
      </w:r>
      <w:proofErr w:type="spellStart"/>
      <w:r w:rsidRPr="006F3FF5">
        <w:rPr>
          <w:rFonts w:ascii="Times New Roman" w:hAnsi="Times New Roman" w:cs="Times New Roman"/>
          <w:sz w:val="20"/>
        </w:rPr>
        <w:t>imiona</w:t>
      </w:r>
      <w:proofErr w:type="spellEnd"/>
      <w:r w:rsidRPr="006F3F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3FF5">
        <w:rPr>
          <w:rFonts w:ascii="Times New Roman" w:hAnsi="Times New Roman" w:cs="Times New Roman"/>
          <w:sz w:val="20"/>
        </w:rPr>
        <w:t>i</w:t>
      </w:r>
      <w:proofErr w:type="spellEnd"/>
      <w:r w:rsidRPr="006F3F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3FF5">
        <w:rPr>
          <w:rFonts w:ascii="Times New Roman" w:hAnsi="Times New Roman" w:cs="Times New Roman"/>
          <w:sz w:val="20"/>
        </w:rPr>
        <w:t>nazwiska</w:t>
      </w:r>
      <w:proofErr w:type="spellEnd"/>
      <w:r w:rsidRPr="006F3F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3FF5">
        <w:rPr>
          <w:rFonts w:ascii="Times New Roman" w:hAnsi="Times New Roman" w:cs="Times New Roman"/>
          <w:sz w:val="20"/>
        </w:rPr>
        <w:t>osób</w:t>
      </w:r>
      <w:proofErr w:type="spellEnd"/>
      <w:r w:rsidRPr="006F3F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3FF5">
        <w:rPr>
          <w:rFonts w:ascii="Times New Roman" w:hAnsi="Times New Roman" w:cs="Times New Roman"/>
          <w:sz w:val="20"/>
        </w:rPr>
        <w:t>uprawnionych</w:t>
      </w:r>
      <w:proofErr w:type="spellEnd"/>
      <w:r w:rsidRPr="006F3FF5">
        <w:rPr>
          <w:rFonts w:ascii="Times New Roman" w:hAnsi="Times New Roman" w:cs="Times New Roman"/>
          <w:sz w:val="20"/>
        </w:rPr>
        <w:t xml:space="preserve"> </w:t>
      </w:r>
    </w:p>
    <w:p w:rsidR="00227EFD" w:rsidRPr="00077AAC" w:rsidRDefault="00227EFD" w:rsidP="00227EFD">
      <w:pPr>
        <w:spacing w:after="0"/>
        <w:rPr>
          <w:rFonts w:ascii="Times New Roman" w:hAnsi="Times New Roman" w:cs="Times New Roman"/>
        </w:rPr>
      </w:pPr>
      <w:r w:rsidRPr="006F3FF5">
        <w:rPr>
          <w:rFonts w:ascii="Times New Roman" w:hAnsi="Times New Roman" w:cs="Times New Roman"/>
          <w:sz w:val="20"/>
        </w:rPr>
        <w:t xml:space="preserve">do </w:t>
      </w:r>
      <w:proofErr w:type="spellStart"/>
      <w:r w:rsidRPr="006F3FF5">
        <w:rPr>
          <w:rFonts w:ascii="Times New Roman" w:hAnsi="Times New Roman" w:cs="Times New Roman"/>
          <w:sz w:val="20"/>
        </w:rPr>
        <w:t>reprezentowania</w:t>
      </w:r>
      <w:proofErr w:type="spellEnd"/>
      <w:r w:rsidRPr="006F3F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3FF5">
        <w:rPr>
          <w:rFonts w:ascii="Times New Roman" w:hAnsi="Times New Roman" w:cs="Times New Roman"/>
          <w:sz w:val="20"/>
        </w:rPr>
        <w:t>wykonawcy</w:t>
      </w:r>
      <w:proofErr w:type="spellEnd"/>
    </w:p>
    <w:p w:rsidR="00227EFD" w:rsidRPr="005B46DA" w:rsidRDefault="00227EFD" w:rsidP="005B46DA">
      <w:bookmarkStart w:id="0" w:name="_GoBack"/>
      <w:bookmarkEnd w:id="0"/>
    </w:p>
    <w:sectPr w:rsidR="00227EFD" w:rsidRPr="005B46DA" w:rsidSect="008E14A0">
      <w:headerReference w:type="default" r:id="rId9"/>
      <w:footerReference w:type="default" r:id="rId10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312" w:rsidRDefault="00B37312" w:rsidP="008E14A0">
      <w:pPr>
        <w:spacing w:after="0" w:line="240" w:lineRule="auto"/>
      </w:pPr>
      <w:r>
        <w:separator/>
      </w:r>
    </w:p>
  </w:endnote>
  <w:endnote w:type="continuationSeparator" w:id="0">
    <w:p w:rsidR="00B37312" w:rsidRDefault="00B37312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312" w:rsidRDefault="00B37312" w:rsidP="008E14A0">
      <w:pPr>
        <w:spacing w:after="0" w:line="240" w:lineRule="auto"/>
      </w:pPr>
      <w:r>
        <w:separator/>
      </w:r>
    </w:p>
  </w:footnote>
  <w:footnote w:type="continuationSeparator" w:id="0">
    <w:p w:rsidR="00B37312" w:rsidRDefault="00B37312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705AB3"/>
    <w:multiLevelType w:val="hybridMultilevel"/>
    <w:tmpl w:val="02221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2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7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5"/>
  </w:num>
  <w:num w:numId="12">
    <w:abstractNumId w:val="16"/>
  </w:num>
  <w:num w:numId="13">
    <w:abstractNumId w:val="28"/>
  </w:num>
  <w:num w:numId="14">
    <w:abstractNumId w:val="32"/>
  </w:num>
  <w:num w:numId="15">
    <w:abstractNumId w:val="19"/>
  </w:num>
  <w:num w:numId="16">
    <w:abstractNumId w:val="22"/>
  </w:num>
  <w:num w:numId="17">
    <w:abstractNumId w:val="11"/>
  </w:num>
  <w:num w:numId="18">
    <w:abstractNumId w:val="29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12"/>
  </w:num>
  <w:num w:numId="32">
    <w:abstractNumId w:val="23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1B4A"/>
    <w:rsid w:val="0014547F"/>
    <w:rsid w:val="0015074B"/>
    <w:rsid w:val="001F0EAF"/>
    <w:rsid w:val="00227EFD"/>
    <w:rsid w:val="00272DF6"/>
    <w:rsid w:val="0029639D"/>
    <w:rsid w:val="002F039B"/>
    <w:rsid w:val="003119B8"/>
    <w:rsid w:val="00326F90"/>
    <w:rsid w:val="003A0FE8"/>
    <w:rsid w:val="004A2D0A"/>
    <w:rsid w:val="004C6487"/>
    <w:rsid w:val="005776C9"/>
    <w:rsid w:val="0059680E"/>
    <w:rsid w:val="005B46DA"/>
    <w:rsid w:val="00751F1D"/>
    <w:rsid w:val="0078514E"/>
    <w:rsid w:val="008E14A0"/>
    <w:rsid w:val="008F78AC"/>
    <w:rsid w:val="00917AFD"/>
    <w:rsid w:val="00920425"/>
    <w:rsid w:val="009C5D44"/>
    <w:rsid w:val="009F3F04"/>
    <w:rsid w:val="00A14A96"/>
    <w:rsid w:val="00A96B5D"/>
    <w:rsid w:val="00AA1D8D"/>
    <w:rsid w:val="00B37312"/>
    <w:rsid w:val="00B47730"/>
    <w:rsid w:val="00BA6EA1"/>
    <w:rsid w:val="00C53B00"/>
    <w:rsid w:val="00C87522"/>
    <w:rsid w:val="00CB0664"/>
    <w:rsid w:val="00E13E51"/>
    <w:rsid w:val="00E21434"/>
    <w:rsid w:val="00E563FB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894FB8-FE32-4228-B116-D53667517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0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2</cp:revision>
  <cp:lastPrinted>2026-09-22T12:27:00Z</cp:lastPrinted>
  <dcterms:created xsi:type="dcterms:W3CDTF">2026-10-01T09:45:00Z</dcterms:created>
  <dcterms:modified xsi:type="dcterms:W3CDTF">2026-10-01T09:45:00Z</dcterms:modified>
</cp:coreProperties>
</file>