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0646" w:rsidRPr="00921950" w:rsidRDefault="001D0646" w:rsidP="001D0646">
      <w:pPr>
        <w:rPr>
          <w:rFonts w:ascii="Cambria" w:eastAsia="MS Mincho" w:hAnsi="Cambria" w:cs="Times New Roman"/>
        </w:rPr>
      </w:pPr>
      <w:bookmarkStart w:id="0" w:name="_GoBack"/>
      <w:proofErr w:type="spellStart"/>
      <w:r w:rsidRPr="00921950">
        <w:rPr>
          <w:rFonts w:ascii="Times New Roman" w:eastAsia="MS Mincho" w:hAnsi="Times New Roman" w:cs="Times New Roman"/>
          <w:b/>
          <w:bCs/>
          <w:sz w:val="20"/>
          <w:szCs w:val="20"/>
        </w:rPr>
        <w:t>Załącznik</w:t>
      </w:r>
      <w:proofErr w:type="spellEnd"/>
      <w:r w:rsidRPr="00921950">
        <w:rPr>
          <w:rFonts w:ascii="Times New Roman" w:eastAsia="MS Mincho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  <w:b/>
          <w:bCs/>
          <w:sz w:val="20"/>
          <w:szCs w:val="20"/>
        </w:rPr>
        <w:t>nr</w:t>
      </w:r>
      <w:proofErr w:type="spellEnd"/>
      <w:r w:rsidRPr="00921950">
        <w:rPr>
          <w:rFonts w:ascii="Times New Roman" w:eastAsia="MS Mincho" w:hAnsi="Times New Roman" w:cs="Times New Roman"/>
          <w:b/>
          <w:bCs/>
          <w:sz w:val="20"/>
          <w:szCs w:val="20"/>
        </w:rPr>
        <w:t xml:space="preserve"> 5</w:t>
      </w:r>
      <w:r w:rsidRPr="00921950">
        <w:rPr>
          <w:rFonts w:ascii="Times New Roman" w:eastAsia="Calibri" w:hAnsi="Times New Roman" w:cs="Times New Roman"/>
          <w:bCs/>
          <w:iCs/>
          <w:sz w:val="20"/>
          <w:szCs w:val="20"/>
        </w:rPr>
        <w:t xml:space="preserve"> do </w:t>
      </w:r>
      <w:proofErr w:type="spellStart"/>
      <w:r w:rsidRPr="00921950">
        <w:rPr>
          <w:rFonts w:ascii="Times New Roman" w:eastAsia="Calibri" w:hAnsi="Times New Roman" w:cs="Times New Roman"/>
          <w:bCs/>
          <w:iCs/>
          <w:sz w:val="20"/>
          <w:szCs w:val="20"/>
        </w:rPr>
        <w:t>zapytania</w:t>
      </w:r>
      <w:proofErr w:type="spellEnd"/>
      <w:r w:rsidRPr="00921950">
        <w:rPr>
          <w:rFonts w:ascii="Times New Roman" w:eastAsia="Calibri" w:hAnsi="Times New Roman" w:cs="Times New Roman"/>
          <w:bCs/>
          <w:iCs/>
          <w:sz w:val="20"/>
          <w:szCs w:val="20"/>
        </w:rPr>
        <w:t xml:space="preserve"> </w:t>
      </w:r>
      <w:proofErr w:type="spellStart"/>
      <w:r w:rsidRPr="00921950">
        <w:rPr>
          <w:rFonts w:ascii="Times New Roman" w:eastAsia="Calibri" w:hAnsi="Times New Roman" w:cs="Times New Roman"/>
          <w:bCs/>
          <w:iCs/>
          <w:sz w:val="20"/>
          <w:szCs w:val="20"/>
        </w:rPr>
        <w:t>ofertowego</w:t>
      </w:r>
      <w:proofErr w:type="spellEnd"/>
      <w:r w:rsidRPr="00921950">
        <w:rPr>
          <w:rFonts w:ascii="Times New Roman" w:eastAsia="Calibri" w:hAnsi="Times New Roman" w:cs="Times New Roman"/>
          <w:bCs/>
          <w:iCs/>
          <w:sz w:val="20"/>
          <w:szCs w:val="20"/>
        </w:rPr>
        <w:t xml:space="preserve"> </w:t>
      </w:r>
      <w:proofErr w:type="spellStart"/>
      <w:r w:rsidRPr="00921950">
        <w:rPr>
          <w:rFonts w:ascii="Times New Roman" w:eastAsia="Calibri" w:hAnsi="Times New Roman" w:cs="Times New Roman"/>
          <w:bCs/>
          <w:iCs/>
          <w:sz w:val="20"/>
          <w:szCs w:val="20"/>
        </w:rPr>
        <w:t>nr</w:t>
      </w:r>
      <w:proofErr w:type="spellEnd"/>
      <w:r w:rsidRPr="00921950">
        <w:rPr>
          <w:rFonts w:ascii="Times New Roman" w:eastAsia="Calibri" w:hAnsi="Times New Roman" w:cs="Times New Roman"/>
          <w:bCs/>
          <w:iCs/>
          <w:sz w:val="20"/>
          <w:szCs w:val="20"/>
        </w:rPr>
        <w:t>:</w:t>
      </w:r>
      <w:r w:rsidRPr="00921950">
        <w:rPr>
          <w:rFonts w:ascii="Times New Roman" w:eastAsia="MS Mincho" w:hAnsi="Times New Roman" w:cs="Times New Roman"/>
        </w:rPr>
        <w:t xml:space="preserve"> </w:t>
      </w:r>
      <w:r w:rsidRPr="00921950">
        <w:rPr>
          <w:rFonts w:ascii="Times New Roman" w:eastAsia="MS Mincho" w:hAnsi="Times New Roman" w:cs="Times New Roman"/>
          <w:sz w:val="20"/>
          <w:szCs w:val="20"/>
        </w:rPr>
        <w:t>ZSE</w:t>
      </w:r>
      <w:r>
        <w:rPr>
          <w:rFonts w:ascii="Times New Roman" w:eastAsia="MS Mincho" w:hAnsi="Times New Roman" w:cs="Times New Roman"/>
          <w:spacing w:val="32"/>
          <w:sz w:val="20"/>
          <w:szCs w:val="20"/>
        </w:rPr>
        <w:t>.022.11</w:t>
      </w:r>
      <w:r w:rsidRPr="00921950">
        <w:rPr>
          <w:rFonts w:ascii="Times New Roman" w:eastAsia="MS Mincho" w:hAnsi="Times New Roman" w:cs="Times New Roman"/>
          <w:spacing w:val="32"/>
          <w:sz w:val="20"/>
          <w:szCs w:val="20"/>
        </w:rPr>
        <w:t>.UE.1.2026</w:t>
      </w:r>
    </w:p>
    <w:bookmarkEnd w:id="0"/>
    <w:p w:rsidR="001D0646" w:rsidRPr="00921950" w:rsidRDefault="001D0646" w:rsidP="001D0646">
      <w:pPr>
        <w:jc w:val="center"/>
        <w:rPr>
          <w:rFonts w:ascii="Cambria" w:eastAsia="MS Mincho" w:hAnsi="Cambria" w:cs="Times New Roman"/>
          <w:b/>
          <w:bCs/>
        </w:rPr>
      </w:pPr>
      <w:proofErr w:type="spellStart"/>
      <w:r w:rsidRPr="00921950">
        <w:rPr>
          <w:rFonts w:ascii="Cambria" w:eastAsia="MS Mincho" w:hAnsi="Cambria" w:cs="Times New Roman"/>
          <w:b/>
          <w:bCs/>
        </w:rPr>
        <w:t>Klauzula</w:t>
      </w:r>
      <w:proofErr w:type="spellEnd"/>
      <w:r w:rsidRPr="00921950">
        <w:rPr>
          <w:rFonts w:ascii="Cambria" w:eastAsia="MS Mincho" w:hAnsi="Cambria" w:cs="Times New Roman"/>
          <w:b/>
          <w:bCs/>
        </w:rPr>
        <w:t xml:space="preserve"> </w:t>
      </w:r>
      <w:proofErr w:type="spellStart"/>
      <w:r w:rsidRPr="00921950">
        <w:rPr>
          <w:rFonts w:ascii="Cambria" w:eastAsia="MS Mincho" w:hAnsi="Cambria" w:cs="Times New Roman"/>
          <w:b/>
          <w:bCs/>
        </w:rPr>
        <w:t>informacyjna</w:t>
      </w:r>
      <w:proofErr w:type="spellEnd"/>
      <w:r w:rsidRPr="00921950">
        <w:rPr>
          <w:rFonts w:ascii="Cambria" w:eastAsia="MS Mincho" w:hAnsi="Cambria" w:cs="Times New Roman"/>
          <w:b/>
          <w:bCs/>
        </w:rPr>
        <w:t xml:space="preserve"> RODO </w:t>
      </w:r>
      <w:proofErr w:type="spellStart"/>
      <w:r w:rsidRPr="00921950">
        <w:rPr>
          <w:rFonts w:ascii="Cambria" w:eastAsia="MS Mincho" w:hAnsi="Cambria" w:cs="Times New Roman"/>
          <w:b/>
          <w:bCs/>
        </w:rPr>
        <w:t>dla</w:t>
      </w:r>
      <w:proofErr w:type="spellEnd"/>
      <w:r w:rsidRPr="00921950">
        <w:rPr>
          <w:rFonts w:ascii="Cambria" w:eastAsia="MS Mincho" w:hAnsi="Cambria" w:cs="Times New Roman"/>
          <w:b/>
          <w:bCs/>
        </w:rPr>
        <w:t xml:space="preserve"> </w:t>
      </w:r>
      <w:proofErr w:type="spellStart"/>
      <w:r w:rsidRPr="00921950">
        <w:rPr>
          <w:rFonts w:ascii="Cambria" w:eastAsia="MS Mincho" w:hAnsi="Cambria" w:cs="Times New Roman"/>
          <w:b/>
          <w:bCs/>
        </w:rPr>
        <w:t>wykonawców</w:t>
      </w:r>
      <w:proofErr w:type="spellEnd"/>
      <w:r w:rsidRPr="00921950">
        <w:rPr>
          <w:rFonts w:ascii="Cambria" w:eastAsia="MS Mincho" w:hAnsi="Cambria" w:cs="Times New Roman"/>
          <w:b/>
          <w:bCs/>
        </w:rPr>
        <w:t xml:space="preserve"> / </w:t>
      </w:r>
      <w:proofErr w:type="spellStart"/>
      <w:r w:rsidRPr="00921950">
        <w:rPr>
          <w:rFonts w:ascii="Cambria" w:eastAsia="MS Mincho" w:hAnsi="Cambria" w:cs="Times New Roman"/>
          <w:b/>
          <w:bCs/>
        </w:rPr>
        <w:t>podwykonawców</w:t>
      </w:r>
      <w:proofErr w:type="spellEnd"/>
      <w:r w:rsidRPr="00921950">
        <w:rPr>
          <w:rFonts w:ascii="Cambria" w:eastAsia="MS Mincho" w:hAnsi="Cambria" w:cs="Times New Roman"/>
          <w:b/>
          <w:bCs/>
        </w:rPr>
        <w:t xml:space="preserve"> </w:t>
      </w:r>
      <w:proofErr w:type="spellStart"/>
      <w:r w:rsidRPr="00921950">
        <w:rPr>
          <w:rFonts w:ascii="Cambria" w:eastAsia="MS Mincho" w:hAnsi="Cambria" w:cs="Times New Roman"/>
          <w:b/>
          <w:bCs/>
        </w:rPr>
        <w:t>projektu</w:t>
      </w:r>
      <w:proofErr w:type="spellEnd"/>
    </w:p>
    <w:p w:rsidR="001D0646" w:rsidRPr="00921950" w:rsidRDefault="001D0646" w:rsidP="001D0646">
      <w:pPr>
        <w:jc w:val="center"/>
        <w:rPr>
          <w:rFonts w:ascii="Cambria" w:eastAsia="MS Mincho" w:hAnsi="Cambria" w:cs="Times New Roman"/>
          <w:b/>
          <w:bCs/>
        </w:rPr>
      </w:pPr>
      <w:r w:rsidRPr="00921950">
        <w:rPr>
          <w:rFonts w:ascii="Cambria" w:eastAsia="MS Mincho" w:hAnsi="Cambria" w:cs="Times New Roman"/>
          <w:b/>
          <w:bCs/>
        </w:rPr>
        <w:t>(art. 14 RODO)</w:t>
      </w:r>
    </w:p>
    <w:p w:rsidR="001D0646" w:rsidRPr="00921950" w:rsidRDefault="001D0646" w:rsidP="001D0646">
      <w:pPr>
        <w:jc w:val="both"/>
        <w:rPr>
          <w:rFonts w:ascii="Times New Roman" w:eastAsia="MS Mincho" w:hAnsi="Times New Roman" w:cs="Times New Roman"/>
        </w:rPr>
      </w:pPr>
      <w:proofErr w:type="spellStart"/>
      <w:r w:rsidRPr="00921950">
        <w:rPr>
          <w:rFonts w:ascii="Times New Roman" w:eastAsia="MS Mincho" w:hAnsi="Times New Roman" w:cs="Times New Roman"/>
        </w:rPr>
        <w:t>Szanowna</w:t>
      </w:r>
      <w:proofErr w:type="spellEnd"/>
      <w:r w:rsidRPr="00921950">
        <w:rPr>
          <w:rFonts w:ascii="Times New Roman" w:eastAsia="MS Mincho" w:hAnsi="Times New Roman" w:cs="Times New Roman"/>
        </w:rPr>
        <w:t xml:space="preserve">/y </w:t>
      </w:r>
      <w:proofErr w:type="spellStart"/>
      <w:r w:rsidRPr="00921950">
        <w:rPr>
          <w:rFonts w:ascii="Times New Roman" w:eastAsia="MS Mincho" w:hAnsi="Times New Roman" w:cs="Times New Roman"/>
        </w:rPr>
        <w:t>Pani</w:t>
      </w:r>
      <w:proofErr w:type="spellEnd"/>
      <w:r w:rsidRPr="00921950">
        <w:rPr>
          <w:rFonts w:ascii="Times New Roman" w:eastAsia="MS Mincho" w:hAnsi="Times New Roman" w:cs="Times New Roman"/>
        </w:rPr>
        <w:t>/</w:t>
      </w:r>
      <w:proofErr w:type="spellStart"/>
      <w:r w:rsidRPr="00921950">
        <w:rPr>
          <w:rFonts w:ascii="Times New Roman" w:eastAsia="MS Mincho" w:hAnsi="Times New Roman" w:cs="Times New Roman"/>
        </w:rPr>
        <w:t>Panie</w:t>
      </w:r>
      <w:proofErr w:type="spellEnd"/>
      <w:r w:rsidRPr="00921950">
        <w:rPr>
          <w:rFonts w:ascii="Times New Roman" w:eastAsia="MS Mincho" w:hAnsi="Times New Roman" w:cs="Times New Roman"/>
        </w:rPr>
        <w:t>,</w:t>
      </w:r>
    </w:p>
    <w:p w:rsidR="001D0646" w:rsidRPr="00921950" w:rsidRDefault="001D0646" w:rsidP="001D0646">
      <w:pPr>
        <w:jc w:val="both"/>
        <w:rPr>
          <w:rFonts w:ascii="Times New Roman" w:eastAsia="MS Mincho" w:hAnsi="Times New Roman" w:cs="Times New Roman"/>
        </w:rPr>
      </w:pPr>
      <w:proofErr w:type="spellStart"/>
      <w:r w:rsidRPr="00921950">
        <w:rPr>
          <w:rFonts w:ascii="Times New Roman" w:eastAsia="MS Mincho" w:hAnsi="Times New Roman" w:cs="Times New Roman"/>
        </w:rPr>
        <w:t>zgodnie</w:t>
      </w:r>
      <w:proofErr w:type="spellEnd"/>
      <w:r w:rsidRPr="00921950">
        <w:rPr>
          <w:rFonts w:ascii="Times New Roman" w:eastAsia="MS Mincho" w:hAnsi="Times New Roman" w:cs="Times New Roman"/>
        </w:rPr>
        <w:t xml:space="preserve"> z art. 14 </w:t>
      </w:r>
      <w:proofErr w:type="spellStart"/>
      <w:r w:rsidRPr="00921950">
        <w:rPr>
          <w:rFonts w:ascii="Times New Roman" w:eastAsia="MS Mincho" w:hAnsi="Times New Roman" w:cs="Times New Roman"/>
        </w:rPr>
        <w:t>Rozporządzenia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Parlamentu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Europejskiego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i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Rady</w:t>
      </w:r>
      <w:proofErr w:type="spellEnd"/>
      <w:r w:rsidRPr="00921950">
        <w:rPr>
          <w:rFonts w:ascii="Times New Roman" w:eastAsia="MS Mincho" w:hAnsi="Times New Roman" w:cs="Times New Roman"/>
        </w:rPr>
        <w:t xml:space="preserve"> (UE) 2016/679 z </w:t>
      </w:r>
      <w:proofErr w:type="spellStart"/>
      <w:r w:rsidRPr="00921950">
        <w:rPr>
          <w:rFonts w:ascii="Times New Roman" w:eastAsia="MS Mincho" w:hAnsi="Times New Roman" w:cs="Times New Roman"/>
        </w:rPr>
        <w:t>dnia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27 </w:t>
      </w:r>
      <w:proofErr w:type="spellStart"/>
      <w:r w:rsidRPr="00921950">
        <w:rPr>
          <w:rFonts w:ascii="Times New Roman" w:eastAsia="MS Mincho" w:hAnsi="Times New Roman" w:cs="Times New Roman"/>
        </w:rPr>
        <w:t>kwietnia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2016 r. w </w:t>
      </w:r>
      <w:proofErr w:type="spellStart"/>
      <w:r w:rsidRPr="00921950">
        <w:rPr>
          <w:rFonts w:ascii="Times New Roman" w:eastAsia="MS Mincho" w:hAnsi="Times New Roman" w:cs="Times New Roman"/>
        </w:rPr>
        <w:t>sprawie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ochrony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osób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fizycznych</w:t>
      </w:r>
      <w:proofErr w:type="spellEnd"/>
      <w:r w:rsidRPr="00921950">
        <w:rPr>
          <w:rFonts w:ascii="Times New Roman" w:eastAsia="MS Mincho" w:hAnsi="Times New Roman" w:cs="Times New Roman"/>
        </w:rPr>
        <w:t xml:space="preserve"> w </w:t>
      </w:r>
      <w:proofErr w:type="spellStart"/>
      <w:r w:rsidRPr="00921950">
        <w:rPr>
          <w:rFonts w:ascii="Times New Roman" w:eastAsia="MS Mincho" w:hAnsi="Times New Roman" w:cs="Times New Roman"/>
        </w:rPr>
        <w:t>związku</w:t>
      </w:r>
      <w:proofErr w:type="spellEnd"/>
      <w:r w:rsidRPr="00921950">
        <w:rPr>
          <w:rFonts w:ascii="Times New Roman" w:eastAsia="MS Mincho" w:hAnsi="Times New Roman" w:cs="Times New Roman"/>
        </w:rPr>
        <w:t xml:space="preserve"> z </w:t>
      </w:r>
      <w:proofErr w:type="spellStart"/>
      <w:r w:rsidRPr="00921950">
        <w:rPr>
          <w:rFonts w:ascii="Times New Roman" w:eastAsia="MS Mincho" w:hAnsi="Times New Roman" w:cs="Times New Roman"/>
        </w:rPr>
        <w:t>przetwarzaniem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danych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osobowych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i</w:t>
      </w:r>
      <w:proofErr w:type="spellEnd"/>
      <w:r w:rsidRPr="00921950">
        <w:rPr>
          <w:rFonts w:ascii="Times New Roman" w:eastAsia="MS Mincho" w:hAnsi="Times New Roman" w:cs="Times New Roman"/>
        </w:rPr>
        <w:t xml:space="preserve"> w </w:t>
      </w:r>
      <w:proofErr w:type="spellStart"/>
      <w:r w:rsidRPr="00921950">
        <w:rPr>
          <w:rFonts w:ascii="Times New Roman" w:eastAsia="MS Mincho" w:hAnsi="Times New Roman" w:cs="Times New Roman"/>
        </w:rPr>
        <w:t>sprawie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swobodnego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przepływu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takich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danych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oraz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uchylenia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dyrektywy</w:t>
      </w:r>
      <w:proofErr w:type="spellEnd"/>
      <w:r w:rsidRPr="00921950">
        <w:rPr>
          <w:rFonts w:ascii="Times New Roman" w:eastAsia="MS Mincho" w:hAnsi="Times New Roman" w:cs="Times New Roman"/>
        </w:rPr>
        <w:t xml:space="preserve"> 95/46/WE (</w:t>
      </w:r>
      <w:proofErr w:type="spellStart"/>
      <w:r w:rsidRPr="00921950">
        <w:rPr>
          <w:rFonts w:ascii="Times New Roman" w:eastAsia="MS Mincho" w:hAnsi="Times New Roman" w:cs="Times New Roman"/>
        </w:rPr>
        <w:t>dalej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zwane</w:t>
      </w:r>
      <w:proofErr w:type="spellEnd"/>
      <w:r w:rsidRPr="00921950">
        <w:rPr>
          <w:rFonts w:ascii="Times New Roman" w:eastAsia="MS Mincho" w:hAnsi="Times New Roman" w:cs="Times New Roman"/>
        </w:rPr>
        <w:t xml:space="preserve"> „RODO”) </w:t>
      </w:r>
      <w:proofErr w:type="spellStart"/>
      <w:r w:rsidRPr="00921950">
        <w:rPr>
          <w:rFonts w:ascii="Times New Roman" w:eastAsia="MS Mincho" w:hAnsi="Times New Roman" w:cs="Times New Roman"/>
        </w:rPr>
        <w:t>uprzejmie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informuję</w:t>
      </w:r>
      <w:proofErr w:type="spellEnd"/>
      <w:r w:rsidRPr="00921950">
        <w:rPr>
          <w:rFonts w:ascii="Times New Roman" w:eastAsia="MS Mincho" w:hAnsi="Times New Roman" w:cs="Times New Roman"/>
        </w:rPr>
        <w:t xml:space="preserve">, </w:t>
      </w:r>
      <w:proofErr w:type="spellStart"/>
      <w:r w:rsidRPr="00921950">
        <w:rPr>
          <w:rFonts w:ascii="Times New Roman" w:eastAsia="MS Mincho" w:hAnsi="Times New Roman" w:cs="Times New Roman"/>
        </w:rPr>
        <w:t>iż</w:t>
      </w:r>
      <w:proofErr w:type="spellEnd"/>
      <w:r w:rsidRPr="00921950">
        <w:rPr>
          <w:rFonts w:ascii="Times New Roman" w:eastAsia="MS Mincho" w:hAnsi="Times New Roman" w:cs="Times New Roman"/>
        </w:rPr>
        <w:t>:</w:t>
      </w:r>
    </w:p>
    <w:p w:rsidR="001D0646" w:rsidRPr="00921950" w:rsidRDefault="001D0646" w:rsidP="001D0646">
      <w:pPr>
        <w:numPr>
          <w:ilvl w:val="0"/>
          <w:numId w:val="34"/>
        </w:numPr>
        <w:spacing w:after="160"/>
        <w:ind w:left="284" w:hanging="284"/>
        <w:contextualSpacing/>
        <w:jc w:val="both"/>
        <w:rPr>
          <w:rFonts w:ascii="Times New Roman" w:eastAsia="MS Mincho" w:hAnsi="Times New Roman" w:cs="Times New Roman"/>
        </w:rPr>
      </w:pPr>
      <w:proofErr w:type="spellStart"/>
      <w:r w:rsidRPr="00921950">
        <w:rPr>
          <w:rFonts w:ascii="Times New Roman" w:eastAsia="MS Mincho" w:hAnsi="Times New Roman" w:cs="Times New Roman"/>
        </w:rPr>
        <w:t>Zespół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Szkół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Ekonomicznych</w:t>
      </w:r>
      <w:proofErr w:type="spellEnd"/>
      <w:r w:rsidRPr="00921950">
        <w:rPr>
          <w:rFonts w:ascii="Times New Roman" w:eastAsia="MS Mincho" w:hAnsi="Times New Roman" w:cs="Times New Roman"/>
        </w:rPr>
        <w:t xml:space="preserve"> w </w:t>
      </w:r>
      <w:proofErr w:type="spellStart"/>
      <w:r w:rsidRPr="00921950">
        <w:rPr>
          <w:rFonts w:ascii="Times New Roman" w:eastAsia="MS Mincho" w:hAnsi="Times New Roman" w:cs="Times New Roman"/>
        </w:rPr>
        <w:t>Raciborzu</w:t>
      </w:r>
      <w:proofErr w:type="spellEnd"/>
      <w:r w:rsidRPr="00921950">
        <w:rPr>
          <w:rFonts w:ascii="Times New Roman" w:eastAsia="MS Mincho" w:hAnsi="Times New Roman" w:cs="Times New Roman"/>
        </w:rPr>
        <w:t xml:space="preserve">  (</w:t>
      </w:r>
      <w:proofErr w:type="spellStart"/>
      <w:r w:rsidRPr="00921950">
        <w:rPr>
          <w:rFonts w:ascii="Times New Roman" w:eastAsia="MS Mincho" w:hAnsi="Times New Roman" w:cs="Times New Roman"/>
        </w:rPr>
        <w:t>dalej</w:t>
      </w:r>
      <w:proofErr w:type="spellEnd"/>
      <w:r w:rsidRPr="00921950">
        <w:rPr>
          <w:rFonts w:ascii="Times New Roman" w:eastAsia="MS Mincho" w:hAnsi="Times New Roman" w:cs="Times New Roman"/>
        </w:rPr>
        <w:t xml:space="preserve">: ZSE) z </w:t>
      </w:r>
      <w:proofErr w:type="spellStart"/>
      <w:r w:rsidRPr="00921950">
        <w:rPr>
          <w:rFonts w:ascii="Times New Roman" w:eastAsia="MS Mincho" w:hAnsi="Times New Roman" w:cs="Times New Roman"/>
        </w:rPr>
        <w:t>siedzibą</w:t>
      </w:r>
      <w:proofErr w:type="spellEnd"/>
      <w:r w:rsidRPr="00921950">
        <w:rPr>
          <w:rFonts w:ascii="Times New Roman" w:eastAsia="MS Mincho" w:hAnsi="Times New Roman" w:cs="Times New Roman"/>
        </w:rPr>
        <w:t xml:space="preserve"> w </w:t>
      </w:r>
      <w:proofErr w:type="spellStart"/>
      <w:r w:rsidRPr="00921950">
        <w:rPr>
          <w:rFonts w:ascii="Times New Roman" w:eastAsia="MS Mincho" w:hAnsi="Times New Roman" w:cs="Times New Roman"/>
        </w:rPr>
        <w:t>Raciborzu</w:t>
      </w:r>
      <w:proofErr w:type="spellEnd"/>
      <w:r w:rsidRPr="00921950">
        <w:rPr>
          <w:rFonts w:ascii="Times New Roman" w:eastAsia="MS Mincho" w:hAnsi="Times New Roman" w:cs="Times New Roman"/>
        </w:rPr>
        <w:t xml:space="preserve">  (47-400), </w:t>
      </w:r>
      <w:proofErr w:type="spellStart"/>
      <w:r w:rsidRPr="00921950">
        <w:rPr>
          <w:rFonts w:ascii="Times New Roman" w:eastAsia="MS Mincho" w:hAnsi="Times New Roman" w:cs="Times New Roman"/>
        </w:rPr>
        <w:t>ul</w:t>
      </w:r>
      <w:proofErr w:type="spellEnd"/>
      <w:r w:rsidRPr="00921950">
        <w:rPr>
          <w:rFonts w:ascii="Times New Roman" w:eastAsia="MS Mincho" w:hAnsi="Times New Roman" w:cs="Times New Roman"/>
        </w:rPr>
        <w:t xml:space="preserve">. </w:t>
      </w:r>
      <w:proofErr w:type="spellStart"/>
      <w:r w:rsidRPr="00921950">
        <w:rPr>
          <w:rFonts w:ascii="Times New Roman" w:eastAsia="MS Mincho" w:hAnsi="Times New Roman" w:cs="Times New Roman"/>
        </w:rPr>
        <w:t>Gimnazjalna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3, tel.: 32 415 48 90 </w:t>
      </w:r>
      <w:proofErr w:type="spellStart"/>
      <w:r w:rsidRPr="00921950">
        <w:rPr>
          <w:rFonts w:ascii="Times New Roman" w:eastAsia="MS Mincho" w:hAnsi="Times New Roman" w:cs="Times New Roman"/>
        </w:rPr>
        <w:t>wew</w:t>
      </w:r>
      <w:proofErr w:type="spellEnd"/>
      <w:r w:rsidRPr="00921950">
        <w:rPr>
          <w:rFonts w:ascii="Times New Roman" w:eastAsia="MS Mincho" w:hAnsi="Times New Roman" w:cs="Times New Roman"/>
        </w:rPr>
        <w:t xml:space="preserve">. 23, </w:t>
      </w:r>
      <w:r w:rsidRPr="00921950">
        <w:rPr>
          <w:rFonts w:ascii="Times New Roman" w:eastAsia="MS Mincho" w:hAnsi="Times New Roman" w:cs="Times New Roman"/>
        </w:rPr>
        <w:tab/>
      </w:r>
      <w:r w:rsidRPr="00921950">
        <w:rPr>
          <w:rFonts w:ascii="Times New Roman" w:eastAsia="MS Mincho" w:hAnsi="Times New Roman" w:cs="Times New Roman"/>
        </w:rPr>
        <w:br/>
        <w:t xml:space="preserve">e-mail: </w:t>
      </w:r>
      <w:hyperlink r:id="rId9" w:history="1">
        <w:r w:rsidRPr="00921950">
          <w:rPr>
            <w:rFonts w:ascii="Times New Roman" w:eastAsia="MS Mincho" w:hAnsi="Times New Roman" w:cs="Times New Roman"/>
            <w:color w:val="0000FF" w:themeColor="hyperlink"/>
            <w:u w:val="single"/>
          </w:rPr>
          <w:t>akademiazawodowcow@ekonomikraciborz.pl</w:t>
        </w:r>
      </w:hyperlink>
    </w:p>
    <w:p w:rsidR="001D0646" w:rsidRPr="00921950" w:rsidRDefault="001D0646" w:rsidP="001D0646">
      <w:pPr>
        <w:numPr>
          <w:ilvl w:val="0"/>
          <w:numId w:val="34"/>
        </w:numPr>
        <w:spacing w:after="160"/>
        <w:ind w:left="284" w:hanging="284"/>
        <w:contextualSpacing/>
        <w:jc w:val="both"/>
        <w:rPr>
          <w:rFonts w:ascii="Times New Roman" w:eastAsia="MS Mincho" w:hAnsi="Times New Roman" w:cs="Times New Roman"/>
        </w:rPr>
      </w:pPr>
      <w:r w:rsidRPr="00921950">
        <w:rPr>
          <w:rFonts w:ascii="Times New Roman" w:eastAsia="MS Mincho" w:hAnsi="Times New Roman" w:cs="Times New Roman"/>
        </w:rPr>
        <w:t xml:space="preserve">Administrator </w:t>
      </w:r>
      <w:proofErr w:type="spellStart"/>
      <w:r w:rsidRPr="00921950">
        <w:rPr>
          <w:rFonts w:ascii="Times New Roman" w:eastAsia="MS Mincho" w:hAnsi="Times New Roman" w:cs="Times New Roman"/>
        </w:rPr>
        <w:t>powołał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Inspektora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Ochrony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Danych</w:t>
      </w:r>
      <w:proofErr w:type="spellEnd"/>
      <w:r w:rsidRPr="00921950">
        <w:rPr>
          <w:rFonts w:ascii="Times New Roman" w:eastAsia="MS Mincho" w:hAnsi="Times New Roman" w:cs="Times New Roman"/>
        </w:rPr>
        <w:t xml:space="preserve">, z </w:t>
      </w:r>
      <w:proofErr w:type="spellStart"/>
      <w:r w:rsidRPr="00921950">
        <w:rPr>
          <w:rFonts w:ascii="Times New Roman" w:eastAsia="MS Mincho" w:hAnsi="Times New Roman" w:cs="Times New Roman"/>
        </w:rPr>
        <w:t>którym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można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się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skontaktować</w:t>
      </w:r>
      <w:proofErr w:type="spellEnd"/>
      <w:r w:rsidRPr="00921950">
        <w:rPr>
          <w:rFonts w:ascii="Times New Roman" w:eastAsia="MS Mincho" w:hAnsi="Times New Roman" w:cs="Times New Roman"/>
        </w:rPr>
        <w:t xml:space="preserve"> w </w:t>
      </w:r>
      <w:proofErr w:type="spellStart"/>
      <w:r w:rsidRPr="00921950">
        <w:rPr>
          <w:rFonts w:ascii="Times New Roman" w:eastAsia="MS Mincho" w:hAnsi="Times New Roman" w:cs="Times New Roman"/>
        </w:rPr>
        <w:t>sprawie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przetwarzania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danych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osobowych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pisząc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na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adres</w:t>
      </w:r>
      <w:proofErr w:type="spellEnd"/>
      <w:r w:rsidRPr="00921950">
        <w:rPr>
          <w:rFonts w:ascii="Times New Roman" w:eastAsia="MS Mincho" w:hAnsi="Times New Roman" w:cs="Times New Roman"/>
        </w:rPr>
        <w:t xml:space="preserve"> e-mail: </w:t>
      </w:r>
      <w:hyperlink r:id="rId10" w:history="1">
        <w:r w:rsidRPr="00921950">
          <w:rPr>
            <w:rFonts w:ascii="Times New Roman" w:eastAsia="MS Mincho" w:hAnsi="Times New Roman" w:cs="Times New Roman"/>
            <w:color w:val="0000FF" w:themeColor="hyperlink"/>
            <w:u w:val="single"/>
          </w:rPr>
          <w:t>nowator@nowator.pl</w:t>
        </w:r>
      </w:hyperlink>
      <w:r w:rsidRPr="00921950">
        <w:rPr>
          <w:rFonts w:ascii="Times New Roman" w:eastAsia="MS Mincho" w:hAnsi="Times New Roman" w:cs="Times New Roman"/>
        </w:rPr>
        <w:t xml:space="preserve"> . </w:t>
      </w:r>
      <w:proofErr w:type="spellStart"/>
      <w:r w:rsidRPr="00921950">
        <w:rPr>
          <w:rFonts w:ascii="Times New Roman" w:eastAsia="MS Mincho" w:hAnsi="Times New Roman" w:cs="Times New Roman"/>
        </w:rPr>
        <w:t>lub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na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adres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siedziby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administratora</w:t>
      </w:r>
      <w:proofErr w:type="spellEnd"/>
      <w:r w:rsidRPr="00921950">
        <w:rPr>
          <w:rFonts w:ascii="Times New Roman" w:eastAsia="MS Mincho" w:hAnsi="Times New Roman" w:cs="Times New Roman"/>
        </w:rPr>
        <w:t>.</w:t>
      </w:r>
    </w:p>
    <w:p w:rsidR="001D0646" w:rsidRPr="00921950" w:rsidRDefault="001D0646" w:rsidP="001D0646">
      <w:pPr>
        <w:numPr>
          <w:ilvl w:val="0"/>
          <w:numId w:val="34"/>
        </w:numPr>
        <w:spacing w:after="160"/>
        <w:ind w:left="284" w:hanging="284"/>
        <w:contextualSpacing/>
        <w:jc w:val="both"/>
        <w:rPr>
          <w:rFonts w:ascii="Times New Roman" w:eastAsia="MS Mincho" w:hAnsi="Times New Roman" w:cs="Times New Roman"/>
        </w:rPr>
      </w:pPr>
      <w:proofErr w:type="spellStart"/>
      <w:r w:rsidRPr="00921950">
        <w:rPr>
          <w:rFonts w:ascii="Times New Roman" w:eastAsia="MS Mincho" w:hAnsi="Times New Roman" w:cs="Times New Roman"/>
        </w:rPr>
        <w:t>Pani</w:t>
      </w:r>
      <w:proofErr w:type="spellEnd"/>
      <w:r w:rsidRPr="00921950">
        <w:rPr>
          <w:rFonts w:ascii="Times New Roman" w:eastAsia="MS Mincho" w:hAnsi="Times New Roman" w:cs="Times New Roman"/>
        </w:rPr>
        <w:t xml:space="preserve">/Pana </w:t>
      </w:r>
      <w:proofErr w:type="spellStart"/>
      <w:r w:rsidRPr="00921950">
        <w:rPr>
          <w:rFonts w:ascii="Times New Roman" w:eastAsia="MS Mincho" w:hAnsi="Times New Roman" w:cs="Times New Roman"/>
        </w:rPr>
        <w:t>dane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osobowe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przetwarzane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będą</w:t>
      </w:r>
      <w:proofErr w:type="spellEnd"/>
      <w:r w:rsidRPr="00921950">
        <w:rPr>
          <w:rFonts w:ascii="Times New Roman" w:eastAsia="MS Mincho" w:hAnsi="Times New Roman" w:cs="Times New Roman"/>
        </w:rPr>
        <w:t xml:space="preserve"> w </w:t>
      </w:r>
      <w:proofErr w:type="spellStart"/>
      <w:r w:rsidRPr="00921950">
        <w:rPr>
          <w:rFonts w:ascii="Times New Roman" w:eastAsia="MS Mincho" w:hAnsi="Times New Roman" w:cs="Times New Roman"/>
        </w:rPr>
        <w:t>celu</w:t>
      </w:r>
      <w:proofErr w:type="spellEnd"/>
      <w:r w:rsidRPr="00921950">
        <w:rPr>
          <w:rFonts w:ascii="Times New Roman" w:eastAsia="MS Mincho" w:hAnsi="Times New Roman" w:cs="Times New Roman"/>
        </w:rPr>
        <w:t>:</w:t>
      </w:r>
    </w:p>
    <w:p w:rsidR="001D0646" w:rsidRPr="00921950" w:rsidRDefault="001D0646" w:rsidP="001D0646">
      <w:pPr>
        <w:numPr>
          <w:ilvl w:val="0"/>
          <w:numId w:val="35"/>
        </w:numPr>
        <w:spacing w:after="160"/>
        <w:ind w:hanging="436"/>
        <w:contextualSpacing/>
        <w:jc w:val="both"/>
        <w:rPr>
          <w:rFonts w:ascii="Times New Roman" w:eastAsia="MS Mincho" w:hAnsi="Times New Roman" w:cs="Times New Roman"/>
        </w:rPr>
      </w:pPr>
      <w:proofErr w:type="spellStart"/>
      <w:r w:rsidRPr="00921950">
        <w:rPr>
          <w:rFonts w:ascii="Times New Roman" w:eastAsia="MS Mincho" w:hAnsi="Times New Roman" w:cs="Times New Roman"/>
        </w:rPr>
        <w:t>rozliczenia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projektu</w:t>
      </w:r>
      <w:proofErr w:type="spellEnd"/>
      <w:r w:rsidRPr="00921950">
        <w:rPr>
          <w:rFonts w:ascii="Times New Roman" w:eastAsia="MS Mincho" w:hAnsi="Times New Roman" w:cs="Times New Roman"/>
        </w:rPr>
        <w:t xml:space="preserve">, w </w:t>
      </w:r>
      <w:proofErr w:type="spellStart"/>
      <w:r w:rsidRPr="00921950">
        <w:rPr>
          <w:rFonts w:ascii="Times New Roman" w:eastAsia="MS Mincho" w:hAnsi="Times New Roman" w:cs="Times New Roman"/>
        </w:rPr>
        <w:t>szczególności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potwierdzenia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kwalifikowalności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wydatków</w:t>
      </w:r>
      <w:proofErr w:type="spellEnd"/>
      <w:r w:rsidRPr="00921950">
        <w:rPr>
          <w:rFonts w:ascii="Times New Roman" w:eastAsia="MS Mincho" w:hAnsi="Times New Roman" w:cs="Times New Roman"/>
        </w:rPr>
        <w:t xml:space="preserve">, </w:t>
      </w:r>
      <w:proofErr w:type="spellStart"/>
      <w:r w:rsidRPr="00921950">
        <w:rPr>
          <w:rFonts w:ascii="Times New Roman" w:eastAsia="MS Mincho" w:hAnsi="Times New Roman" w:cs="Times New Roman"/>
        </w:rPr>
        <w:t>monitoringu</w:t>
      </w:r>
      <w:proofErr w:type="spellEnd"/>
      <w:r w:rsidRPr="00921950">
        <w:rPr>
          <w:rFonts w:ascii="Times New Roman" w:eastAsia="MS Mincho" w:hAnsi="Times New Roman" w:cs="Times New Roman"/>
        </w:rPr>
        <w:t>,</w:t>
      </w:r>
    </w:p>
    <w:p w:rsidR="001D0646" w:rsidRPr="00921950" w:rsidRDefault="001D0646" w:rsidP="001D0646">
      <w:pPr>
        <w:numPr>
          <w:ilvl w:val="0"/>
          <w:numId w:val="35"/>
        </w:numPr>
        <w:spacing w:after="160"/>
        <w:ind w:hanging="436"/>
        <w:contextualSpacing/>
        <w:jc w:val="both"/>
        <w:rPr>
          <w:rFonts w:ascii="Times New Roman" w:eastAsia="MS Mincho" w:hAnsi="Times New Roman" w:cs="Times New Roman"/>
        </w:rPr>
      </w:pPr>
      <w:proofErr w:type="spellStart"/>
      <w:r w:rsidRPr="00921950">
        <w:rPr>
          <w:rFonts w:ascii="Times New Roman" w:eastAsia="MS Mincho" w:hAnsi="Times New Roman" w:cs="Times New Roman"/>
        </w:rPr>
        <w:t>kontroli</w:t>
      </w:r>
      <w:proofErr w:type="spellEnd"/>
      <w:r w:rsidRPr="00921950">
        <w:rPr>
          <w:rFonts w:ascii="Times New Roman" w:eastAsia="MS Mincho" w:hAnsi="Times New Roman" w:cs="Times New Roman"/>
        </w:rPr>
        <w:t xml:space="preserve">, </w:t>
      </w:r>
      <w:proofErr w:type="spellStart"/>
      <w:r w:rsidRPr="00921950">
        <w:rPr>
          <w:rFonts w:ascii="Times New Roman" w:eastAsia="MS Mincho" w:hAnsi="Times New Roman" w:cs="Times New Roman"/>
        </w:rPr>
        <w:t>audytu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i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sprawozdawczości</w:t>
      </w:r>
      <w:proofErr w:type="spellEnd"/>
      <w:r w:rsidRPr="00921950">
        <w:rPr>
          <w:rFonts w:ascii="Times New Roman" w:eastAsia="MS Mincho" w:hAnsi="Times New Roman" w:cs="Times New Roman"/>
        </w:rPr>
        <w:t xml:space="preserve"> w </w:t>
      </w:r>
      <w:proofErr w:type="spellStart"/>
      <w:r w:rsidRPr="00921950">
        <w:rPr>
          <w:rFonts w:ascii="Times New Roman" w:eastAsia="MS Mincho" w:hAnsi="Times New Roman" w:cs="Times New Roman"/>
        </w:rPr>
        <w:t>ramach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programu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regionalnego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Fundusze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Europejskie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dla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Śląskiego</w:t>
      </w:r>
      <w:proofErr w:type="spellEnd"/>
      <w:r w:rsidRPr="00921950">
        <w:rPr>
          <w:rFonts w:ascii="Times New Roman" w:eastAsia="MS Mincho" w:hAnsi="Times New Roman" w:cs="Times New Roman"/>
        </w:rPr>
        <w:t xml:space="preserve"> 2021-2027, a </w:t>
      </w:r>
      <w:proofErr w:type="spellStart"/>
      <w:r w:rsidRPr="00921950">
        <w:rPr>
          <w:rFonts w:ascii="Times New Roman" w:eastAsia="MS Mincho" w:hAnsi="Times New Roman" w:cs="Times New Roman"/>
        </w:rPr>
        <w:t>także</w:t>
      </w:r>
      <w:proofErr w:type="spellEnd"/>
      <w:r w:rsidRPr="00921950">
        <w:rPr>
          <w:rFonts w:ascii="Times New Roman" w:eastAsia="MS Mincho" w:hAnsi="Times New Roman" w:cs="Times New Roman"/>
        </w:rPr>
        <w:t xml:space="preserve"> w </w:t>
      </w:r>
      <w:proofErr w:type="spellStart"/>
      <w:r w:rsidRPr="00921950">
        <w:rPr>
          <w:rFonts w:ascii="Times New Roman" w:eastAsia="MS Mincho" w:hAnsi="Times New Roman" w:cs="Times New Roman"/>
        </w:rPr>
        <w:t>celach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archiwizacyjnych</w:t>
      </w:r>
      <w:proofErr w:type="spellEnd"/>
      <w:r w:rsidRPr="00921950">
        <w:rPr>
          <w:rFonts w:ascii="Times New Roman" w:eastAsia="MS Mincho" w:hAnsi="Times New Roman" w:cs="Times New Roman"/>
        </w:rPr>
        <w:t>.</w:t>
      </w:r>
    </w:p>
    <w:p w:rsidR="001D0646" w:rsidRPr="00921950" w:rsidRDefault="001D0646" w:rsidP="001D0646">
      <w:pPr>
        <w:ind w:left="720" w:hanging="720"/>
        <w:contextualSpacing/>
        <w:jc w:val="both"/>
        <w:rPr>
          <w:rFonts w:ascii="Times New Roman" w:eastAsia="MS Mincho" w:hAnsi="Times New Roman" w:cs="Times New Roman"/>
        </w:rPr>
      </w:pPr>
    </w:p>
    <w:p w:rsidR="001D0646" w:rsidRPr="00921950" w:rsidRDefault="001D0646" w:rsidP="001D0646">
      <w:pPr>
        <w:numPr>
          <w:ilvl w:val="0"/>
          <w:numId w:val="34"/>
        </w:numPr>
        <w:spacing w:after="160"/>
        <w:ind w:left="284" w:hanging="284"/>
        <w:contextualSpacing/>
        <w:jc w:val="both"/>
        <w:rPr>
          <w:rFonts w:ascii="Times New Roman" w:eastAsia="MS Mincho" w:hAnsi="Times New Roman" w:cs="Times New Roman"/>
        </w:rPr>
      </w:pPr>
      <w:proofErr w:type="spellStart"/>
      <w:r w:rsidRPr="00921950">
        <w:rPr>
          <w:rFonts w:ascii="Times New Roman" w:eastAsia="MS Mincho" w:hAnsi="Times New Roman" w:cs="Times New Roman"/>
        </w:rPr>
        <w:t>Podstawą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przetwarzania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Pani</w:t>
      </w:r>
      <w:proofErr w:type="spellEnd"/>
      <w:r w:rsidRPr="00921950">
        <w:rPr>
          <w:rFonts w:ascii="Times New Roman" w:eastAsia="MS Mincho" w:hAnsi="Times New Roman" w:cs="Times New Roman"/>
        </w:rPr>
        <w:t xml:space="preserve">/Pana </w:t>
      </w:r>
      <w:proofErr w:type="spellStart"/>
      <w:r w:rsidRPr="00921950">
        <w:rPr>
          <w:rFonts w:ascii="Times New Roman" w:eastAsia="MS Mincho" w:hAnsi="Times New Roman" w:cs="Times New Roman"/>
        </w:rPr>
        <w:t>danych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osobowych</w:t>
      </w:r>
      <w:proofErr w:type="spellEnd"/>
      <w:r w:rsidRPr="00921950">
        <w:rPr>
          <w:rFonts w:ascii="Times New Roman" w:eastAsia="MS Mincho" w:hAnsi="Times New Roman" w:cs="Times New Roman"/>
        </w:rPr>
        <w:t xml:space="preserve"> jest:</w:t>
      </w:r>
    </w:p>
    <w:p w:rsidR="001D0646" w:rsidRPr="00921950" w:rsidRDefault="001D0646" w:rsidP="001D0646">
      <w:pPr>
        <w:ind w:firstLine="284"/>
        <w:jc w:val="both"/>
        <w:rPr>
          <w:rFonts w:ascii="Times New Roman" w:eastAsia="MS Mincho" w:hAnsi="Times New Roman" w:cs="Times New Roman"/>
        </w:rPr>
      </w:pPr>
      <w:r w:rsidRPr="00921950">
        <w:rPr>
          <w:rFonts w:ascii="Times New Roman" w:eastAsia="MS Mincho" w:hAnsi="Times New Roman" w:cs="Times New Roman"/>
        </w:rPr>
        <w:t xml:space="preserve">- art. 6 </w:t>
      </w:r>
      <w:proofErr w:type="spellStart"/>
      <w:r w:rsidRPr="00921950">
        <w:rPr>
          <w:rFonts w:ascii="Times New Roman" w:eastAsia="MS Mincho" w:hAnsi="Times New Roman" w:cs="Times New Roman"/>
        </w:rPr>
        <w:t>ust</w:t>
      </w:r>
      <w:proofErr w:type="spellEnd"/>
      <w:r w:rsidRPr="00921950">
        <w:rPr>
          <w:rFonts w:ascii="Times New Roman" w:eastAsia="MS Mincho" w:hAnsi="Times New Roman" w:cs="Times New Roman"/>
        </w:rPr>
        <w:t xml:space="preserve">. 1 lit. c </w:t>
      </w:r>
      <w:proofErr w:type="spellStart"/>
      <w:r w:rsidRPr="00921950">
        <w:rPr>
          <w:rFonts w:ascii="Times New Roman" w:eastAsia="MS Mincho" w:hAnsi="Times New Roman" w:cs="Times New Roman"/>
        </w:rPr>
        <w:t>i</w:t>
      </w:r>
      <w:proofErr w:type="spellEnd"/>
      <w:r w:rsidRPr="00921950">
        <w:rPr>
          <w:rFonts w:ascii="Times New Roman" w:eastAsia="MS Mincho" w:hAnsi="Times New Roman" w:cs="Times New Roman"/>
        </w:rPr>
        <w:t xml:space="preserve"> e RODO w </w:t>
      </w:r>
      <w:proofErr w:type="spellStart"/>
      <w:r w:rsidRPr="00921950">
        <w:rPr>
          <w:rFonts w:ascii="Times New Roman" w:eastAsia="MS Mincho" w:hAnsi="Times New Roman" w:cs="Times New Roman"/>
        </w:rPr>
        <w:t>związku</w:t>
      </w:r>
      <w:proofErr w:type="spellEnd"/>
      <w:r w:rsidRPr="00921950">
        <w:rPr>
          <w:rFonts w:ascii="Times New Roman" w:eastAsia="MS Mincho" w:hAnsi="Times New Roman" w:cs="Times New Roman"/>
        </w:rPr>
        <w:t xml:space="preserve"> z:</w:t>
      </w:r>
    </w:p>
    <w:p w:rsidR="001D0646" w:rsidRPr="00921950" w:rsidRDefault="001D0646" w:rsidP="001D0646">
      <w:pPr>
        <w:numPr>
          <w:ilvl w:val="0"/>
          <w:numId w:val="36"/>
        </w:numPr>
        <w:spacing w:after="160"/>
        <w:contextualSpacing/>
        <w:jc w:val="both"/>
        <w:rPr>
          <w:rFonts w:ascii="Times New Roman" w:eastAsia="MS Mincho" w:hAnsi="Times New Roman" w:cs="Times New Roman"/>
        </w:rPr>
      </w:pPr>
      <w:proofErr w:type="spellStart"/>
      <w:r w:rsidRPr="00921950">
        <w:rPr>
          <w:rFonts w:ascii="Times New Roman" w:eastAsia="MS Mincho" w:hAnsi="Times New Roman" w:cs="Times New Roman"/>
        </w:rPr>
        <w:t>Rozporządzeniem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Parlamentu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Europejskiego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i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Rady</w:t>
      </w:r>
      <w:proofErr w:type="spellEnd"/>
      <w:r w:rsidRPr="00921950">
        <w:rPr>
          <w:rFonts w:ascii="Times New Roman" w:eastAsia="MS Mincho" w:hAnsi="Times New Roman" w:cs="Times New Roman"/>
        </w:rPr>
        <w:t xml:space="preserve"> (UE) 2021/1060 z </w:t>
      </w:r>
      <w:proofErr w:type="spellStart"/>
      <w:r w:rsidRPr="00921950">
        <w:rPr>
          <w:rFonts w:ascii="Times New Roman" w:eastAsia="MS Mincho" w:hAnsi="Times New Roman" w:cs="Times New Roman"/>
        </w:rPr>
        <w:t>dnia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24 </w:t>
      </w:r>
      <w:proofErr w:type="spellStart"/>
      <w:r w:rsidRPr="00921950">
        <w:rPr>
          <w:rFonts w:ascii="Times New Roman" w:eastAsia="MS Mincho" w:hAnsi="Times New Roman" w:cs="Times New Roman"/>
        </w:rPr>
        <w:t>czerwca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2021 r. </w:t>
      </w:r>
      <w:proofErr w:type="spellStart"/>
      <w:r w:rsidRPr="00921950">
        <w:rPr>
          <w:rFonts w:ascii="Times New Roman" w:eastAsia="MS Mincho" w:hAnsi="Times New Roman" w:cs="Times New Roman"/>
        </w:rPr>
        <w:t>ustanawiającym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wspólne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przepisy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dotyczące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Europejskiego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Funduszu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Rozwoju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Regionalnego</w:t>
      </w:r>
      <w:proofErr w:type="spellEnd"/>
      <w:r w:rsidRPr="00921950">
        <w:rPr>
          <w:rFonts w:ascii="Times New Roman" w:eastAsia="MS Mincho" w:hAnsi="Times New Roman" w:cs="Times New Roman"/>
        </w:rPr>
        <w:t xml:space="preserve">, </w:t>
      </w:r>
      <w:proofErr w:type="spellStart"/>
      <w:r w:rsidRPr="00921950">
        <w:rPr>
          <w:rFonts w:ascii="Times New Roman" w:eastAsia="MS Mincho" w:hAnsi="Times New Roman" w:cs="Times New Roman"/>
        </w:rPr>
        <w:t>Europejskiego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Funduszu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Społecznego</w:t>
      </w:r>
      <w:proofErr w:type="spellEnd"/>
      <w:r w:rsidRPr="00921950">
        <w:rPr>
          <w:rFonts w:ascii="Times New Roman" w:eastAsia="MS Mincho" w:hAnsi="Times New Roman" w:cs="Times New Roman"/>
        </w:rPr>
        <w:t xml:space="preserve"> Plus, </w:t>
      </w:r>
      <w:proofErr w:type="spellStart"/>
      <w:r w:rsidRPr="00921950">
        <w:rPr>
          <w:rFonts w:ascii="Times New Roman" w:eastAsia="MS Mincho" w:hAnsi="Times New Roman" w:cs="Times New Roman"/>
        </w:rPr>
        <w:t>Funduszu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Spójności</w:t>
      </w:r>
      <w:proofErr w:type="spellEnd"/>
      <w:r w:rsidRPr="00921950">
        <w:rPr>
          <w:rFonts w:ascii="Times New Roman" w:eastAsia="MS Mincho" w:hAnsi="Times New Roman" w:cs="Times New Roman"/>
        </w:rPr>
        <w:t xml:space="preserve">, </w:t>
      </w:r>
      <w:proofErr w:type="spellStart"/>
      <w:r w:rsidRPr="00921950">
        <w:rPr>
          <w:rFonts w:ascii="Times New Roman" w:eastAsia="MS Mincho" w:hAnsi="Times New Roman" w:cs="Times New Roman"/>
        </w:rPr>
        <w:t>Funduszu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na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rzecz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Sprawiedliwej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Transformacji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i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Europejskiego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Funduszu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Morskiego</w:t>
      </w:r>
      <w:proofErr w:type="spellEnd"/>
      <w:r w:rsidRPr="00921950">
        <w:rPr>
          <w:rFonts w:ascii="Times New Roman" w:eastAsia="MS Mincho" w:hAnsi="Times New Roman" w:cs="Times New Roman"/>
        </w:rPr>
        <w:t xml:space="preserve">, </w:t>
      </w:r>
      <w:proofErr w:type="spellStart"/>
      <w:r w:rsidRPr="00921950">
        <w:rPr>
          <w:rFonts w:ascii="Times New Roman" w:eastAsia="MS Mincho" w:hAnsi="Times New Roman" w:cs="Times New Roman"/>
        </w:rPr>
        <w:t>Rybackiego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i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Akwakultury</w:t>
      </w:r>
      <w:proofErr w:type="spellEnd"/>
      <w:r w:rsidRPr="00921950">
        <w:rPr>
          <w:rFonts w:ascii="Times New Roman" w:eastAsia="MS Mincho" w:hAnsi="Times New Roman" w:cs="Times New Roman"/>
        </w:rPr>
        <w:t xml:space="preserve">, a </w:t>
      </w:r>
      <w:proofErr w:type="spellStart"/>
      <w:r w:rsidRPr="00921950">
        <w:rPr>
          <w:rFonts w:ascii="Times New Roman" w:eastAsia="MS Mincho" w:hAnsi="Times New Roman" w:cs="Times New Roman"/>
        </w:rPr>
        <w:t>także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przepisy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finansowe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na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potrzeby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tych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funduszy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oraz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na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potrzeby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Funduszu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Azylu</w:t>
      </w:r>
      <w:proofErr w:type="spellEnd"/>
      <w:r w:rsidRPr="00921950">
        <w:rPr>
          <w:rFonts w:ascii="Times New Roman" w:eastAsia="MS Mincho" w:hAnsi="Times New Roman" w:cs="Times New Roman"/>
        </w:rPr>
        <w:t xml:space="preserve">, </w:t>
      </w:r>
      <w:proofErr w:type="spellStart"/>
      <w:r w:rsidRPr="00921950">
        <w:rPr>
          <w:rFonts w:ascii="Times New Roman" w:eastAsia="MS Mincho" w:hAnsi="Times New Roman" w:cs="Times New Roman"/>
        </w:rPr>
        <w:t>Migracji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i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Integracji</w:t>
      </w:r>
      <w:proofErr w:type="spellEnd"/>
      <w:r w:rsidRPr="00921950">
        <w:rPr>
          <w:rFonts w:ascii="Times New Roman" w:eastAsia="MS Mincho" w:hAnsi="Times New Roman" w:cs="Times New Roman"/>
        </w:rPr>
        <w:t xml:space="preserve">, </w:t>
      </w:r>
      <w:proofErr w:type="spellStart"/>
      <w:r w:rsidRPr="00921950">
        <w:rPr>
          <w:rFonts w:ascii="Times New Roman" w:eastAsia="MS Mincho" w:hAnsi="Times New Roman" w:cs="Times New Roman"/>
        </w:rPr>
        <w:t>Funduszu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Bezpieczeństwa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Wewnętrznego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i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Instrumentu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Wsparcia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Finansowego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na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rzecz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Zarządzania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Granicami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r w:rsidRPr="00921950">
        <w:rPr>
          <w:rFonts w:ascii="Times New Roman" w:eastAsia="MS Mincho" w:hAnsi="Times New Roman" w:cs="Times New Roman"/>
        </w:rPr>
        <w:br/>
      </w:r>
      <w:proofErr w:type="spellStart"/>
      <w:r w:rsidRPr="00921950">
        <w:rPr>
          <w:rFonts w:ascii="Times New Roman" w:eastAsia="MS Mincho" w:hAnsi="Times New Roman" w:cs="Times New Roman"/>
        </w:rPr>
        <w:t>i</w:t>
      </w:r>
      <w:proofErr w:type="spellEnd"/>
      <w:r w:rsidRPr="00921950">
        <w:rPr>
          <w:rFonts w:ascii="Times New Roman" w:eastAsia="MS Mincho" w:hAnsi="Times New Roman" w:cs="Times New Roman"/>
        </w:rPr>
        <w:t xml:space="preserve">   </w:t>
      </w:r>
      <w:proofErr w:type="spellStart"/>
      <w:r w:rsidRPr="00921950">
        <w:rPr>
          <w:rFonts w:ascii="Times New Roman" w:eastAsia="MS Mincho" w:hAnsi="Times New Roman" w:cs="Times New Roman"/>
        </w:rPr>
        <w:t>Polityki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Wizowej</w:t>
      </w:r>
      <w:proofErr w:type="spellEnd"/>
      <w:r w:rsidRPr="00921950">
        <w:rPr>
          <w:rFonts w:ascii="Times New Roman" w:eastAsia="MS Mincho" w:hAnsi="Times New Roman" w:cs="Times New Roman"/>
        </w:rPr>
        <w:t>;</w:t>
      </w:r>
    </w:p>
    <w:p w:rsidR="001D0646" w:rsidRPr="00921950" w:rsidRDefault="001D0646" w:rsidP="001D0646">
      <w:pPr>
        <w:numPr>
          <w:ilvl w:val="0"/>
          <w:numId w:val="36"/>
        </w:numPr>
        <w:spacing w:after="160"/>
        <w:contextualSpacing/>
        <w:jc w:val="both"/>
        <w:rPr>
          <w:rFonts w:ascii="Times New Roman" w:eastAsia="MS Mincho" w:hAnsi="Times New Roman" w:cs="Times New Roman"/>
        </w:rPr>
      </w:pPr>
      <w:proofErr w:type="spellStart"/>
      <w:r w:rsidRPr="00921950">
        <w:rPr>
          <w:rFonts w:ascii="Times New Roman" w:eastAsia="MS Mincho" w:hAnsi="Times New Roman" w:cs="Times New Roman"/>
        </w:rPr>
        <w:t>Rozporządzeniem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Parlamentu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Europejskiego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i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Rady</w:t>
      </w:r>
      <w:proofErr w:type="spellEnd"/>
      <w:r w:rsidRPr="00921950">
        <w:rPr>
          <w:rFonts w:ascii="Times New Roman" w:eastAsia="MS Mincho" w:hAnsi="Times New Roman" w:cs="Times New Roman"/>
        </w:rPr>
        <w:t xml:space="preserve"> (UE) 2021/1057 z </w:t>
      </w:r>
      <w:proofErr w:type="spellStart"/>
      <w:r w:rsidRPr="00921950">
        <w:rPr>
          <w:rFonts w:ascii="Times New Roman" w:eastAsia="MS Mincho" w:hAnsi="Times New Roman" w:cs="Times New Roman"/>
        </w:rPr>
        <w:t>dnia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24 </w:t>
      </w:r>
      <w:proofErr w:type="spellStart"/>
      <w:r w:rsidRPr="00921950">
        <w:rPr>
          <w:rFonts w:ascii="Times New Roman" w:eastAsia="MS Mincho" w:hAnsi="Times New Roman" w:cs="Times New Roman"/>
        </w:rPr>
        <w:t>czerwca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2021 r. </w:t>
      </w:r>
      <w:proofErr w:type="spellStart"/>
      <w:r w:rsidRPr="00921950">
        <w:rPr>
          <w:rFonts w:ascii="Times New Roman" w:eastAsia="MS Mincho" w:hAnsi="Times New Roman" w:cs="Times New Roman"/>
        </w:rPr>
        <w:t>ustanawiającym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Europejski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Fundusz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Społeczny</w:t>
      </w:r>
      <w:proofErr w:type="spellEnd"/>
      <w:r w:rsidRPr="00921950">
        <w:rPr>
          <w:rFonts w:ascii="Times New Roman" w:eastAsia="MS Mincho" w:hAnsi="Times New Roman" w:cs="Times New Roman"/>
        </w:rPr>
        <w:t xml:space="preserve"> Plus (EFS+) </w:t>
      </w:r>
      <w:proofErr w:type="spellStart"/>
      <w:r w:rsidRPr="00921950">
        <w:rPr>
          <w:rFonts w:ascii="Times New Roman" w:eastAsia="MS Mincho" w:hAnsi="Times New Roman" w:cs="Times New Roman"/>
        </w:rPr>
        <w:t>oraz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uchylające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rozporządzenie</w:t>
      </w:r>
      <w:proofErr w:type="spellEnd"/>
      <w:r w:rsidRPr="00921950">
        <w:rPr>
          <w:rFonts w:ascii="Times New Roman" w:eastAsia="MS Mincho" w:hAnsi="Times New Roman" w:cs="Times New Roman"/>
        </w:rPr>
        <w:t xml:space="preserve"> (UE) </w:t>
      </w:r>
      <w:proofErr w:type="spellStart"/>
      <w:r w:rsidRPr="00921950">
        <w:rPr>
          <w:rFonts w:ascii="Times New Roman" w:eastAsia="MS Mincho" w:hAnsi="Times New Roman" w:cs="Times New Roman"/>
        </w:rPr>
        <w:t>nr</w:t>
      </w:r>
      <w:proofErr w:type="spellEnd"/>
      <w:r w:rsidRPr="00921950">
        <w:rPr>
          <w:rFonts w:ascii="Times New Roman" w:eastAsia="MS Mincho" w:hAnsi="Times New Roman" w:cs="Times New Roman"/>
        </w:rPr>
        <w:t xml:space="preserve"> 1296/2013;</w:t>
      </w:r>
    </w:p>
    <w:p w:rsidR="001D0646" w:rsidRPr="00921950" w:rsidRDefault="001D0646" w:rsidP="001D0646">
      <w:pPr>
        <w:numPr>
          <w:ilvl w:val="0"/>
          <w:numId w:val="36"/>
        </w:numPr>
        <w:spacing w:after="160"/>
        <w:contextualSpacing/>
        <w:jc w:val="both"/>
        <w:rPr>
          <w:rFonts w:ascii="Times New Roman" w:eastAsia="MS Mincho" w:hAnsi="Times New Roman" w:cs="Times New Roman"/>
        </w:rPr>
      </w:pPr>
      <w:proofErr w:type="spellStart"/>
      <w:r w:rsidRPr="00921950">
        <w:rPr>
          <w:rFonts w:ascii="Times New Roman" w:eastAsia="MS Mincho" w:hAnsi="Times New Roman" w:cs="Times New Roman"/>
        </w:rPr>
        <w:t>ustawą</w:t>
      </w:r>
      <w:proofErr w:type="spellEnd"/>
      <w:r w:rsidRPr="00921950">
        <w:rPr>
          <w:rFonts w:ascii="Times New Roman" w:eastAsia="MS Mincho" w:hAnsi="Times New Roman" w:cs="Times New Roman"/>
        </w:rPr>
        <w:t xml:space="preserve"> z </w:t>
      </w:r>
      <w:proofErr w:type="spellStart"/>
      <w:r w:rsidRPr="00921950">
        <w:rPr>
          <w:rFonts w:ascii="Times New Roman" w:eastAsia="MS Mincho" w:hAnsi="Times New Roman" w:cs="Times New Roman"/>
        </w:rPr>
        <w:t>dnia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11 </w:t>
      </w:r>
      <w:proofErr w:type="spellStart"/>
      <w:r w:rsidRPr="00921950">
        <w:rPr>
          <w:rFonts w:ascii="Times New Roman" w:eastAsia="MS Mincho" w:hAnsi="Times New Roman" w:cs="Times New Roman"/>
        </w:rPr>
        <w:t>września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2019 r. </w:t>
      </w:r>
      <w:proofErr w:type="spellStart"/>
      <w:r w:rsidRPr="00921950">
        <w:rPr>
          <w:rFonts w:ascii="Times New Roman" w:eastAsia="MS Mincho" w:hAnsi="Times New Roman" w:cs="Times New Roman"/>
        </w:rPr>
        <w:t>Prawo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zamówień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publicznych</w:t>
      </w:r>
      <w:proofErr w:type="spellEnd"/>
      <w:r w:rsidRPr="00921950">
        <w:rPr>
          <w:rFonts w:ascii="Times New Roman" w:eastAsia="MS Mincho" w:hAnsi="Times New Roman" w:cs="Times New Roman"/>
        </w:rPr>
        <w:t>;</w:t>
      </w:r>
    </w:p>
    <w:p w:rsidR="001D0646" w:rsidRPr="00921950" w:rsidRDefault="001D0646" w:rsidP="001D0646">
      <w:pPr>
        <w:numPr>
          <w:ilvl w:val="0"/>
          <w:numId w:val="36"/>
        </w:numPr>
        <w:spacing w:after="160"/>
        <w:contextualSpacing/>
        <w:jc w:val="both"/>
        <w:rPr>
          <w:rFonts w:ascii="Times New Roman" w:eastAsia="MS Mincho" w:hAnsi="Times New Roman" w:cs="Times New Roman"/>
        </w:rPr>
      </w:pPr>
      <w:proofErr w:type="spellStart"/>
      <w:r w:rsidRPr="00921950">
        <w:rPr>
          <w:rFonts w:ascii="Times New Roman" w:eastAsia="MS Mincho" w:hAnsi="Times New Roman" w:cs="Times New Roman"/>
        </w:rPr>
        <w:t>ustawą</w:t>
      </w:r>
      <w:proofErr w:type="spellEnd"/>
      <w:r w:rsidRPr="00921950">
        <w:rPr>
          <w:rFonts w:ascii="Times New Roman" w:eastAsia="MS Mincho" w:hAnsi="Times New Roman" w:cs="Times New Roman"/>
        </w:rPr>
        <w:t xml:space="preserve"> z </w:t>
      </w:r>
      <w:proofErr w:type="spellStart"/>
      <w:r w:rsidRPr="00921950">
        <w:rPr>
          <w:rFonts w:ascii="Times New Roman" w:eastAsia="MS Mincho" w:hAnsi="Times New Roman" w:cs="Times New Roman"/>
        </w:rPr>
        <w:t>dnia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28 </w:t>
      </w:r>
      <w:proofErr w:type="spellStart"/>
      <w:r w:rsidRPr="00921950">
        <w:rPr>
          <w:rFonts w:ascii="Times New Roman" w:eastAsia="MS Mincho" w:hAnsi="Times New Roman" w:cs="Times New Roman"/>
        </w:rPr>
        <w:t>kwietnia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2022 r. o </w:t>
      </w:r>
      <w:proofErr w:type="spellStart"/>
      <w:r w:rsidRPr="00921950">
        <w:rPr>
          <w:rFonts w:ascii="Times New Roman" w:eastAsia="MS Mincho" w:hAnsi="Times New Roman" w:cs="Times New Roman"/>
        </w:rPr>
        <w:t>zasadach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realizacji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zadań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finansowanych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ze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środków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europejskich</w:t>
      </w:r>
      <w:proofErr w:type="spellEnd"/>
      <w:r w:rsidRPr="00921950">
        <w:rPr>
          <w:rFonts w:ascii="Times New Roman" w:eastAsia="MS Mincho" w:hAnsi="Times New Roman" w:cs="Times New Roman"/>
        </w:rPr>
        <w:t xml:space="preserve"> w </w:t>
      </w:r>
      <w:proofErr w:type="spellStart"/>
      <w:r w:rsidRPr="00921950">
        <w:rPr>
          <w:rFonts w:ascii="Times New Roman" w:eastAsia="MS Mincho" w:hAnsi="Times New Roman" w:cs="Times New Roman"/>
        </w:rPr>
        <w:t>perspektywie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finansowej</w:t>
      </w:r>
      <w:proofErr w:type="spellEnd"/>
      <w:r w:rsidRPr="00921950">
        <w:rPr>
          <w:rFonts w:ascii="Times New Roman" w:eastAsia="MS Mincho" w:hAnsi="Times New Roman" w:cs="Times New Roman"/>
        </w:rPr>
        <w:t xml:space="preserve"> 2021-2027;</w:t>
      </w:r>
    </w:p>
    <w:p w:rsidR="001D0646" w:rsidRPr="00921950" w:rsidRDefault="001D0646" w:rsidP="001D0646">
      <w:pPr>
        <w:numPr>
          <w:ilvl w:val="0"/>
          <w:numId w:val="36"/>
        </w:numPr>
        <w:spacing w:after="160"/>
        <w:contextualSpacing/>
        <w:jc w:val="both"/>
        <w:rPr>
          <w:rFonts w:ascii="Times New Roman" w:eastAsia="MS Mincho" w:hAnsi="Times New Roman" w:cs="Times New Roman"/>
        </w:rPr>
      </w:pPr>
      <w:proofErr w:type="spellStart"/>
      <w:r w:rsidRPr="00921950">
        <w:rPr>
          <w:rFonts w:ascii="Times New Roman" w:eastAsia="MS Mincho" w:hAnsi="Times New Roman" w:cs="Times New Roman"/>
        </w:rPr>
        <w:t>ustawą</w:t>
      </w:r>
      <w:proofErr w:type="spellEnd"/>
      <w:r w:rsidRPr="00921950">
        <w:rPr>
          <w:rFonts w:ascii="Times New Roman" w:eastAsia="MS Mincho" w:hAnsi="Times New Roman" w:cs="Times New Roman"/>
        </w:rPr>
        <w:t xml:space="preserve"> z </w:t>
      </w:r>
      <w:proofErr w:type="spellStart"/>
      <w:r w:rsidRPr="00921950">
        <w:rPr>
          <w:rFonts w:ascii="Times New Roman" w:eastAsia="MS Mincho" w:hAnsi="Times New Roman" w:cs="Times New Roman"/>
        </w:rPr>
        <w:t>dnia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14 </w:t>
      </w:r>
      <w:proofErr w:type="spellStart"/>
      <w:r w:rsidRPr="00921950">
        <w:rPr>
          <w:rFonts w:ascii="Times New Roman" w:eastAsia="MS Mincho" w:hAnsi="Times New Roman" w:cs="Times New Roman"/>
        </w:rPr>
        <w:t>lipca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1983 r. o </w:t>
      </w:r>
      <w:proofErr w:type="spellStart"/>
      <w:r w:rsidRPr="00921950">
        <w:rPr>
          <w:rFonts w:ascii="Times New Roman" w:eastAsia="MS Mincho" w:hAnsi="Times New Roman" w:cs="Times New Roman"/>
        </w:rPr>
        <w:t>narodowym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zasobie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archiwalnym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i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archiwach</w:t>
      </w:r>
      <w:proofErr w:type="spellEnd"/>
      <w:r w:rsidRPr="00921950">
        <w:rPr>
          <w:rFonts w:ascii="Times New Roman" w:eastAsia="MS Mincho" w:hAnsi="Times New Roman" w:cs="Times New Roman"/>
        </w:rPr>
        <w:t>.</w:t>
      </w:r>
    </w:p>
    <w:p w:rsidR="001D0646" w:rsidRPr="00921950" w:rsidRDefault="001D0646" w:rsidP="001D0646">
      <w:pPr>
        <w:ind w:left="360"/>
        <w:jc w:val="both"/>
        <w:rPr>
          <w:rFonts w:ascii="Times New Roman" w:eastAsia="MS Mincho" w:hAnsi="Times New Roman" w:cs="Times New Roman"/>
        </w:rPr>
      </w:pPr>
    </w:p>
    <w:p w:rsidR="001D0646" w:rsidRPr="00921950" w:rsidRDefault="001D0646" w:rsidP="001D0646">
      <w:pPr>
        <w:numPr>
          <w:ilvl w:val="0"/>
          <w:numId w:val="34"/>
        </w:numPr>
        <w:spacing w:after="160"/>
        <w:ind w:left="284" w:hanging="284"/>
        <w:contextualSpacing/>
        <w:jc w:val="both"/>
        <w:rPr>
          <w:rFonts w:ascii="Times New Roman" w:eastAsia="MS Mincho" w:hAnsi="Times New Roman" w:cs="Times New Roman"/>
        </w:rPr>
      </w:pPr>
      <w:proofErr w:type="spellStart"/>
      <w:r w:rsidRPr="00921950">
        <w:rPr>
          <w:rFonts w:ascii="Times New Roman" w:eastAsia="MS Mincho" w:hAnsi="Times New Roman" w:cs="Times New Roman"/>
        </w:rPr>
        <w:t>Przetwarzane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dane</w:t>
      </w:r>
      <w:proofErr w:type="spellEnd"/>
      <w:r w:rsidRPr="00921950">
        <w:rPr>
          <w:rFonts w:ascii="Times New Roman" w:eastAsia="MS Mincho" w:hAnsi="Times New Roman" w:cs="Times New Roman"/>
        </w:rPr>
        <w:t xml:space="preserve"> to:</w:t>
      </w:r>
    </w:p>
    <w:p w:rsidR="001D0646" w:rsidRPr="00921950" w:rsidRDefault="001D0646" w:rsidP="001D0646">
      <w:pPr>
        <w:jc w:val="both"/>
        <w:rPr>
          <w:rFonts w:ascii="Times New Roman" w:eastAsia="MS Mincho" w:hAnsi="Times New Roman" w:cs="Times New Roman"/>
        </w:rPr>
      </w:pPr>
      <w:proofErr w:type="spellStart"/>
      <w:r w:rsidRPr="00921950">
        <w:rPr>
          <w:rFonts w:ascii="Times New Roman" w:eastAsia="MS Mincho" w:hAnsi="Times New Roman" w:cs="Times New Roman"/>
        </w:rPr>
        <w:t>Imię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i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nazwisko</w:t>
      </w:r>
      <w:proofErr w:type="spellEnd"/>
      <w:r w:rsidRPr="00921950">
        <w:rPr>
          <w:rFonts w:ascii="Times New Roman" w:eastAsia="MS Mincho" w:hAnsi="Times New Roman" w:cs="Times New Roman"/>
        </w:rPr>
        <w:t>/</w:t>
      </w:r>
      <w:proofErr w:type="spellStart"/>
      <w:r w:rsidRPr="00921950">
        <w:rPr>
          <w:rFonts w:ascii="Times New Roman" w:eastAsia="MS Mincho" w:hAnsi="Times New Roman" w:cs="Times New Roman"/>
        </w:rPr>
        <w:t>nazwa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instytucji</w:t>
      </w:r>
      <w:proofErr w:type="spellEnd"/>
      <w:r w:rsidRPr="00921950">
        <w:rPr>
          <w:rFonts w:ascii="Times New Roman" w:eastAsia="MS Mincho" w:hAnsi="Times New Roman" w:cs="Times New Roman"/>
        </w:rPr>
        <w:t xml:space="preserve">, NIP, REGON, data </w:t>
      </w:r>
      <w:proofErr w:type="spellStart"/>
      <w:r w:rsidRPr="00921950">
        <w:rPr>
          <w:rFonts w:ascii="Times New Roman" w:eastAsia="MS Mincho" w:hAnsi="Times New Roman" w:cs="Times New Roman"/>
        </w:rPr>
        <w:t>zawarcia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umowy</w:t>
      </w:r>
      <w:proofErr w:type="spellEnd"/>
      <w:r w:rsidRPr="00921950">
        <w:rPr>
          <w:rFonts w:ascii="Times New Roman" w:eastAsia="MS Mincho" w:hAnsi="Times New Roman" w:cs="Times New Roman"/>
        </w:rPr>
        <w:t xml:space="preserve">, </w:t>
      </w:r>
      <w:proofErr w:type="spellStart"/>
      <w:r w:rsidRPr="00921950">
        <w:rPr>
          <w:rFonts w:ascii="Times New Roman" w:eastAsia="MS Mincho" w:hAnsi="Times New Roman" w:cs="Times New Roman"/>
        </w:rPr>
        <w:t>kwota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na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którą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zawarto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umowę</w:t>
      </w:r>
      <w:proofErr w:type="spellEnd"/>
      <w:r w:rsidRPr="00921950">
        <w:rPr>
          <w:rFonts w:ascii="Times New Roman" w:eastAsia="MS Mincho" w:hAnsi="Times New Roman" w:cs="Times New Roman"/>
        </w:rPr>
        <w:t>.</w:t>
      </w:r>
    </w:p>
    <w:p w:rsidR="001D0646" w:rsidRPr="00921950" w:rsidRDefault="001D0646" w:rsidP="001D0646">
      <w:pPr>
        <w:numPr>
          <w:ilvl w:val="0"/>
          <w:numId w:val="34"/>
        </w:numPr>
        <w:spacing w:after="160"/>
        <w:ind w:left="284" w:hanging="284"/>
        <w:contextualSpacing/>
        <w:jc w:val="both"/>
        <w:rPr>
          <w:rFonts w:ascii="Times New Roman" w:eastAsia="MS Mincho" w:hAnsi="Times New Roman" w:cs="Times New Roman"/>
        </w:rPr>
      </w:pPr>
      <w:proofErr w:type="spellStart"/>
      <w:r w:rsidRPr="00921950">
        <w:rPr>
          <w:rFonts w:ascii="Times New Roman" w:eastAsia="MS Mincho" w:hAnsi="Times New Roman" w:cs="Times New Roman"/>
        </w:rPr>
        <w:t>Źródłem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Pani</w:t>
      </w:r>
      <w:proofErr w:type="spellEnd"/>
      <w:r w:rsidRPr="00921950">
        <w:rPr>
          <w:rFonts w:ascii="Times New Roman" w:eastAsia="MS Mincho" w:hAnsi="Times New Roman" w:cs="Times New Roman"/>
        </w:rPr>
        <w:t xml:space="preserve">/Pana </w:t>
      </w:r>
      <w:proofErr w:type="spellStart"/>
      <w:r w:rsidRPr="00921950">
        <w:rPr>
          <w:rFonts w:ascii="Times New Roman" w:eastAsia="MS Mincho" w:hAnsi="Times New Roman" w:cs="Times New Roman"/>
        </w:rPr>
        <w:t>danych</w:t>
      </w:r>
      <w:proofErr w:type="spellEnd"/>
      <w:r w:rsidRPr="00921950">
        <w:rPr>
          <w:rFonts w:ascii="Times New Roman" w:eastAsia="MS Mincho" w:hAnsi="Times New Roman" w:cs="Times New Roman"/>
        </w:rPr>
        <w:t xml:space="preserve"> jest: </w:t>
      </w:r>
      <w:proofErr w:type="spellStart"/>
      <w:r w:rsidRPr="00921950">
        <w:rPr>
          <w:rFonts w:ascii="Times New Roman" w:eastAsia="MS Mincho" w:hAnsi="Times New Roman" w:cs="Times New Roman"/>
        </w:rPr>
        <w:t>Wnioskodawca</w:t>
      </w:r>
      <w:proofErr w:type="spellEnd"/>
      <w:r w:rsidRPr="00921950">
        <w:rPr>
          <w:rFonts w:ascii="Times New Roman" w:eastAsia="MS Mincho" w:hAnsi="Times New Roman" w:cs="Times New Roman"/>
        </w:rPr>
        <w:t>.</w:t>
      </w:r>
    </w:p>
    <w:p w:rsidR="001D0646" w:rsidRPr="00921950" w:rsidRDefault="001D0646" w:rsidP="001D0646">
      <w:pPr>
        <w:numPr>
          <w:ilvl w:val="0"/>
          <w:numId w:val="34"/>
        </w:numPr>
        <w:spacing w:after="160"/>
        <w:ind w:left="284" w:hanging="284"/>
        <w:contextualSpacing/>
        <w:jc w:val="both"/>
        <w:rPr>
          <w:rFonts w:ascii="Times New Roman" w:eastAsia="MS Mincho" w:hAnsi="Times New Roman" w:cs="Times New Roman"/>
        </w:rPr>
      </w:pPr>
      <w:proofErr w:type="spellStart"/>
      <w:r w:rsidRPr="00921950">
        <w:rPr>
          <w:rFonts w:ascii="Times New Roman" w:eastAsia="MS Mincho" w:hAnsi="Times New Roman" w:cs="Times New Roman"/>
        </w:rPr>
        <w:t>Odbiorcami</w:t>
      </w:r>
      <w:proofErr w:type="spellEnd"/>
      <w:r w:rsidRPr="00921950">
        <w:rPr>
          <w:rFonts w:ascii="Times New Roman" w:eastAsia="MS Mincho" w:hAnsi="Times New Roman" w:cs="Times New Roman"/>
        </w:rPr>
        <w:t>/</w:t>
      </w:r>
      <w:proofErr w:type="spellStart"/>
      <w:r w:rsidRPr="00921950">
        <w:rPr>
          <w:rFonts w:ascii="Times New Roman" w:eastAsia="MS Mincho" w:hAnsi="Times New Roman" w:cs="Times New Roman"/>
        </w:rPr>
        <w:t>kategoriami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odbiorców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Pani</w:t>
      </w:r>
      <w:proofErr w:type="spellEnd"/>
      <w:r w:rsidRPr="00921950">
        <w:rPr>
          <w:rFonts w:ascii="Times New Roman" w:eastAsia="MS Mincho" w:hAnsi="Times New Roman" w:cs="Times New Roman"/>
        </w:rPr>
        <w:t xml:space="preserve">/Pana </w:t>
      </w:r>
      <w:proofErr w:type="spellStart"/>
      <w:r w:rsidRPr="00921950">
        <w:rPr>
          <w:rFonts w:ascii="Times New Roman" w:eastAsia="MS Mincho" w:hAnsi="Times New Roman" w:cs="Times New Roman"/>
        </w:rPr>
        <w:t>danych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osobowych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będą</w:t>
      </w:r>
      <w:proofErr w:type="spellEnd"/>
      <w:r w:rsidRPr="00921950">
        <w:rPr>
          <w:rFonts w:ascii="Times New Roman" w:eastAsia="MS Mincho" w:hAnsi="Times New Roman" w:cs="Times New Roman"/>
        </w:rPr>
        <w:t>:</w:t>
      </w:r>
    </w:p>
    <w:p w:rsidR="001D0646" w:rsidRPr="00921950" w:rsidRDefault="001D0646" w:rsidP="001D0646">
      <w:pPr>
        <w:numPr>
          <w:ilvl w:val="1"/>
          <w:numId w:val="34"/>
        </w:numPr>
        <w:spacing w:after="160"/>
        <w:ind w:left="567" w:hanging="283"/>
        <w:contextualSpacing/>
        <w:jc w:val="both"/>
        <w:rPr>
          <w:rFonts w:ascii="Times New Roman" w:eastAsia="MS Mincho" w:hAnsi="Times New Roman" w:cs="Times New Roman"/>
        </w:rPr>
      </w:pPr>
      <w:proofErr w:type="spellStart"/>
      <w:r w:rsidRPr="00921950">
        <w:rPr>
          <w:rFonts w:ascii="Times New Roman" w:eastAsia="MS Mincho" w:hAnsi="Times New Roman" w:cs="Times New Roman"/>
        </w:rPr>
        <w:t>podmioty</w:t>
      </w:r>
      <w:proofErr w:type="spellEnd"/>
      <w:r w:rsidRPr="00921950">
        <w:rPr>
          <w:rFonts w:ascii="Times New Roman" w:eastAsia="MS Mincho" w:hAnsi="Times New Roman" w:cs="Times New Roman"/>
        </w:rPr>
        <w:t xml:space="preserve">, </w:t>
      </w:r>
      <w:proofErr w:type="spellStart"/>
      <w:r w:rsidRPr="00921950">
        <w:rPr>
          <w:rFonts w:ascii="Times New Roman" w:eastAsia="MS Mincho" w:hAnsi="Times New Roman" w:cs="Times New Roman"/>
        </w:rPr>
        <w:t>które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na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zlecenie</w:t>
      </w:r>
      <w:proofErr w:type="spellEnd"/>
      <w:r w:rsidRPr="00921950">
        <w:rPr>
          <w:rFonts w:ascii="Times New Roman" w:eastAsia="MS Mincho" w:hAnsi="Times New Roman" w:cs="Times New Roman"/>
        </w:rPr>
        <w:t xml:space="preserve"> ZSE </w:t>
      </w:r>
      <w:proofErr w:type="spellStart"/>
      <w:r w:rsidRPr="00921950">
        <w:rPr>
          <w:rFonts w:ascii="Times New Roman" w:eastAsia="MS Mincho" w:hAnsi="Times New Roman" w:cs="Times New Roman"/>
        </w:rPr>
        <w:t>uczestniczą</w:t>
      </w:r>
      <w:proofErr w:type="spellEnd"/>
      <w:r w:rsidRPr="00921950">
        <w:rPr>
          <w:rFonts w:ascii="Times New Roman" w:eastAsia="MS Mincho" w:hAnsi="Times New Roman" w:cs="Times New Roman"/>
        </w:rPr>
        <w:t xml:space="preserve"> w </w:t>
      </w:r>
      <w:proofErr w:type="spellStart"/>
      <w:r w:rsidRPr="00921950">
        <w:rPr>
          <w:rFonts w:ascii="Times New Roman" w:eastAsia="MS Mincho" w:hAnsi="Times New Roman" w:cs="Times New Roman"/>
        </w:rPr>
        <w:t>realizacji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Projektu</w:t>
      </w:r>
      <w:proofErr w:type="spellEnd"/>
      <w:r w:rsidRPr="00921950">
        <w:rPr>
          <w:rFonts w:ascii="Times New Roman" w:eastAsia="MS Mincho" w:hAnsi="Times New Roman" w:cs="Times New Roman"/>
        </w:rPr>
        <w:t>;</w:t>
      </w:r>
    </w:p>
    <w:p w:rsidR="001D0646" w:rsidRPr="00921950" w:rsidRDefault="001D0646" w:rsidP="001D0646">
      <w:pPr>
        <w:numPr>
          <w:ilvl w:val="1"/>
          <w:numId w:val="34"/>
        </w:numPr>
        <w:spacing w:after="160"/>
        <w:ind w:left="567" w:hanging="283"/>
        <w:contextualSpacing/>
        <w:jc w:val="both"/>
        <w:rPr>
          <w:rFonts w:ascii="Times New Roman" w:eastAsia="MS Mincho" w:hAnsi="Times New Roman" w:cs="Times New Roman"/>
        </w:rPr>
      </w:pPr>
      <w:proofErr w:type="spellStart"/>
      <w:r w:rsidRPr="00921950">
        <w:rPr>
          <w:rFonts w:ascii="Times New Roman" w:eastAsia="MS Mincho" w:hAnsi="Times New Roman" w:cs="Times New Roman"/>
        </w:rPr>
        <w:lastRenderedPageBreak/>
        <w:t>użytkownicy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stron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internetowych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dotyczących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zamówień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publicznych</w:t>
      </w:r>
      <w:proofErr w:type="spellEnd"/>
      <w:r w:rsidRPr="00921950">
        <w:rPr>
          <w:rFonts w:ascii="Times New Roman" w:eastAsia="MS Mincho" w:hAnsi="Times New Roman" w:cs="Times New Roman"/>
        </w:rPr>
        <w:t>.</w:t>
      </w:r>
    </w:p>
    <w:p w:rsidR="001D0646" w:rsidRPr="00921950" w:rsidRDefault="001D0646" w:rsidP="001D0646">
      <w:pPr>
        <w:numPr>
          <w:ilvl w:val="0"/>
          <w:numId w:val="34"/>
        </w:numPr>
        <w:spacing w:after="160"/>
        <w:ind w:left="284" w:hanging="284"/>
        <w:contextualSpacing/>
        <w:jc w:val="both"/>
        <w:rPr>
          <w:rFonts w:ascii="Times New Roman" w:eastAsia="MS Mincho" w:hAnsi="Times New Roman" w:cs="Times New Roman"/>
        </w:rPr>
      </w:pPr>
      <w:r w:rsidRPr="00921950">
        <w:rPr>
          <w:rFonts w:ascii="Times New Roman" w:eastAsia="MS Mincho" w:hAnsi="Times New Roman" w:cs="Times New Roman"/>
        </w:rPr>
        <w:t xml:space="preserve">Dane </w:t>
      </w:r>
      <w:proofErr w:type="spellStart"/>
      <w:r w:rsidRPr="00921950">
        <w:rPr>
          <w:rFonts w:ascii="Times New Roman" w:eastAsia="MS Mincho" w:hAnsi="Times New Roman" w:cs="Times New Roman"/>
        </w:rPr>
        <w:t>będą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przechowywane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przez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okres</w:t>
      </w:r>
      <w:proofErr w:type="spellEnd"/>
      <w:r w:rsidRPr="00921950">
        <w:rPr>
          <w:rFonts w:ascii="Times New Roman" w:eastAsia="MS Mincho" w:hAnsi="Times New Roman" w:cs="Times New Roman"/>
        </w:rPr>
        <w:t>:</w:t>
      </w:r>
    </w:p>
    <w:p w:rsidR="001D0646" w:rsidRPr="00921950" w:rsidRDefault="001D0646" w:rsidP="001D0646">
      <w:pPr>
        <w:ind w:left="284"/>
        <w:contextualSpacing/>
        <w:jc w:val="both"/>
        <w:rPr>
          <w:rFonts w:ascii="Times New Roman" w:eastAsia="MS Mincho" w:hAnsi="Times New Roman" w:cs="Times New Roman"/>
        </w:rPr>
      </w:pPr>
      <w:r w:rsidRPr="00921950">
        <w:rPr>
          <w:rFonts w:ascii="Times New Roman" w:eastAsia="MS Mincho" w:hAnsi="Times New Roman" w:cs="Times New Roman"/>
        </w:rPr>
        <w:t xml:space="preserve">5 </w:t>
      </w:r>
      <w:proofErr w:type="spellStart"/>
      <w:r w:rsidRPr="00921950">
        <w:rPr>
          <w:rFonts w:ascii="Times New Roman" w:eastAsia="MS Mincho" w:hAnsi="Times New Roman" w:cs="Times New Roman"/>
        </w:rPr>
        <w:t>lat</w:t>
      </w:r>
      <w:proofErr w:type="spellEnd"/>
      <w:r w:rsidRPr="00921950">
        <w:rPr>
          <w:rFonts w:ascii="Times New Roman" w:eastAsia="MS Mincho" w:hAnsi="Times New Roman" w:cs="Times New Roman"/>
        </w:rPr>
        <w:t xml:space="preserve"> od </w:t>
      </w:r>
      <w:proofErr w:type="spellStart"/>
      <w:r w:rsidRPr="00921950">
        <w:rPr>
          <w:rFonts w:ascii="Times New Roman" w:eastAsia="MS Mincho" w:hAnsi="Times New Roman" w:cs="Times New Roman"/>
        </w:rPr>
        <w:t>dnia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31 </w:t>
      </w:r>
      <w:proofErr w:type="spellStart"/>
      <w:r w:rsidRPr="00921950">
        <w:rPr>
          <w:rFonts w:ascii="Times New Roman" w:eastAsia="MS Mincho" w:hAnsi="Times New Roman" w:cs="Times New Roman"/>
        </w:rPr>
        <w:t>grudnia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roku</w:t>
      </w:r>
      <w:proofErr w:type="spellEnd"/>
      <w:r w:rsidRPr="00921950">
        <w:rPr>
          <w:rFonts w:ascii="Times New Roman" w:eastAsia="MS Mincho" w:hAnsi="Times New Roman" w:cs="Times New Roman"/>
        </w:rPr>
        <w:t xml:space="preserve">, w </w:t>
      </w:r>
      <w:proofErr w:type="spellStart"/>
      <w:r w:rsidRPr="00921950">
        <w:rPr>
          <w:rFonts w:ascii="Times New Roman" w:eastAsia="MS Mincho" w:hAnsi="Times New Roman" w:cs="Times New Roman"/>
        </w:rPr>
        <w:t>którym</w:t>
      </w:r>
      <w:proofErr w:type="spellEnd"/>
      <w:r w:rsidRPr="00921950">
        <w:rPr>
          <w:rFonts w:ascii="Times New Roman" w:eastAsia="MS Mincho" w:hAnsi="Times New Roman" w:cs="Times New Roman"/>
        </w:rPr>
        <w:t xml:space="preserve"> ZSE </w:t>
      </w:r>
      <w:proofErr w:type="spellStart"/>
      <w:r w:rsidRPr="00921950">
        <w:rPr>
          <w:rFonts w:ascii="Times New Roman" w:eastAsia="MS Mincho" w:hAnsi="Times New Roman" w:cs="Times New Roman"/>
        </w:rPr>
        <w:t>dokonała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ostatniej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płatności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na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rzecz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Wnioskodawcy</w:t>
      </w:r>
      <w:proofErr w:type="spellEnd"/>
      <w:r w:rsidRPr="00921950">
        <w:rPr>
          <w:rFonts w:ascii="Times New Roman" w:eastAsia="MS Mincho" w:hAnsi="Times New Roman" w:cs="Times New Roman"/>
        </w:rPr>
        <w:t xml:space="preserve">. </w:t>
      </w:r>
      <w:proofErr w:type="spellStart"/>
      <w:r w:rsidRPr="00921950">
        <w:rPr>
          <w:rFonts w:ascii="Times New Roman" w:eastAsia="MS Mincho" w:hAnsi="Times New Roman" w:cs="Times New Roman"/>
        </w:rPr>
        <w:t>Okres</w:t>
      </w:r>
      <w:proofErr w:type="spellEnd"/>
      <w:r w:rsidRPr="00921950">
        <w:rPr>
          <w:rFonts w:ascii="Times New Roman" w:eastAsia="MS Mincho" w:hAnsi="Times New Roman" w:cs="Times New Roman"/>
        </w:rPr>
        <w:t xml:space="preserve">, o </w:t>
      </w:r>
      <w:proofErr w:type="spellStart"/>
      <w:r w:rsidRPr="00921950">
        <w:rPr>
          <w:rFonts w:ascii="Times New Roman" w:eastAsia="MS Mincho" w:hAnsi="Times New Roman" w:cs="Times New Roman"/>
        </w:rPr>
        <w:t>którym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mowa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w </w:t>
      </w:r>
      <w:proofErr w:type="spellStart"/>
      <w:r w:rsidRPr="00921950">
        <w:rPr>
          <w:rFonts w:ascii="Times New Roman" w:eastAsia="MS Mincho" w:hAnsi="Times New Roman" w:cs="Times New Roman"/>
        </w:rPr>
        <w:t>zdaniu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pierwszym</w:t>
      </w:r>
      <w:proofErr w:type="spellEnd"/>
      <w:r w:rsidRPr="00921950">
        <w:rPr>
          <w:rFonts w:ascii="Times New Roman" w:eastAsia="MS Mincho" w:hAnsi="Times New Roman" w:cs="Times New Roman"/>
        </w:rPr>
        <w:t xml:space="preserve">, </w:t>
      </w:r>
      <w:proofErr w:type="spellStart"/>
      <w:r w:rsidRPr="00921950">
        <w:rPr>
          <w:rFonts w:ascii="Times New Roman" w:eastAsia="MS Mincho" w:hAnsi="Times New Roman" w:cs="Times New Roman"/>
        </w:rPr>
        <w:t>zostaje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wstrzymany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r w:rsidRPr="00921950">
        <w:rPr>
          <w:rFonts w:ascii="Times New Roman" w:eastAsia="MS Mincho" w:hAnsi="Times New Roman" w:cs="Times New Roman"/>
        </w:rPr>
        <w:br/>
        <w:t xml:space="preserve">w </w:t>
      </w:r>
      <w:proofErr w:type="spellStart"/>
      <w:r w:rsidRPr="00921950">
        <w:rPr>
          <w:rFonts w:ascii="Times New Roman" w:eastAsia="MS Mincho" w:hAnsi="Times New Roman" w:cs="Times New Roman"/>
        </w:rPr>
        <w:t>przypadku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wszczęcia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postępowania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prawnego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albo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na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wniosek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Komisji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Europejskiej</w:t>
      </w:r>
      <w:proofErr w:type="spellEnd"/>
      <w:r w:rsidRPr="00921950">
        <w:rPr>
          <w:rFonts w:ascii="Times New Roman" w:eastAsia="MS Mincho" w:hAnsi="Times New Roman" w:cs="Times New Roman"/>
        </w:rPr>
        <w:t xml:space="preserve">. </w:t>
      </w:r>
      <w:proofErr w:type="spellStart"/>
      <w:r w:rsidRPr="00921950">
        <w:rPr>
          <w:rFonts w:ascii="Times New Roman" w:eastAsia="MS Mincho" w:hAnsi="Times New Roman" w:cs="Times New Roman"/>
        </w:rPr>
        <w:t>Dokumenty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dotyczące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pomocy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publicznej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Wnioskodawca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zobowiązuje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się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przechowywać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przez</w:t>
      </w:r>
      <w:proofErr w:type="spellEnd"/>
      <w:r w:rsidRPr="00921950">
        <w:rPr>
          <w:rFonts w:ascii="Times New Roman" w:eastAsia="MS Mincho" w:hAnsi="Times New Roman" w:cs="Times New Roman"/>
        </w:rPr>
        <w:t xml:space="preserve"> 10 </w:t>
      </w:r>
      <w:proofErr w:type="spellStart"/>
      <w:r w:rsidRPr="00921950">
        <w:rPr>
          <w:rFonts w:ascii="Times New Roman" w:eastAsia="MS Mincho" w:hAnsi="Times New Roman" w:cs="Times New Roman"/>
        </w:rPr>
        <w:t>lat</w:t>
      </w:r>
      <w:proofErr w:type="spellEnd"/>
      <w:r w:rsidRPr="00921950">
        <w:rPr>
          <w:rFonts w:ascii="Times New Roman" w:eastAsia="MS Mincho" w:hAnsi="Times New Roman" w:cs="Times New Roman"/>
        </w:rPr>
        <w:t xml:space="preserve">, </w:t>
      </w:r>
      <w:proofErr w:type="spellStart"/>
      <w:r w:rsidRPr="00921950">
        <w:rPr>
          <w:rFonts w:ascii="Times New Roman" w:eastAsia="MS Mincho" w:hAnsi="Times New Roman" w:cs="Times New Roman"/>
        </w:rPr>
        <w:t>licząc</w:t>
      </w:r>
      <w:proofErr w:type="spellEnd"/>
      <w:r w:rsidRPr="00921950">
        <w:rPr>
          <w:rFonts w:ascii="Times New Roman" w:eastAsia="MS Mincho" w:hAnsi="Times New Roman" w:cs="Times New Roman"/>
        </w:rPr>
        <w:t xml:space="preserve"> od </w:t>
      </w:r>
      <w:proofErr w:type="spellStart"/>
      <w:r w:rsidRPr="00921950">
        <w:rPr>
          <w:rFonts w:ascii="Times New Roman" w:eastAsia="MS Mincho" w:hAnsi="Times New Roman" w:cs="Times New Roman"/>
        </w:rPr>
        <w:t>dnia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jej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przyznania</w:t>
      </w:r>
      <w:proofErr w:type="spellEnd"/>
      <w:r w:rsidRPr="00921950">
        <w:rPr>
          <w:rFonts w:ascii="Times New Roman" w:eastAsia="MS Mincho" w:hAnsi="Times New Roman" w:cs="Times New Roman"/>
        </w:rPr>
        <w:t xml:space="preserve">, o </w:t>
      </w:r>
      <w:proofErr w:type="spellStart"/>
      <w:r w:rsidRPr="00921950">
        <w:rPr>
          <w:rFonts w:ascii="Times New Roman" w:eastAsia="MS Mincho" w:hAnsi="Times New Roman" w:cs="Times New Roman"/>
        </w:rPr>
        <w:t>ile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Projekt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dotyczy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pomocy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publicznej</w:t>
      </w:r>
      <w:proofErr w:type="spellEnd"/>
      <w:r w:rsidRPr="00921950">
        <w:rPr>
          <w:rFonts w:ascii="Times New Roman" w:eastAsia="MS Mincho" w:hAnsi="Times New Roman" w:cs="Times New Roman"/>
        </w:rPr>
        <w:t>.</w:t>
      </w:r>
    </w:p>
    <w:p w:rsidR="001D0646" w:rsidRPr="00921950" w:rsidRDefault="001D0646" w:rsidP="001D0646">
      <w:pPr>
        <w:numPr>
          <w:ilvl w:val="0"/>
          <w:numId w:val="34"/>
        </w:numPr>
        <w:spacing w:after="160"/>
        <w:ind w:left="284" w:hanging="284"/>
        <w:contextualSpacing/>
        <w:jc w:val="both"/>
        <w:rPr>
          <w:rFonts w:ascii="Times New Roman" w:eastAsia="MS Mincho" w:hAnsi="Times New Roman" w:cs="Times New Roman"/>
        </w:rPr>
      </w:pPr>
      <w:proofErr w:type="spellStart"/>
      <w:r w:rsidRPr="00921950">
        <w:rPr>
          <w:rFonts w:ascii="Times New Roman" w:eastAsia="MS Mincho" w:hAnsi="Times New Roman" w:cs="Times New Roman"/>
        </w:rPr>
        <w:t>Posiada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Pani</w:t>
      </w:r>
      <w:proofErr w:type="spellEnd"/>
      <w:r w:rsidRPr="00921950">
        <w:rPr>
          <w:rFonts w:ascii="Times New Roman" w:eastAsia="MS Mincho" w:hAnsi="Times New Roman" w:cs="Times New Roman"/>
        </w:rPr>
        <w:t xml:space="preserve">/Pan </w:t>
      </w:r>
      <w:proofErr w:type="spellStart"/>
      <w:r w:rsidRPr="00921950">
        <w:rPr>
          <w:rFonts w:ascii="Times New Roman" w:eastAsia="MS Mincho" w:hAnsi="Times New Roman" w:cs="Times New Roman"/>
        </w:rPr>
        <w:t>prawo</w:t>
      </w:r>
      <w:proofErr w:type="spellEnd"/>
      <w:r w:rsidRPr="00921950">
        <w:rPr>
          <w:rFonts w:ascii="Times New Roman" w:eastAsia="MS Mincho" w:hAnsi="Times New Roman" w:cs="Times New Roman"/>
        </w:rPr>
        <w:t xml:space="preserve"> do:</w:t>
      </w:r>
    </w:p>
    <w:p w:rsidR="001D0646" w:rsidRPr="00921950" w:rsidRDefault="001D0646" w:rsidP="001D0646">
      <w:pPr>
        <w:numPr>
          <w:ilvl w:val="1"/>
          <w:numId w:val="34"/>
        </w:numPr>
        <w:spacing w:after="160"/>
        <w:ind w:left="567" w:hanging="425"/>
        <w:contextualSpacing/>
        <w:jc w:val="both"/>
        <w:rPr>
          <w:rFonts w:ascii="Times New Roman" w:eastAsia="MS Mincho" w:hAnsi="Times New Roman" w:cs="Times New Roman"/>
        </w:rPr>
      </w:pPr>
      <w:proofErr w:type="spellStart"/>
      <w:r w:rsidRPr="00921950">
        <w:rPr>
          <w:rFonts w:ascii="Times New Roman" w:eastAsia="MS Mincho" w:hAnsi="Times New Roman" w:cs="Times New Roman"/>
        </w:rPr>
        <w:t>dostępu</w:t>
      </w:r>
      <w:proofErr w:type="spellEnd"/>
      <w:r w:rsidRPr="00921950">
        <w:rPr>
          <w:rFonts w:ascii="Times New Roman" w:eastAsia="MS Mincho" w:hAnsi="Times New Roman" w:cs="Times New Roman"/>
        </w:rPr>
        <w:t xml:space="preserve"> do </w:t>
      </w:r>
      <w:proofErr w:type="spellStart"/>
      <w:r w:rsidRPr="00921950">
        <w:rPr>
          <w:rFonts w:ascii="Times New Roman" w:eastAsia="MS Mincho" w:hAnsi="Times New Roman" w:cs="Times New Roman"/>
        </w:rPr>
        <w:t>swoich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danych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oraz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otrzymania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ich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kopii</w:t>
      </w:r>
      <w:proofErr w:type="spellEnd"/>
      <w:r w:rsidRPr="00921950">
        <w:rPr>
          <w:rFonts w:ascii="Times New Roman" w:eastAsia="MS Mincho" w:hAnsi="Times New Roman" w:cs="Times New Roman"/>
        </w:rPr>
        <w:t>;</w:t>
      </w:r>
    </w:p>
    <w:p w:rsidR="001D0646" w:rsidRPr="00921950" w:rsidRDefault="001D0646" w:rsidP="001D0646">
      <w:pPr>
        <w:numPr>
          <w:ilvl w:val="1"/>
          <w:numId w:val="34"/>
        </w:numPr>
        <w:spacing w:after="160"/>
        <w:ind w:left="567" w:hanging="425"/>
        <w:contextualSpacing/>
        <w:jc w:val="both"/>
        <w:rPr>
          <w:rFonts w:ascii="Times New Roman" w:eastAsia="MS Mincho" w:hAnsi="Times New Roman" w:cs="Times New Roman"/>
        </w:rPr>
      </w:pPr>
      <w:proofErr w:type="spellStart"/>
      <w:r w:rsidRPr="00921950">
        <w:rPr>
          <w:rFonts w:ascii="Times New Roman" w:eastAsia="MS Mincho" w:hAnsi="Times New Roman" w:cs="Times New Roman"/>
        </w:rPr>
        <w:t>sprostowania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(</w:t>
      </w:r>
      <w:proofErr w:type="spellStart"/>
      <w:r w:rsidRPr="00921950">
        <w:rPr>
          <w:rFonts w:ascii="Times New Roman" w:eastAsia="MS Mincho" w:hAnsi="Times New Roman" w:cs="Times New Roman"/>
        </w:rPr>
        <w:t>poprawiania</w:t>
      </w:r>
      <w:proofErr w:type="spellEnd"/>
      <w:r w:rsidRPr="00921950">
        <w:rPr>
          <w:rFonts w:ascii="Times New Roman" w:eastAsia="MS Mincho" w:hAnsi="Times New Roman" w:cs="Times New Roman"/>
        </w:rPr>
        <w:t xml:space="preserve">) </w:t>
      </w:r>
      <w:proofErr w:type="spellStart"/>
      <w:r w:rsidRPr="00921950">
        <w:rPr>
          <w:rFonts w:ascii="Times New Roman" w:eastAsia="MS Mincho" w:hAnsi="Times New Roman" w:cs="Times New Roman"/>
        </w:rPr>
        <w:t>swoich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danych</w:t>
      </w:r>
      <w:proofErr w:type="spellEnd"/>
      <w:r w:rsidRPr="00921950">
        <w:rPr>
          <w:rFonts w:ascii="Times New Roman" w:eastAsia="MS Mincho" w:hAnsi="Times New Roman" w:cs="Times New Roman"/>
        </w:rPr>
        <w:t xml:space="preserve">, </w:t>
      </w:r>
      <w:proofErr w:type="spellStart"/>
      <w:r w:rsidRPr="00921950">
        <w:rPr>
          <w:rFonts w:ascii="Times New Roman" w:eastAsia="MS Mincho" w:hAnsi="Times New Roman" w:cs="Times New Roman"/>
        </w:rPr>
        <w:t>jeśli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są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błędne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lub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nieaktualne</w:t>
      </w:r>
      <w:proofErr w:type="spellEnd"/>
      <w:r w:rsidRPr="00921950">
        <w:rPr>
          <w:rFonts w:ascii="Times New Roman" w:eastAsia="MS Mincho" w:hAnsi="Times New Roman" w:cs="Times New Roman"/>
        </w:rPr>
        <w:t>;</w:t>
      </w:r>
    </w:p>
    <w:p w:rsidR="001D0646" w:rsidRPr="00921950" w:rsidRDefault="001D0646" w:rsidP="001D0646">
      <w:pPr>
        <w:numPr>
          <w:ilvl w:val="1"/>
          <w:numId w:val="34"/>
        </w:numPr>
        <w:spacing w:after="160"/>
        <w:ind w:left="567" w:hanging="425"/>
        <w:contextualSpacing/>
        <w:jc w:val="both"/>
        <w:rPr>
          <w:rFonts w:ascii="Times New Roman" w:eastAsia="MS Mincho" w:hAnsi="Times New Roman" w:cs="Times New Roman"/>
        </w:rPr>
      </w:pPr>
      <w:proofErr w:type="spellStart"/>
      <w:r w:rsidRPr="00921950">
        <w:rPr>
          <w:rFonts w:ascii="Times New Roman" w:eastAsia="MS Mincho" w:hAnsi="Times New Roman" w:cs="Times New Roman"/>
        </w:rPr>
        <w:t>usunięcia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lub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ograniczenia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przetwarzania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danych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osobowych</w:t>
      </w:r>
      <w:proofErr w:type="spellEnd"/>
      <w:r w:rsidRPr="00921950">
        <w:rPr>
          <w:rFonts w:ascii="Times New Roman" w:eastAsia="MS Mincho" w:hAnsi="Times New Roman" w:cs="Times New Roman"/>
        </w:rPr>
        <w:t xml:space="preserve"> w </w:t>
      </w:r>
      <w:proofErr w:type="spellStart"/>
      <w:r w:rsidRPr="00921950">
        <w:rPr>
          <w:rFonts w:ascii="Times New Roman" w:eastAsia="MS Mincho" w:hAnsi="Times New Roman" w:cs="Times New Roman"/>
        </w:rPr>
        <w:t>przypadku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wystąpienia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przesłanek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określonych</w:t>
      </w:r>
      <w:proofErr w:type="spellEnd"/>
      <w:r w:rsidRPr="00921950">
        <w:rPr>
          <w:rFonts w:ascii="Times New Roman" w:eastAsia="MS Mincho" w:hAnsi="Times New Roman" w:cs="Times New Roman"/>
        </w:rPr>
        <w:t xml:space="preserve"> w art. 17 </w:t>
      </w:r>
      <w:proofErr w:type="spellStart"/>
      <w:r w:rsidRPr="00921950">
        <w:rPr>
          <w:rFonts w:ascii="Times New Roman" w:eastAsia="MS Mincho" w:hAnsi="Times New Roman" w:cs="Times New Roman"/>
        </w:rPr>
        <w:t>i</w:t>
      </w:r>
      <w:proofErr w:type="spellEnd"/>
      <w:r w:rsidRPr="00921950">
        <w:rPr>
          <w:rFonts w:ascii="Times New Roman" w:eastAsia="MS Mincho" w:hAnsi="Times New Roman" w:cs="Times New Roman"/>
        </w:rPr>
        <w:t xml:space="preserve"> 18 RODO;</w:t>
      </w:r>
    </w:p>
    <w:p w:rsidR="001D0646" w:rsidRPr="00921950" w:rsidRDefault="001D0646" w:rsidP="001D0646">
      <w:pPr>
        <w:numPr>
          <w:ilvl w:val="1"/>
          <w:numId w:val="34"/>
        </w:numPr>
        <w:spacing w:after="160"/>
        <w:ind w:left="567" w:hanging="425"/>
        <w:contextualSpacing/>
        <w:jc w:val="both"/>
        <w:rPr>
          <w:rFonts w:ascii="Times New Roman" w:eastAsia="MS Mincho" w:hAnsi="Times New Roman" w:cs="Times New Roman"/>
        </w:rPr>
      </w:pPr>
      <w:proofErr w:type="spellStart"/>
      <w:r w:rsidRPr="00921950">
        <w:rPr>
          <w:rFonts w:ascii="Times New Roman" w:eastAsia="MS Mincho" w:hAnsi="Times New Roman" w:cs="Times New Roman"/>
        </w:rPr>
        <w:t>wniesienia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sprzeciwu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wobec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przetwarzania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danych</w:t>
      </w:r>
      <w:proofErr w:type="spellEnd"/>
      <w:r w:rsidRPr="00921950">
        <w:rPr>
          <w:rFonts w:ascii="Times New Roman" w:eastAsia="MS Mincho" w:hAnsi="Times New Roman" w:cs="Times New Roman"/>
        </w:rPr>
        <w:t xml:space="preserve"> w </w:t>
      </w:r>
      <w:proofErr w:type="spellStart"/>
      <w:r w:rsidRPr="00921950">
        <w:rPr>
          <w:rFonts w:ascii="Times New Roman" w:eastAsia="MS Mincho" w:hAnsi="Times New Roman" w:cs="Times New Roman"/>
        </w:rPr>
        <w:t>przypadku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wystąpienia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przesłanek</w:t>
      </w:r>
      <w:proofErr w:type="spellEnd"/>
      <w:r w:rsidRPr="00921950">
        <w:rPr>
          <w:rFonts w:ascii="Times New Roman" w:eastAsia="MS Mincho" w:hAnsi="Times New Roman" w:cs="Times New Roman"/>
        </w:rPr>
        <w:t xml:space="preserve">, o </w:t>
      </w:r>
      <w:proofErr w:type="spellStart"/>
      <w:r w:rsidRPr="00921950">
        <w:rPr>
          <w:rFonts w:ascii="Times New Roman" w:eastAsia="MS Mincho" w:hAnsi="Times New Roman" w:cs="Times New Roman"/>
        </w:rPr>
        <w:t>których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mowa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w art. 21 RODO;</w:t>
      </w:r>
    </w:p>
    <w:p w:rsidR="001D0646" w:rsidRPr="00921950" w:rsidRDefault="001D0646" w:rsidP="001D0646">
      <w:pPr>
        <w:numPr>
          <w:ilvl w:val="1"/>
          <w:numId w:val="34"/>
        </w:numPr>
        <w:spacing w:after="160"/>
        <w:ind w:left="567" w:hanging="425"/>
        <w:contextualSpacing/>
        <w:jc w:val="both"/>
        <w:rPr>
          <w:rFonts w:ascii="Times New Roman" w:eastAsia="MS Mincho" w:hAnsi="Times New Roman" w:cs="Times New Roman"/>
        </w:rPr>
      </w:pPr>
      <w:proofErr w:type="spellStart"/>
      <w:r w:rsidRPr="00921950">
        <w:rPr>
          <w:rFonts w:ascii="Times New Roman" w:eastAsia="MS Mincho" w:hAnsi="Times New Roman" w:cs="Times New Roman"/>
        </w:rPr>
        <w:t>wniesienia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skargi</w:t>
      </w:r>
      <w:proofErr w:type="spellEnd"/>
      <w:r w:rsidRPr="00921950">
        <w:rPr>
          <w:rFonts w:ascii="Times New Roman" w:eastAsia="MS Mincho" w:hAnsi="Times New Roman" w:cs="Times New Roman"/>
        </w:rPr>
        <w:t xml:space="preserve"> do </w:t>
      </w:r>
      <w:proofErr w:type="spellStart"/>
      <w:r w:rsidRPr="00921950">
        <w:rPr>
          <w:rFonts w:ascii="Times New Roman" w:eastAsia="MS Mincho" w:hAnsi="Times New Roman" w:cs="Times New Roman"/>
        </w:rPr>
        <w:t>Prezesa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Urzędu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Ochrony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Danych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Osobowych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Adres</w:t>
      </w:r>
      <w:proofErr w:type="spellEnd"/>
      <w:r w:rsidRPr="00921950">
        <w:rPr>
          <w:rFonts w:ascii="Times New Roman" w:eastAsia="MS Mincho" w:hAnsi="Times New Roman" w:cs="Times New Roman"/>
        </w:rPr>
        <w:t xml:space="preserve">: </w:t>
      </w:r>
      <w:proofErr w:type="spellStart"/>
      <w:r w:rsidRPr="00921950">
        <w:rPr>
          <w:rFonts w:ascii="Times New Roman" w:eastAsia="MS Mincho" w:hAnsi="Times New Roman" w:cs="Times New Roman"/>
        </w:rPr>
        <w:t>Urząd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Ochrony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Danych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Osobowych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ul</w:t>
      </w:r>
      <w:proofErr w:type="spellEnd"/>
      <w:r w:rsidRPr="00921950">
        <w:rPr>
          <w:rFonts w:ascii="Times New Roman" w:eastAsia="MS Mincho" w:hAnsi="Times New Roman" w:cs="Times New Roman"/>
        </w:rPr>
        <w:t xml:space="preserve">. </w:t>
      </w:r>
      <w:proofErr w:type="spellStart"/>
      <w:r w:rsidRPr="00921950">
        <w:rPr>
          <w:rFonts w:ascii="Times New Roman" w:eastAsia="MS Mincho" w:hAnsi="Times New Roman" w:cs="Times New Roman"/>
        </w:rPr>
        <w:t>Stawki</w:t>
      </w:r>
      <w:proofErr w:type="spellEnd"/>
      <w:r w:rsidRPr="00921950">
        <w:rPr>
          <w:rFonts w:ascii="Times New Roman" w:eastAsia="MS Mincho" w:hAnsi="Times New Roman" w:cs="Times New Roman"/>
        </w:rPr>
        <w:t xml:space="preserve"> 2 00-193 Warszawa.</w:t>
      </w:r>
    </w:p>
    <w:p w:rsidR="001D0646" w:rsidRPr="00921950" w:rsidRDefault="001D0646" w:rsidP="001D0646">
      <w:pPr>
        <w:rPr>
          <w:rFonts w:ascii="Times New Roman" w:eastAsia="MS Mincho" w:hAnsi="Times New Roman" w:cs="Times New Roman"/>
          <w:b/>
          <w:bCs/>
        </w:rPr>
      </w:pPr>
      <w:proofErr w:type="spellStart"/>
      <w:r w:rsidRPr="00921950">
        <w:rPr>
          <w:rFonts w:ascii="Times New Roman" w:eastAsia="MS Mincho" w:hAnsi="Times New Roman" w:cs="Times New Roman"/>
          <w:b/>
          <w:bCs/>
        </w:rPr>
        <w:t>Wzór</w:t>
      </w:r>
      <w:proofErr w:type="spellEnd"/>
      <w:r w:rsidRPr="00921950">
        <w:rPr>
          <w:rFonts w:ascii="Times New Roman" w:eastAsia="MS Mincho" w:hAnsi="Times New Roman" w:cs="Times New Roman"/>
          <w:b/>
          <w:bCs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  <w:b/>
          <w:bCs/>
        </w:rPr>
        <w:t>klauzuli</w:t>
      </w:r>
      <w:proofErr w:type="spellEnd"/>
      <w:r w:rsidRPr="00921950">
        <w:rPr>
          <w:rFonts w:ascii="Times New Roman" w:eastAsia="MS Mincho" w:hAnsi="Times New Roman" w:cs="Times New Roman"/>
          <w:b/>
          <w:bCs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  <w:b/>
          <w:bCs/>
        </w:rPr>
        <w:t>informacyjnej</w:t>
      </w:r>
      <w:proofErr w:type="spellEnd"/>
      <w:r w:rsidRPr="00921950">
        <w:rPr>
          <w:rFonts w:ascii="Times New Roman" w:eastAsia="MS Mincho" w:hAnsi="Times New Roman" w:cs="Times New Roman"/>
          <w:b/>
          <w:bCs/>
        </w:rPr>
        <w:t xml:space="preserve"> RODO </w:t>
      </w:r>
      <w:proofErr w:type="spellStart"/>
      <w:r w:rsidRPr="00921950">
        <w:rPr>
          <w:rFonts w:ascii="Times New Roman" w:eastAsia="MS Mincho" w:hAnsi="Times New Roman" w:cs="Times New Roman"/>
          <w:b/>
          <w:bCs/>
        </w:rPr>
        <w:t>dla</w:t>
      </w:r>
      <w:proofErr w:type="spellEnd"/>
      <w:r w:rsidRPr="00921950">
        <w:rPr>
          <w:rFonts w:ascii="Times New Roman" w:eastAsia="MS Mincho" w:hAnsi="Times New Roman" w:cs="Times New Roman"/>
          <w:b/>
          <w:bCs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  <w:b/>
          <w:bCs/>
        </w:rPr>
        <w:t>wykonawców</w:t>
      </w:r>
      <w:proofErr w:type="spellEnd"/>
      <w:r w:rsidRPr="00921950">
        <w:rPr>
          <w:rFonts w:ascii="Times New Roman" w:eastAsia="MS Mincho" w:hAnsi="Times New Roman" w:cs="Times New Roman"/>
          <w:b/>
          <w:bCs/>
        </w:rPr>
        <w:t xml:space="preserve"> / </w:t>
      </w:r>
      <w:proofErr w:type="spellStart"/>
      <w:r w:rsidRPr="00921950">
        <w:rPr>
          <w:rFonts w:ascii="Times New Roman" w:eastAsia="MS Mincho" w:hAnsi="Times New Roman" w:cs="Times New Roman"/>
          <w:b/>
          <w:bCs/>
        </w:rPr>
        <w:t>podwykonawców</w:t>
      </w:r>
      <w:proofErr w:type="spellEnd"/>
      <w:r w:rsidRPr="00921950">
        <w:rPr>
          <w:rFonts w:ascii="Times New Roman" w:eastAsia="MS Mincho" w:hAnsi="Times New Roman" w:cs="Times New Roman"/>
          <w:b/>
          <w:bCs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  <w:b/>
          <w:bCs/>
        </w:rPr>
        <w:t>projektu</w:t>
      </w:r>
      <w:proofErr w:type="spellEnd"/>
    </w:p>
    <w:p w:rsidR="001D0646" w:rsidRPr="00921950" w:rsidRDefault="001D0646" w:rsidP="001D0646">
      <w:pPr>
        <w:rPr>
          <w:rFonts w:ascii="Times New Roman" w:eastAsia="MS Mincho" w:hAnsi="Times New Roman" w:cs="Times New Roman"/>
          <w:b/>
          <w:bCs/>
        </w:rPr>
      </w:pPr>
      <w:r w:rsidRPr="00921950">
        <w:rPr>
          <w:rFonts w:ascii="Times New Roman" w:eastAsia="MS Mincho" w:hAnsi="Times New Roman" w:cs="Times New Roman"/>
          <w:b/>
          <w:bCs/>
        </w:rPr>
        <w:t xml:space="preserve">(art. 14 RODO) w </w:t>
      </w:r>
      <w:proofErr w:type="spellStart"/>
      <w:r w:rsidRPr="00921950">
        <w:rPr>
          <w:rFonts w:ascii="Times New Roman" w:eastAsia="MS Mincho" w:hAnsi="Times New Roman" w:cs="Times New Roman"/>
          <w:b/>
          <w:bCs/>
        </w:rPr>
        <w:t>imieniu</w:t>
      </w:r>
      <w:proofErr w:type="spellEnd"/>
      <w:r w:rsidRPr="00921950">
        <w:rPr>
          <w:rFonts w:ascii="Times New Roman" w:eastAsia="MS Mincho" w:hAnsi="Times New Roman" w:cs="Times New Roman"/>
          <w:b/>
          <w:bCs/>
        </w:rPr>
        <w:t xml:space="preserve"> IZ FE SL 2027</w:t>
      </w:r>
    </w:p>
    <w:p w:rsidR="001D0646" w:rsidRPr="00921950" w:rsidRDefault="001D0646" w:rsidP="001D0646">
      <w:pPr>
        <w:rPr>
          <w:rFonts w:ascii="Times New Roman" w:eastAsia="MS Mincho" w:hAnsi="Times New Roman" w:cs="Times New Roman"/>
        </w:rPr>
      </w:pPr>
      <w:proofErr w:type="spellStart"/>
      <w:r w:rsidRPr="00921950">
        <w:rPr>
          <w:rFonts w:ascii="Times New Roman" w:eastAsia="MS Mincho" w:hAnsi="Times New Roman" w:cs="Times New Roman"/>
        </w:rPr>
        <w:t>Szanowna</w:t>
      </w:r>
      <w:proofErr w:type="spellEnd"/>
      <w:r w:rsidRPr="00921950">
        <w:rPr>
          <w:rFonts w:ascii="Times New Roman" w:eastAsia="MS Mincho" w:hAnsi="Times New Roman" w:cs="Times New Roman"/>
        </w:rPr>
        <w:t xml:space="preserve">/y </w:t>
      </w:r>
      <w:proofErr w:type="spellStart"/>
      <w:r w:rsidRPr="00921950">
        <w:rPr>
          <w:rFonts w:ascii="Times New Roman" w:eastAsia="MS Mincho" w:hAnsi="Times New Roman" w:cs="Times New Roman"/>
        </w:rPr>
        <w:t>Pani</w:t>
      </w:r>
      <w:proofErr w:type="spellEnd"/>
      <w:r w:rsidRPr="00921950">
        <w:rPr>
          <w:rFonts w:ascii="Times New Roman" w:eastAsia="MS Mincho" w:hAnsi="Times New Roman" w:cs="Times New Roman"/>
        </w:rPr>
        <w:t>/</w:t>
      </w:r>
      <w:proofErr w:type="spellStart"/>
      <w:r w:rsidRPr="00921950">
        <w:rPr>
          <w:rFonts w:ascii="Times New Roman" w:eastAsia="MS Mincho" w:hAnsi="Times New Roman" w:cs="Times New Roman"/>
        </w:rPr>
        <w:t>Panie</w:t>
      </w:r>
      <w:proofErr w:type="spellEnd"/>
      <w:r w:rsidRPr="00921950">
        <w:rPr>
          <w:rFonts w:ascii="Times New Roman" w:eastAsia="MS Mincho" w:hAnsi="Times New Roman" w:cs="Times New Roman"/>
        </w:rPr>
        <w:t>,</w:t>
      </w:r>
    </w:p>
    <w:p w:rsidR="001D0646" w:rsidRPr="00921950" w:rsidRDefault="001D0646" w:rsidP="001D0646">
      <w:pPr>
        <w:jc w:val="both"/>
        <w:rPr>
          <w:rFonts w:ascii="Times New Roman" w:eastAsia="MS Mincho" w:hAnsi="Times New Roman" w:cs="Times New Roman"/>
        </w:rPr>
      </w:pPr>
      <w:proofErr w:type="spellStart"/>
      <w:r w:rsidRPr="00921950">
        <w:rPr>
          <w:rFonts w:ascii="Times New Roman" w:eastAsia="MS Mincho" w:hAnsi="Times New Roman" w:cs="Times New Roman"/>
        </w:rPr>
        <w:t>zgodnie</w:t>
      </w:r>
      <w:proofErr w:type="spellEnd"/>
      <w:r w:rsidRPr="00921950">
        <w:rPr>
          <w:rFonts w:ascii="Times New Roman" w:eastAsia="MS Mincho" w:hAnsi="Times New Roman" w:cs="Times New Roman"/>
        </w:rPr>
        <w:t xml:space="preserve"> z art. 14 </w:t>
      </w:r>
      <w:proofErr w:type="spellStart"/>
      <w:r w:rsidRPr="00921950">
        <w:rPr>
          <w:rFonts w:ascii="Times New Roman" w:eastAsia="MS Mincho" w:hAnsi="Times New Roman" w:cs="Times New Roman"/>
        </w:rPr>
        <w:t>Rozporządzenia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Parlamentu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Europejskiego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i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Rady</w:t>
      </w:r>
      <w:proofErr w:type="spellEnd"/>
      <w:r w:rsidRPr="00921950">
        <w:rPr>
          <w:rFonts w:ascii="Times New Roman" w:eastAsia="MS Mincho" w:hAnsi="Times New Roman" w:cs="Times New Roman"/>
        </w:rPr>
        <w:t xml:space="preserve"> (UE) 2016/679 z </w:t>
      </w:r>
      <w:proofErr w:type="spellStart"/>
      <w:r w:rsidRPr="00921950">
        <w:rPr>
          <w:rFonts w:ascii="Times New Roman" w:eastAsia="MS Mincho" w:hAnsi="Times New Roman" w:cs="Times New Roman"/>
        </w:rPr>
        <w:t>dnia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27 </w:t>
      </w:r>
      <w:proofErr w:type="spellStart"/>
      <w:r w:rsidRPr="00921950">
        <w:rPr>
          <w:rFonts w:ascii="Times New Roman" w:eastAsia="MS Mincho" w:hAnsi="Times New Roman" w:cs="Times New Roman"/>
        </w:rPr>
        <w:t>kwietnia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2016 r. w </w:t>
      </w:r>
      <w:proofErr w:type="spellStart"/>
      <w:r w:rsidRPr="00921950">
        <w:rPr>
          <w:rFonts w:ascii="Times New Roman" w:eastAsia="MS Mincho" w:hAnsi="Times New Roman" w:cs="Times New Roman"/>
        </w:rPr>
        <w:t>sprawie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ochrony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osób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fizycznych</w:t>
      </w:r>
      <w:proofErr w:type="spellEnd"/>
      <w:r w:rsidRPr="00921950">
        <w:rPr>
          <w:rFonts w:ascii="Times New Roman" w:eastAsia="MS Mincho" w:hAnsi="Times New Roman" w:cs="Times New Roman"/>
        </w:rPr>
        <w:t xml:space="preserve"> w </w:t>
      </w:r>
      <w:proofErr w:type="spellStart"/>
      <w:r w:rsidRPr="00921950">
        <w:rPr>
          <w:rFonts w:ascii="Times New Roman" w:eastAsia="MS Mincho" w:hAnsi="Times New Roman" w:cs="Times New Roman"/>
        </w:rPr>
        <w:t>związku</w:t>
      </w:r>
      <w:proofErr w:type="spellEnd"/>
      <w:r w:rsidRPr="00921950">
        <w:rPr>
          <w:rFonts w:ascii="Times New Roman" w:eastAsia="MS Mincho" w:hAnsi="Times New Roman" w:cs="Times New Roman"/>
        </w:rPr>
        <w:t xml:space="preserve"> z </w:t>
      </w:r>
      <w:proofErr w:type="spellStart"/>
      <w:r w:rsidRPr="00921950">
        <w:rPr>
          <w:rFonts w:ascii="Times New Roman" w:eastAsia="MS Mincho" w:hAnsi="Times New Roman" w:cs="Times New Roman"/>
        </w:rPr>
        <w:t>przetwarzaniem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danych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osobowych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i</w:t>
      </w:r>
      <w:proofErr w:type="spellEnd"/>
      <w:r w:rsidRPr="00921950">
        <w:rPr>
          <w:rFonts w:ascii="Times New Roman" w:eastAsia="MS Mincho" w:hAnsi="Times New Roman" w:cs="Times New Roman"/>
        </w:rPr>
        <w:t xml:space="preserve"> w </w:t>
      </w:r>
      <w:proofErr w:type="spellStart"/>
      <w:r w:rsidRPr="00921950">
        <w:rPr>
          <w:rFonts w:ascii="Times New Roman" w:eastAsia="MS Mincho" w:hAnsi="Times New Roman" w:cs="Times New Roman"/>
        </w:rPr>
        <w:t>sprawie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swobodnego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przepływu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takich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danych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oraz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uchylenia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dyrektywy</w:t>
      </w:r>
      <w:proofErr w:type="spellEnd"/>
      <w:r w:rsidRPr="00921950">
        <w:rPr>
          <w:rFonts w:ascii="Times New Roman" w:eastAsia="MS Mincho" w:hAnsi="Times New Roman" w:cs="Times New Roman"/>
        </w:rPr>
        <w:t xml:space="preserve"> 95/46/WE (</w:t>
      </w:r>
      <w:proofErr w:type="spellStart"/>
      <w:r w:rsidRPr="00921950">
        <w:rPr>
          <w:rFonts w:ascii="Times New Roman" w:eastAsia="MS Mincho" w:hAnsi="Times New Roman" w:cs="Times New Roman"/>
        </w:rPr>
        <w:t>dalej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zwane</w:t>
      </w:r>
      <w:proofErr w:type="spellEnd"/>
      <w:r w:rsidRPr="00921950">
        <w:rPr>
          <w:rFonts w:ascii="Times New Roman" w:eastAsia="MS Mincho" w:hAnsi="Times New Roman" w:cs="Times New Roman"/>
        </w:rPr>
        <w:t xml:space="preserve"> „RODO”) </w:t>
      </w:r>
      <w:proofErr w:type="spellStart"/>
      <w:r w:rsidRPr="00921950">
        <w:rPr>
          <w:rFonts w:ascii="Times New Roman" w:eastAsia="MS Mincho" w:hAnsi="Times New Roman" w:cs="Times New Roman"/>
        </w:rPr>
        <w:t>uprzejmie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informuję</w:t>
      </w:r>
      <w:proofErr w:type="spellEnd"/>
      <w:r w:rsidRPr="00921950">
        <w:rPr>
          <w:rFonts w:ascii="Times New Roman" w:eastAsia="MS Mincho" w:hAnsi="Times New Roman" w:cs="Times New Roman"/>
        </w:rPr>
        <w:t xml:space="preserve">, </w:t>
      </w:r>
      <w:proofErr w:type="spellStart"/>
      <w:r w:rsidRPr="00921950">
        <w:rPr>
          <w:rFonts w:ascii="Times New Roman" w:eastAsia="MS Mincho" w:hAnsi="Times New Roman" w:cs="Times New Roman"/>
        </w:rPr>
        <w:t>iż</w:t>
      </w:r>
      <w:proofErr w:type="spellEnd"/>
      <w:r w:rsidRPr="00921950">
        <w:rPr>
          <w:rFonts w:ascii="Times New Roman" w:eastAsia="MS Mincho" w:hAnsi="Times New Roman" w:cs="Times New Roman"/>
        </w:rPr>
        <w:t>:</w:t>
      </w:r>
    </w:p>
    <w:p w:rsidR="001D0646" w:rsidRPr="00921950" w:rsidRDefault="001D0646" w:rsidP="001D0646">
      <w:pPr>
        <w:numPr>
          <w:ilvl w:val="0"/>
          <w:numId w:val="37"/>
        </w:numPr>
        <w:spacing w:after="160"/>
        <w:ind w:left="284" w:hanging="284"/>
        <w:contextualSpacing/>
        <w:jc w:val="both"/>
        <w:rPr>
          <w:rFonts w:ascii="Times New Roman" w:eastAsia="MS Mincho" w:hAnsi="Times New Roman" w:cs="Times New Roman"/>
        </w:rPr>
      </w:pPr>
      <w:proofErr w:type="spellStart"/>
      <w:r w:rsidRPr="00921950">
        <w:rPr>
          <w:rFonts w:ascii="Times New Roman" w:eastAsia="MS Mincho" w:hAnsi="Times New Roman" w:cs="Times New Roman"/>
        </w:rPr>
        <w:t>Administratorem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Pani</w:t>
      </w:r>
      <w:proofErr w:type="spellEnd"/>
      <w:r w:rsidRPr="00921950">
        <w:rPr>
          <w:rFonts w:ascii="Times New Roman" w:eastAsia="MS Mincho" w:hAnsi="Times New Roman" w:cs="Times New Roman"/>
        </w:rPr>
        <w:t xml:space="preserve">/Pana </w:t>
      </w:r>
      <w:proofErr w:type="spellStart"/>
      <w:r w:rsidRPr="00921950">
        <w:rPr>
          <w:rFonts w:ascii="Times New Roman" w:eastAsia="MS Mincho" w:hAnsi="Times New Roman" w:cs="Times New Roman"/>
        </w:rPr>
        <w:t>danych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osobowych</w:t>
      </w:r>
      <w:proofErr w:type="spellEnd"/>
      <w:r w:rsidRPr="00921950">
        <w:rPr>
          <w:rFonts w:ascii="Times New Roman" w:eastAsia="MS Mincho" w:hAnsi="Times New Roman" w:cs="Times New Roman"/>
        </w:rPr>
        <w:t xml:space="preserve"> jest  </w:t>
      </w:r>
      <w:proofErr w:type="spellStart"/>
      <w:r w:rsidRPr="00921950">
        <w:rPr>
          <w:rFonts w:ascii="Times New Roman" w:eastAsia="MS Mincho" w:hAnsi="Times New Roman" w:cs="Times New Roman"/>
        </w:rPr>
        <w:t>Zarząd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Województwa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Śląskiego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pełniący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rolę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Instytucji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Zarządzającej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programu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Fundusze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Europejskie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dla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Śląskiego</w:t>
      </w:r>
      <w:proofErr w:type="spellEnd"/>
      <w:r w:rsidRPr="00921950">
        <w:rPr>
          <w:rFonts w:ascii="Times New Roman" w:eastAsia="MS Mincho" w:hAnsi="Times New Roman" w:cs="Times New Roman"/>
        </w:rPr>
        <w:t xml:space="preserve"> 2021-2027 (IZ FE SL).</w:t>
      </w:r>
    </w:p>
    <w:p w:rsidR="001D0646" w:rsidRPr="00921950" w:rsidRDefault="001D0646" w:rsidP="001D0646">
      <w:pPr>
        <w:numPr>
          <w:ilvl w:val="0"/>
          <w:numId w:val="37"/>
        </w:numPr>
        <w:spacing w:after="160"/>
        <w:ind w:left="284" w:hanging="284"/>
        <w:contextualSpacing/>
        <w:jc w:val="both"/>
        <w:rPr>
          <w:rFonts w:ascii="Times New Roman" w:eastAsia="MS Mincho" w:hAnsi="Times New Roman" w:cs="Times New Roman"/>
        </w:rPr>
      </w:pPr>
      <w:r w:rsidRPr="00921950">
        <w:rPr>
          <w:rFonts w:ascii="Times New Roman" w:eastAsia="MS Mincho" w:hAnsi="Times New Roman" w:cs="Times New Roman"/>
        </w:rPr>
        <w:t xml:space="preserve">Dane </w:t>
      </w:r>
      <w:proofErr w:type="spellStart"/>
      <w:r w:rsidRPr="00921950">
        <w:rPr>
          <w:rFonts w:ascii="Times New Roman" w:eastAsia="MS Mincho" w:hAnsi="Times New Roman" w:cs="Times New Roman"/>
        </w:rPr>
        <w:t>osobowe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przetwarzane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są</w:t>
      </w:r>
      <w:proofErr w:type="spellEnd"/>
      <w:r w:rsidRPr="00921950">
        <w:rPr>
          <w:rFonts w:ascii="Times New Roman" w:eastAsia="MS Mincho" w:hAnsi="Times New Roman" w:cs="Times New Roman"/>
        </w:rPr>
        <w:t xml:space="preserve"> w </w:t>
      </w:r>
      <w:proofErr w:type="spellStart"/>
      <w:r w:rsidRPr="00921950">
        <w:rPr>
          <w:rFonts w:ascii="Times New Roman" w:eastAsia="MS Mincho" w:hAnsi="Times New Roman" w:cs="Times New Roman"/>
        </w:rPr>
        <w:t>Urzędzie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Marszałkowskim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Województwa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Śląskiego</w:t>
      </w:r>
      <w:proofErr w:type="spellEnd"/>
      <w:r w:rsidRPr="00921950">
        <w:rPr>
          <w:rFonts w:ascii="Times New Roman" w:eastAsia="MS Mincho" w:hAnsi="Times New Roman" w:cs="Times New Roman"/>
        </w:rPr>
        <w:t>.</w:t>
      </w:r>
    </w:p>
    <w:p w:rsidR="001D0646" w:rsidRPr="00921950" w:rsidRDefault="001D0646" w:rsidP="001D0646">
      <w:pPr>
        <w:ind w:left="284"/>
        <w:contextualSpacing/>
        <w:jc w:val="both"/>
        <w:rPr>
          <w:rFonts w:ascii="Times New Roman" w:eastAsia="MS Mincho" w:hAnsi="Times New Roman" w:cs="Times New Roman"/>
        </w:rPr>
      </w:pPr>
      <w:proofErr w:type="spellStart"/>
      <w:r w:rsidRPr="00921950">
        <w:rPr>
          <w:rFonts w:ascii="Times New Roman" w:eastAsia="MS Mincho" w:hAnsi="Times New Roman" w:cs="Times New Roman"/>
        </w:rPr>
        <w:t>Siedziba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administratora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znajduje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się</w:t>
      </w:r>
      <w:proofErr w:type="spellEnd"/>
      <w:r w:rsidRPr="00921950">
        <w:rPr>
          <w:rFonts w:ascii="Times New Roman" w:eastAsia="MS Mincho" w:hAnsi="Times New Roman" w:cs="Times New Roman"/>
        </w:rPr>
        <w:t xml:space="preserve"> w </w:t>
      </w:r>
      <w:proofErr w:type="spellStart"/>
      <w:r w:rsidRPr="00921950">
        <w:rPr>
          <w:rFonts w:ascii="Times New Roman" w:eastAsia="MS Mincho" w:hAnsi="Times New Roman" w:cs="Times New Roman"/>
        </w:rPr>
        <w:t>Katowicach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przy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ul</w:t>
      </w:r>
      <w:proofErr w:type="spellEnd"/>
      <w:r w:rsidRPr="00921950">
        <w:rPr>
          <w:rFonts w:ascii="Times New Roman" w:eastAsia="MS Mincho" w:hAnsi="Times New Roman" w:cs="Times New Roman"/>
        </w:rPr>
        <w:t xml:space="preserve">. </w:t>
      </w:r>
      <w:proofErr w:type="spellStart"/>
      <w:r w:rsidRPr="00921950">
        <w:rPr>
          <w:rFonts w:ascii="Times New Roman" w:eastAsia="MS Mincho" w:hAnsi="Times New Roman" w:cs="Times New Roman"/>
        </w:rPr>
        <w:t>Ligonia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46, tel. +48 (32) 20 78 888 (</w:t>
      </w:r>
      <w:proofErr w:type="spellStart"/>
      <w:r w:rsidRPr="00921950">
        <w:rPr>
          <w:rFonts w:ascii="Times New Roman" w:eastAsia="MS Mincho" w:hAnsi="Times New Roman" w:cs="Times New Roman"/>
        </w:rPr>
        <w:t>centrala</w:t>
      </w:r>
      <w:proofErr w:type="spellEnd"/>
      <w:r w:rsidRPr="00921950">
        <w:rPr>
          <w:rFonts w:ascii="Times New Roman" w:eastAsia="MS Mincho" w:hAnsi="Times New Roman" w:cs="Times New Roman"/>
        </w:rPr>
        <w:t xml:space="preserve">), e-mail: </w:t>
      </w:r>
      <w:hyperlink r:id="rId11" w:history="1">
        <w:r w:rsidRPr="00921950">
          <w:rPr>
            <w:rFonts w:ascii="Times New Roman" w:eastAsia="MS Mincho" w:hAnsi="Times New Roman" w:cs="Times New Roman"/>
            <w:color w:val="0000FF" w:themeColor="hyperlink"/>
            <w:u w:val="single"/>
          </w:rPr>
          <w:t>kancelaria@slaskie.pl</w:t>
        </w:r>
      </w:hyperlink>
    </w:p>
    <w:p w:rsidR="001D0646" w:rsidRPr="00921950" w:rsidRDefault="001D0646" w:rsidP="001D0646">
      <w:pPr>
        <w:ind w:left="284"/>
        <w:contextualSpacing/>
        <w:jc w:val="both"/>
        <w:rPr>
          <w:rFonts w:ascii="Times New Roman" w:eastAsia="MS Mincho" w:hAnsi="Times New Roman" w:cs="Times New Roman"/>
        </w:rPr>
      </w:pPr>
      <w:proofErr w:type="spellStart"/>
      <w:r w:rsidRPr="00921950">
        <w:rPr>
          <w:rFonts w:ascii="Times New Roman" w:eastAsia="MS Mincho" w:hAnsi="Times New Roman" w:cs="Times New Roman"/>
        </w:rPr>
        <w:t>Informacje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dotyczące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kontaktu</w:t>
      </w:r>
      <w:proofErr w:type="spellEnd"/>
      <w:r w:rsidRPr="00921950">
        <w:rPr>
          <w:rFonts w:ascii="Times New Roman" w:eastAsia="MS Mincho" w:hAnsi="Times New Roman" w:cs="Times New Roman"/>
        </w:rPr>
        <w:t xml:space="preserve"> w </w:t>
      </w:r>
      <w:proofErr w:type="spellStart"/>
      <w:r w:rsidRPr="00921950">
        <w:rPr>
          <w:rFonts w:ascii="Times New Roman" w:eastAsia="MS Mincho" w:hAnsi="Times New Roman" w:cs="Times New Roman"/>
        </w:rPr>
        <w:t>formie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elektronicznej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znajdują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się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na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stronie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hyperlink r:id="rId12" w:history="1">
        <w:r w:rsidRPr="00921950">
          <w:rPr>
            <w:rFonts w:ascii="Times New Roman" w:eastAsia="MS Mincho" w:hAnsi="Times New Roman" w:cs="Times New Roman"/>
            <w:color w:val="0000FF" w:themeColor="hyperlink"/>
            <w:u w:val="single"/>
          </w:rPr>
          <w:t>https://bip.slaskie.pl/</w:t>
        </w:r>
      </w:hyperlink>
    </w:p>
    <w:p w:rsidR="001D0646" w:rsidRPr="00921950" w:rsidRDefault="001D0646" w:rsidP="001D0646">
      <w:pPr>
        <w:ind w:left="284"/>
        <w:contextualSpacing/>
        <w:jc w:val="both"/>
        <w:rPr>
          <w:rFonts w:ascii="Times New Roman" w:eastAsia="MS Mincho" w:hAnsi="Times New Roman" w:cs="Times New Roman"/>
        </w:rPr>
      </w:pPr>
      <w:proofErr w:type="spellStart"/>
      <w:r w:rsidRPr="00921950">
        <w:rPr>
          <w:rFonts w:ascii="Times New Roman" w:eastAsia="MS Mincho" w:hAnsi="Times New Roman" w:cs="Times New Roman"/>
        </w:rPr>
        <w:t>Inspektor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ochrony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danych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osobowych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Został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wyznaczony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inspektor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ochrony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danych</w:t>
      </w:r>
      <w:proofErr w:type="spellEnd"/>
      <w:r w:rsidRPr="00921950">
        <w:rPr>
          <w:rFonts w:ascii="Times New Roman" w:eastAsia="MS Mincho" w:hAnsi="Times New Roman" w:cs="Times New Roman"/>
        </w:rPr>
        <w:t>.</w:t>
      </w:r>
    </w:p>
    <w:p w:rsidR="001D0646" w:rsidRPr="00921950" w:rsidRDefault="001D0646" w:rsidP="001D0646">
      <w:pPr>
        <w:ind w:left="284"/>
        <w:contextualSpacing/>
        <w:jc w:val="both"/>
        <w:rPr>
          <w:rFonts w:ascii="Times New Roman" w:eastAsia="MS Mincho" w:hAnsi="Times New Roman" w:cs="Times New Roman"/>
        </w:rPr>
      </w:pPr>
      <w:proofErr w:type="spellStart"/>
      <w:r w:rsidRPr="00921950">
        <w:rPr>
          <w:rFonts w:ascii="Times New Roman" w:eastAsia="MS Mincho" w:hAnsi="Times New Roman" w:cs="Times New Roman"/>
        </w:rPr>
        <w:t>Adres</w:t>
      </w:r>
      <w:proofErr w:type="spellEnd"/>
      <w:r w:rsidRPr="00921950">
        <w:rPr>
          <w:rFonts w:ascii="Times New Roman" w:eastAsia="MS Mincho" w:hAnsi="Times New Roman" w:cs="Times New Roman"/>
        </w:rPr>
        <w:t xml:space="preserve"> e-mail do </w:t>
      </w:r>
      <w:proofErr w:type="spellStart"/>
      <w:r w:rsidRPr="00921950">
        <w:rPr>
          <w:rFonts w:ascii="Times New Roman" w:eastAsia="MS Mincho" w:hAnsi="Times New Roman" w:cs="Times New Roman"/>
        </w:rPr>
        <w:t>kontaktu</w:t>
      </w:r>
      <w:proofErr w:type="spellEnd"/>
      <w:r w:rsidRPr="00921950">
        <w:rPr>
          <w:rFonts w:ascii="Times New Roman" w:eastAsia="MS Mincho" w:hAnsi="Times New Roman" w:cs="Times New Roman"/>
        </w:rPr>
        <w:t xml:space="preserve"> z </w:t>
      </w:r>
      <w:proofErr w:type="spellStart"/>
      <w:r w:rsidRPr="00921950">
        <w:rPr>
          <w:rFonts w:ascii="Times New Roman" w:eastAsia="MS Mincho" w:hAnsi="Times New Roman" w:cs="Times New Roman"/>
        </w:rPr>
        <w:t>inspektorem</w:t>
      </w:r>
      <w:proofErr w:type="spellEnd"/>
      <w:r w:rsidRPr="00921950">
        <w:rPr>
          <w:rFonts w:ascii="Times New Roman" w:eastAsia="MS Mincho" w:hAnsi="Times New Roman" w:cs="Times New Roman"/>
        </w:rPr>
        <w:t xml:space="preserve">: daneosobowe@slaskie.pl. </w:t>
      </w:r>
      <w:proofErr w:type="spellStart"/>
      <w:r w:rsidRPr="00921950">
        <w:rPr>
          <w:rFonts w:ascii="Times New Roman" w:eastAsia="MS Mincho" w:hAnsi="Times New Roman" w:cs="Times New Roman"/>
        </w:rPr>
        <w:t>Pozostałe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formy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kontaktu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są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możliwe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przy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pomocy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adresów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podanych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powyżej</w:t>
      </w:r>
      <w:proofErr w:type="spellEnd"/>
      <w:r w:rsidRPr="00921950">
        <w:rPr>
          <w:rFonts w:ascii="Times New Roman" w:eastAsia="MS Mincho" w:hAnsi="Times New Roman" w:cs="Times New Roman"/>
        </w:rPr>
        <w:t>.</w:t>
      </w:r>
    </w:p>
    <w:p w:rsidR="001D0646" w:rsidRPr="00921950" w:rsidRDefault="001D0646" w:rsidP="001D0646">
      <w:pPr>
        <w:ind w:left="284"/>
        <w:contextualSpacing/>
        <w:jc w:val="both"/>
        <w:rPr>
          <w:rFonts w:ascii="Times New Roman" w:eastAsia="MS Mincho" w:hAnsi="Times New Roman" w:cs="Times New Roman"/>
        </w:rPr>
      </w:pPr>
      <w:proofErr w:type="spellStart"/>
      <w:r w:rsidRPr="00921950">
        <w:rPr>
          <w:rFonts w:ascii="Times New Roman" w:eastAsia="MS Mincho" w:hAnsi="Times New Roman" w:cs="Times New Roman"/>
        </w:rPr>
        <w:t>Aktualne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dane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teleadresowe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inspektora</w:t>
      </w:r>
      <w:proofErr w:type="spellEnd"/>
      <w:r w:rsidRPr="00921950">
        <w:rPr>
          <w:rFonts w:ascii="Times New Roman" w:eastAsia="MS Mincho" w:hAnsi="Times New Roman" w:cs="Times New Roman"/>
        </w:rPr>
        <w:t xml:space="preserve">, w </w:t>
      </w:r>
      <w:proofErr w:type="spellStart"/>
      <w:r w:rsidRPr="00921950">
        <w:rPr>
          <w:rFonts w:ascii="Times New Roman" w:eastAsia="MS Mincho" w:hAnsi="Times New Roman" w:cs="Times New Roman"/>
        </w:rPr>
        <w:t>tym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numer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telefonu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znajdują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się</w:t>
      </w:r>
      <w:proofErr w:type="spellEnd"/>
      <w:r w:rsidRPr="00921950">
        <w:rPr>
          <w:rFonts w:ascii="Times New Roman" w:eastAsia="MS Mincho" w:hAnsi="Times New Roman" w:cs="Times New Roman"/>
        </w:rPr>
        <w:t xml:space="preserve"> w </w:t>
      </w:r>
      <w:proofErr w:type="spellStart"/>
      <w:r w:rsidRPr="00921950">
        <w:rPr>
          <w:rFonts w:ascii="Times New Roman" w:eastAsia="MS Mincho" w:hAnsi="Times New Roman" w:cs="Times New Roman"/>
        </w:rPr>
        <w:t>książce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teleadresowej</w:t>
      </w:r>
      <w:proofErr w:type="spellEnd"/>
      <w:r w:rsidRPr="00921950">
        <w:rPr>
          <w:rFonts w:ascii="Times New Roman" w:eastAsia="MS Mincho" w:hAnsi="Times New Roman" w:cs="Times New Roman"/>
        </w:rPr>
        <w:t xml:space="preserve"> BIP.</w:t>
      </w:r>
    </w:p>
    <w:p w:rsidR="001D0646" w:rsidRPr="00921950" w:rsidRDefault="001D0646" w:rsidP="001D0646">
      <w:pPr>
        <w:numPr>
          <w:ilvl w:val="0"/>
          <w:numId w:val="37"/>
        </w:numPr>
        <w:spacing w:after="160"/>
        <w:ind w:left="284" w:hanging="284"/>
        <w:contextualSpacing/>
        <w:jc w:val="both"/>
        <w:rPr>
          <w:rFonts w:ascii="Times New Roman" w:eastAsia="MS Mincho" w:hAnsi="Times New Roman" w:cs="Times New Roman"/>
        </w:rPr>
      </w:pPr>
      <w:proofErr w:type="spellStart"/>
      <w:r w:rsidRPr="00921950">
        <w:rPr>
          <w:rFonts w:ascii="Times New Roman" w:eastAsia="MS Mincho" w:hAnsi="Times New Roman" w:cs="Times New Roman"/>
        </w:rPr>
        <w:t>Pani</w:t>
      </w:r>
      <w:proofErr w:type="spellEnd"/>
      <w:r w:rsidRPr="00921950">
        <w:rPr>
          <w:rFonts w:ascii="Times New Roman" w:eastAsia="MS Mincho" w:hAnsi="Times New Roman" w:cs="Times New Roman"/>
        </w:rPr>
        <w:t xml:space="preserve">/Pana </w:t>
      </w:r>
      <w:proofErr w:type="spellStart"/>
      <w:r w:rsidRPr="00921950">
        <w:rPr>
          <w:rFonts w:ascii="Times New Roman" w:eastAsia="MS Mincho" w:hAnsi="Times New Roman" w:cs="Times New Roman"/>
        </w:rPr>
        <w:t>dane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osobowe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przetwarzane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będą</w:t>
      </w:r>
      <w:proofErr w:type="spellEnd"/>
      <w:r w:rsidRPr="00921950">
        <w:rPr>
          <w:rFonts w:ascii="Times New Roman" w:eastAsia="MS Mincho" w:hAnsi="Times New Roman" w:cs="Times New Roman"/>
        </w:rPr>
        <w:t xml:space="preserve"> w </w:t>
      </w:r>
      <w:proofErr w:type="spellStart"/>
      <w:r w:rsidRPr="00921950">
        <w:rPr>
          <w:rFonts w:ascii="Times New Roman" w:eastAsia="MS Mincho" w:hAnsi="Times New Roman" w:cs="Times New Roman"/>
        </w:rPr>
        <w:t>celu</w:t>
      </w:r>
      <w:proofErr w:type="spellEnd"/>
      <w:r w:rsidRPr="00921950">
        <w:rPr>
          <w:rFonts w:ascii="Times New Roman" w:eastAsia="MS Mincho" w:hAnsi="Times New Roman" w:cs="Times New Roman"/>
        </w:rPr>
        <w:t>:</w:t>
      </w:r>
    </w:p>
    <w:p w:rsidR="001D0646" w:rsidRPr="00921950" w:rsidRDefault="001D0646" w:rsidP="001D0646">
      <w:pPr>
        <w:numPr>
          <w:ilvl w:val="1"/>
          <w:numId w:val="37"/>
        </w:numPr>
        <w:spacing w:after="160"/>
        <w:ind w:left="851" w:hanging="567"/>
        <w:contextualSpacing/>
        <w:jc w:val="both"/>
        <w:rPr>
          <w:rFonts w:ascii="Times New Roman" w:eastAsia="MS Mincho" w:hAnsi="Times New Roman" w:cs="Times New Roman"/>
        </w:rPr>
      </w:pPr>
      <w:proofErr w:type="spellStart"/>
      <w:r w:rsidRPr="00921950">
        <w:rPr>
          <w:rFonts w:ascii="Times New Roman" w:eastAsia="MS Mincho" w:hAnsi="Times New Roman" w:cs="Times New Roman"/>
        </w:rPr>
        <w:t>rozliczenia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projektu</w:t>
      </w:r>
      <w:proofErr w:type="spellEnd"/>
      <w:r w:rsidRPr="00921950">
        <w:rPr>
          <w:rFonts w:ascii="Times New Roman" w:eastAsia="MS Mincho" w:hAnsi="Times New Roman" w:cs="Times New Roman"/>
        </w:rPr>
        <w:t xml:space="preserve">, w </w:t>
      </w:r>
      <w:proofErr w:type="spellStart"/>
      <w:r w:rsidRPr="00921950">
        <w:rPr>
          <w:rFonts w:ascii="Times New Roman" w:eastAsia="MS Mincho" w:hAnsi="Times New Roman" w:cs="Times New Roman"/>
        </w:rPr>
        <w:t>szczególności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potwierdzenia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kwalifikowalności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wydatków</w:t>
      </w:r>
      <w:proofErr w:type="spellEnd"/>
      <w:r w:rsidRPr="00921950">
        <w:rPr>
          <w:rFonts w:ascii="Times New Roman" w:eastAsia="MS Mincho" w:hAnsi="Times New Roman" w:cs="Times New Roman"/>
        </w:rPr>
        <w:t xml:space="preserve">, </w:t>
      </w:r>
      <w:proofErr w:type="spellStart"/>
      <w:r w:rsidRPr="00921950">
        <w:rPr>
          <w:rFonts w:ascii="Times New Roman" w:eastAsia="MS Mincho" w:hAnsi="Times New Roman" w:cs="Times New Roman"/>
        </w:rPr>
        <w:t>monitoringu</w:t>
      </w:r>
      <w:proofErr w:type="spellEnd"/>
      <w:r w:rsidRPr="00921950">
        <w:rPr>
          <w:rFonts w:ascii="Times New Roman" w:eastAsia="MS Mincho" w:hAnsi="Times New Roman" w:cs="Times New Roman"/>
        </w:rPr>
        <w:t>,</w:t>
      </w:r>
    </w:p>
    <w:p w:rsidR="001D0646" w:rsidRPr="00921950" w:rsidRDefault="001D0646" w:rsidP="001D0646">
      <w:pPr>
        <w:numPr>
          <w:ilvl w:val="1"/>
          <w:numId w:val="37"/>
        </w:numPr>
        <w:spacing w:after="160"/>
        <w:ind w:left="851" w:hanging="567"/>
        <w:contextualSpacing/>
        <w:jc w:val="both"/>
        <w:rPr>
          <w:rFonts w:ascii="Times New Roman" w:eastAsia="MS Mincho" w:hAnsi="Times New Roman" w:cs="Times New Roman"/>
        </w:rPr>
      </w:pPr>
      <w:proofErr w:type="spellStart"/>
      <w:r w:rsidRPr="00921950">
        <w:rPr>
          <w:rFonts w:ascii="Times New Roman" w:eastAsia="MS Mincho" w:hAnsi="Times New Roman" w:cs="Times New Roman"/>
        </w:rPr>
        <w:t>kontroli</w:t>
      </w:r>
      <w:proofErr w:type="spellEnd"/>
      <w:r w:rsidRPr="00921950">
        <w:rPr>
          <w:rFonts w:ascii="Times New Roman" w:eastAsia="MS Mincho" w:hAnsi="Times New Roman" w:cs="Times New Roman"/>
        </w:rPr>
        <w:t xml:space="preserve">, </w:t>
      </w:r>
      <w:proofErr w:type="spellStart"/>
      <w:r w:rsidRPr="00921950">
        <w:rPr>
          <w:rFonts w:ascii="Times New Roman" w:eastAsia="MS Mincho" w:hAnsi="Times New Roman" w:cs="Times New Roman"/>
        </w:rPr>
        <w:t>audytu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i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sprawozdawczości</w:t>
      </w:r>
      <w:proofErr w:type="spellEnd"/>
      <w:r w:rsidRPr="00921950">
        <w:rPr>
          <w:rFonts w:ascii="Times New Roman" w:eastAsia="MS Mincho" w:hAnsi="Times New Roman" w:cs="Times New Roman"/>
        </w:rPr>
        <w:t xml:space="preserve"> w </w:t>
      </w:r>
      <w:proofErr w:type="spellStart"/>
      <w:r w:rsidRPr="00921950">
        <w:rPr>
          <w:rFonts w:ascii="Times New Roman" w:eastAsia="MS Mincho" w:hAnsi="Times New Roman" w:cs="Times New Roman"/>
        </w:rPr>
        <w:t>ramach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programu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regionalnego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Fundusze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Europejskie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dla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Śląskiego</w:t>
      </w:r>
      <w:proofErr w:type="spellEnd"/>
      <w:r w:rsidRPr="00921950">
        <w:rPr>
          <w:rFonts w:ascii="Times New Roman" w:eastAsia="MS Mincho" w:hAnsi="Times New Roman" w:cs="Times New Roman"/>
        </w:rPr>
        <w:t xml:space="preserve">  2021-2027, a </w:t>
      </w:r>
      <w:proofErr w:type="spellStart"/>
      <w:r w:rsidRPr="00921950">
        <w:rPr>
          <w:rFonts w:ascii="Times New Roman" w:eastAsia="MS Mincho" w:hAnsi="Times New Roman" w:cs="Times New Roman"/>
        </w:rPr>
        <w:t>także</w:t>
      </w:r>
      <w:proofErr w:type="spellEnd"/>
      <w:r w:rsidRPr="00921950">
        <w:rPr>
          <w:rFonts w:ascii="Times New Roman" w:eastAsia="MS Mincho" w:hAnsi="Times New Roman" w:cs="Times New Roman"/>
        </w:rPr>
        <w:t xml:space="preserve"> w </w:t>
      </w:r>
      <w:proofErr w:type="spellStart"/>
      <w:r w:rsidRPr="00921950">
        <w:rPr>
          <w:rFonts w:ascii="Times New Roman" w:eastAsia="MS Mincho" w:hAnsi="Times New Roman" w:cs="Times New Roman"/>
        </w:rPr>
        <w:t>celach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archiwizacyjnych</w:t>
      </w:r>
      <w:proofErr w:type="spellEnd"/>
      <w:r w:rsidRPr="00921950">
        <w:rPr>
          <w:rFonts w:ascii="Times New Roman" w:eastAsia="MS Mincho" w:hAnsi="Times New Roman" w:cs="Times New Roman"/>
        </w:rPr>
        <w:t>.</w:t>
      </w:r>
    </w:p>
    <w:p w:rsidR="001D0646" w:rsidRPr="00921950" w:rsidRDefault="001D0646" w:rsidP="001D0646">
      <w:pPr>
        <w:numPr>
          <w:ilvl w:val="0"/>
          <w:numId w:val="37"/>
        </w:numPr>
        <w:spacing w:after="160"/>
        <w:ind w:left="284" w:hanging="284"/>
        <w:contextualSpacing/>
        <w:jc w:val="both"/>
        <w:rPr>
          <w:rFonts w:ascii="Times New Roman" w:eastAsia="MS Mincho" w:hAnsi="Times New Roman" w:cs="Times New Roman"/>
        </w:rPr>
      </w:pPr>
      <w:proofErr w:type="spellStart"/>
      <w:r w:rsidRPr="00921950">
        <w:rPr>
          <w:rFonts w:ascii="Times New Roman" w:eastAsia="MS Mincho" w:hAnsi="Times New Roman" w:cs="Times New Roman"/>
        </w:rPr>
        <w:t>Podstawą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przetwarzania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Pani</w:t>
      </w:r>
      <w:proofErr w:type="spellEnd"/>
      <w:r w:rsidRPr="00921950">
        <w:rPr>
          <w:rFonts w:ascii="Times New Roman" w:eastAsia="MS Mincho" w:hAnsi="Times New Roman" w:cs="Times New Roman"/>
        </w:rPr>
        <w:t xml:space="preserve">/Pana </w:t>
      </w:r>
      <w:proofErr w:type="spellStart"/>
      <w:r w:rsidRPr="00921950">
        <w:rPr>
          <w:rFonts w:ascii="Times New Roman" w:eastAsia="MS Mincho" w:hAnsi="Times New Roman" w:cs="Times New Roman"/>
        </w:rPr>
        <w:t>danych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osobowych</w:t>
      </w:r>
      <w:proofErr w:type="spellEnd"/>
      <w:r w:rsidRPr="00921950">
        <w:rPr>
          <w:rFonts w:ascii="Times New Roman" w:eastAsia="MS Mincho" w:hAnsi="Times New Roman" w:cs="Times New Roman"/>
        </w:rPr>
        <w:t xml:space="preserve"> jest:</w:t>
      </w:r>
    </w:p>
    <w:p w:rsidR="001D0646" w:rsidRPr="00921950" w:rsidRDefault="001D0646" w:rsidP="001D0646">
      <w:pPr>
        <w:jc w:val="both"/>
        <w:rPr>
          <w:rFonts w:ascii="Times New Roman" w:eastAsia="MS Mincho" w:hAnsi="Times New Roman" w:cs="Times New Roman"/>
        </w:rPr>
      </w:pPr>
      <w:r w:rsidRPr="00921950">
        <w:rPr>
          <w:rFonts w:ascii="Times New Roman" w:eastAsia="MS Mincho" w:hAnsi="Times New Roman" w:cs="Times New Roman"/>
        </w:rPr>
        <w:t xml:space="preserve">art. 6 </w:t>
      </w:r>
      <w:proofErr w:type="spellStart"/>
      <w:r w:rsidRPr="00921950">
        <w:rPr>
          <w:rFonts w:ascii="Times New Roman" w:eastAsia="MS Mincho" w:hAnsi="Times New Roman" w:cs="Times New Roman"/>
        </w:rPr>
        <w:t>ust</w:t>
      </w:r>
      <w:proofErr w:type="spellEnd"/>
      <w:r w:rsidRPr="00921950">
        <w:rPr>
          <w:rFonts w:ascii="Times New Roman" w:eastAsia="MS Mincho" w:hAnsi="Times New Roman" w:cs="Times New Roman"/>
        </w:rPr>
        <w:t xml:space="preserve">. 1 lit. c </w:t>
      </w:r>
      <w:proofErr w:type="spellStart"/>
      <w:r w:rsidRPr="00921950">
        <w:rPr>
          <w:rFonts w:ascii="Times New Roman" w:eastAsia="MS Mincho" w:hAnsi="Times New Roman" w:cs="Times New Roman"/>
        </w:rPr>
        <w:t>i</w:t>
      </w:r>
      <w:proofErr w:type="spellEnd"/>
      <w:r w:rsidRPr="00921950">
        <w:rPr>
          <w:rFonts w:ascii="Times New Roman" w:eastAsia="MS Mincho" w:hAnsi="Times New Roman" w:cs="Times New Roman"/>
        </w:rPr>
        <w:t xml:space="preserve"> e RODO w </w:t>
      </w:r>
      <w:proofErr w:type="spellStart"/>
      <w:r w:rsidRPr="00921950">
        <w:rPr>
          <w:rFonts w:ascii="Times New Roman" w:eastAsia="MS Mincho" w:hAnsi="Times New Roman" w:cs="Times New Roman"/>
        </w:rPr>
        <w:t>związku</w:t>
      </w:r>
      <w:proofErr w:type="spellEnd"/>
      <w:r w:rsidRPr="00921950">
        <w:rPr>
          <w:rFonts w:ascii="Times New Roman" w:eastAsia="MS Mincho" w:hAnsi="Times New Roman" w:cs="Times New Roman"/>
        </w:rPr>
        <w:t xml:space="preserve"> z:</w:t>
      </w:r>
    </w:p>
    <w:p w:rsidR="001D0646" w:rsidRPr="00921950" w:rsidRDefault="001D0646" w:rsidP="001D0646">
      <w:pPr>
        <w:numPr>
          <w:ilvl w:val="0"/>
          <w:numId w:val="38"/>
        </w:numPr>
        <w:spacing w:after="160"/>
        <w:ind w:left="851" w:hanging="567"/>
        <w:contextualSpacing/>
        <w:jc w:val="both"/>
        <w:rPr>
          <w:rFonts w:ascii="Times New Roman" w:eastAsia="MS Mincho" w:hAnsi="Times New Roman" w:cs="Times New Roman"/>
        </w:rPr>
      </w:pPr>
      <w:proofErr w:type="spellStart"/>
      <w:r w:rsidRPr="00921950">
        <w:rPr>
          <w:rFonts w:ascii="Times New Roman" w:eastAsia="MS Mincho" w:hAnsi="Times New Roman" w:cs="Times New Roman"/>
        </w:rPr>
        <w:t>Rozporządzeniem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Parlamentu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Europejskiego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i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Rady</w:t>
      </w:r>
      <w:proofErr w:type="spellEnd"/>
      <w:r w:rsidRPr="00921950">
        <w:rPr>
          <w:rFonts w:ascii="Times New Roman" w:eastAsia="MS Mincho" w:hAnsi="Times New Roman" w:cs="Times New Roman"/>
        </w:rPr>
        <w:t xml:space="preserve"> (UE) 2021/1060 z </w:t>
      </w:r>
      <w:proofErr w:type="spellStart"/>
      <w:r w:rsidRPr="00921950">
        <w:rPr>
          <w:rFonts w:ascii="Times New Roman" w:eastAsia="MS Mincho" w:hAnsi="Times New Roman" w:cs="Times New Roman"/>
        </w:rPr>
        <w:t>dnia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24 </w:t>
      </w:r>
      <w:proofErr w:type="spellStart"/>
      <w:r w:rsidRPr="00921950">
        <w:rPr>
          <w:rFonts w:ascii="Times New Roman" w:eastAsia="MS Mincho" w:hAnsi="Times New Roman" w:cs="Times New Roman"/>
        </w:rPr>
        <w:t>czerwca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2021 r. </w:t>
      </w:r>
      <w:proofErr w:type="spellStart"/>
      <w:r w:rsidRPr="00921950">
        <w:rPr>
          <w:rFonts w:ascii="Times New Roman" w:eastAsia="MS Mincho" w:hAnsi="Times New Roman" w:cs="Times New Roman"/>
        </w:rPr>
        <w:t>ustanawiającym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wspólne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przepisy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dotyczące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Europejskiego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Funduszu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Rozwoju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Regionalnego</w:t>
      </w:r>
      <w:proofErr w:type="spellEnd"/>
      <w:r w:rsidRPr="00921950">
        <w:rPr>
          <w:rFonts w:ascii="Times New Roman" w:eastAsia="MS Mincho" w:hAnsi="Times New Roman" w:cs="Times New Roman"/>
        </w:rPr>
        <w:t xml:space="preserve">, </w:t>
      </w:r>
      <w:proofErr w:type="spellStart"/>
      <w:r w:rsidRPr="00921950">
        <w:rPr>
          <w:rFonts w:ascii="Times New Roman" w:eastAsia="MS Mincho" w:hAnsi="Times New Roman" w:cs="Times New Roman"/>
        </w:rPr>
        <w:t>Europejskiego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Funduszu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Społecznego</w:t>
      </w:r>
      <w:proofErr w:type="spellEnd"/>
      <w:r w:rsidRPr="00921950">
        <w:rPr>
          <w:rFonts w:ascii="Times New Roman" w:eastAsia="MS Mincho" w:hAnsi="Times New Roman" w:cs="Times New Roman"/>
        </w:rPr>
        <w:t xml:space="preserve"> Plus, </w:t>
      </w:r>
      <w:proofErr w:type="spellStart"/>
      <w:r w:rsidRPr="00921950">
        <w:rPr>
          <w:rFonts w:ascii="Times New Roman" w:eastAsia="MS Mincho" w:hAnsi="Times New Roman" w:cs="Times New Roman"/>
        </w:rPr>
        <w:t>Funduszu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Spójności</w:t>
      </w:r>
      <w:proofErr w:type="spellEnd"/>
      <w:r w:rsidRPr="00921950">
        <w:rPr>
          <w:rFonts w:ascii="Times New Roman" w:eastAsia="MS Mincho" w:hAnsi="Times New Roman" w:cs="Times New Roman"/>
        </w:rPr>
        <w:t xml:space="preserve">, </w:t>
      </w:r>
      <w:proofErr w:type="spellStart"/>
      <w:r w:rsidRPr="00921950">
        <w:rPr>
          <w:rFonts w:ascii="Times New Roman" w:eastAsia="MS Mincho" w:hAnsi="Times New Roman" w:cs="Times New Roman"/>
        </w:rPr>
        <w:t>Funduszu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na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rzecz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Sprawiedliwej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lastRenderedPageBreak/>
        <w:t>Transformacji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i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Europejskiego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Funduszu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Morskiego</w:t>
      </w:r>
      <w:proofErr w:type="spellEnd"/>
      <w:r w:rsidRPr="00921950">
        <w:rPr>
          <w:rFonts w:ascii="Times New Roman" w:eastAsia="MS Mincho" w:hAnsi="Times New Roman" w:cs="Times New Roman"/>
        </w:rPr>
        <w:t xml:space="preserve">, </w:t>
      </w:r>
      <w:proofErr w:type="spellStart"/>
      <w:r w:rsidRPr="00921950">
        <w:rPr>
          <w:rFonts w:ascii="Times New Roman" w:eastAsia="MS Mincho" w:hAnsi="Times New Roman" w:cs="Times New Roman"/>
        </w:rPr>
        <w:t>Rybackiego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i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Akwakultury</w:t>
      </w:r>
      <w:proofErr w:type="spellEnd"/>
      <w:r w:rsidRPr="00921950">
        <w:rPr>
          <w:rFonts w:ascii="Times New Roman" w:eastAsia="MS Mincho" w:hAnsi="Times New Roman" w:cs="Times New Roman"/>
        </w:rPr>
        <w:t xml:space="preserve">, a </w:t>
      </w:r>
      <w:proofErr w:type="spellStart"/>
      <w:r w:rsidRPr="00921950">
        <w:rPr>
          <w:rFonts w:ascii="Times New Roman" w:eastAsia="MS Mincho" w:hAnsi="Times New Roman" w:cs="Times New Roman"/>
        </w:rPr>
        <w:t>także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przepisy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finansowe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na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potrzeby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tych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funduszy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oraz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na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potrzeby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Funduszu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Azylu</w:t>
      </w:r>
      <w:proofErr w:type="spellEnd"/>
      <w:r w:rsidRPr="00921950">
        <w:rPr>
          <w:rFonts w:ascii="Times New Roman" w:eastAsia="MS Mincho" w:hAnsi="Times New Roman" w:cs="Times New Roman"/>
        </w:rPr>
        <w:t xml:space="preserve">, </w:t>
      </w:r>
      <w:proofErr w:type="spellStart"/>
      <w:r w:rsidRPr="00921950">
        <w:rPr>
          <w:rFonts w:ascii="Times New Roman" w:eastAsia="MS Mincho" w:hAnsi="Times New Roman" w:cs="Times New Roman"/>
        </w:rPr>
        <w:t>Migracji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i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Integracji</w:t>
      </w:r>
      <w:proofErr w:type="spellEnd"/>
      <w:r w:rsidRPr="00921950">
        <w:rPr>
          <w:rFonts w:ascii="Times New Roman" w:eastAsia="MS Mincho" w:hAnsi="Times New Roman" w:cs="Times New Roman"/>
        </w:rPr>
        <w:t xml:space="preserve">, </w:t>
      </w:r>
      <w:proofErr w:type="spellStart"/>
      <w:r w:rsidRPr="00921950">
        <w:rPr>
          <w:rFonts w:ascii="Times New Roman" w:eastAsia="MS Mincho" w:hAnsi="Times New Roman" w:cs="Times New Roman"/>
        </w:rPr>
        <w:t>Funduszu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Bezpieczeństwa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Wewnętrznego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i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Instrumentu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Wsparcia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Finansowego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na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rzecz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Zarządzania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Granicami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i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Polityki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Wizowej</w:t>
      </w:r>
      <w:proofErr w:type="spellEnd"/>
      <w:r w:rsidRPr="00921950">
        <w:rPr>
          <w:rFonts w:ascii="Times New Roman" w:eastAsia="MS Mincho" w:hAnsi="Times New Roman" w:cs="Times New Roman"/>
        </w:rPr>
        <w:t>;</w:t>
      </w:r>
    </w:p>
    <w:p w:rsidR="001D0646" w:rsidRPr="00921950" w:rsidRDefault="001D0646" w:rsidP="001D0646">
      <w:pPr>
        <w:numPr>
          <w:ilvl w:val="0"/>
          <w:numId w:val="38"/>
        </w:numPr>
        <w:spacing w:after="160"/>
        <w:ind w:left="851" w:hanging="567"/>
        <w:contextualSpacing/>
        <w:jc w:val="both"/>
        <w:rPr>
          <w:rFonts w:ascii="Times New Roman" w:eastAsia="MS Mincho" w:hAnsi="Times New Roman" w:cs="Times New Roman"/>
        </w:rPr>
      </w:pPr>
      <w:proofErr w:type="spellStart"/>
      <w:r w:rsidRPr="00921950">
        <w:rPr>
          <w:rFonts w:ascii="Times New Roman" w:eastAsia="MS Mincho" w:hAnsi="Times New Roman" w:cs="Times New Roman"/>
        </w:rPr>
        <w:t>Rozporządzenie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Parlamentu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Europejskiego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i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Rady</w:t>
      </w:r>
      <w:proofErr w:type="spellEnd"/>
      <w:r w:rsidRPr="00921950">
        <w:rPr>
          <w:rFonts w:ascii="Times New Roman" w:eastAsia="MS Mincho" w:hAnsi="Times New Roman" w:cs="Times New Roman"/>
        </w:rPr>
        <w:t xml:space="preserve"> (UE) </w:t>
      </w:r>
      <w:proofErr w:type="spellStart"/>
      <w:r w:rsidRPr="00921950">
        <w:rPr>
          <w:rFonts w:ascii="Times New Roman" w:eastAsia="MS Mincho" w:hAnsi="Times New Roman" w:cs="Times New Roman"/>
        </w:rPr>
        <w:t>nr</w:t>
      </w:r>
      <w:proofErr w:type="spellEnd"/>
      <w:r w:rsidRPr="00921950">
        <w:rPr>
          <w:rFonts w:ascii="Times New Roman" w:eastAsia="MS Mincho" w:hAnsi="Times New Roman" w:cs="Times New Roman"/>
        </w:rPr>
        <w:t xml:space="preserve"> 2021/1056 z </w:t>
      </w:r>
      <w:proofErr w:type="spellStart"/>
      <w:r w:rsidRPr="00921950">
        <w:rPr>
          <w:rFonts w:ascii="Times New Roman" w:eastAsia="MS Mincho" w:hAnsi="Times New Roman" w:cs="Times New Roman"/>
        </w:rPr>
        <w:t>dnia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24 </w:t>
      </w:r>
      <w:proofErr w:type="spellStart"/>
      <w:r w:rsidRPr="00921950">
        <w:rPr>
          <w:rFonts w:ascii="Times New Roman" w:eastAsia="MS Mincho" w:hAnsi="Times New Roman" w:cs="Times New Roman"/>
        </w:rPr>
        <w:t>czerwca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2021 r. </w:t>
      </w:r>
      <w:proofErr w:type="spellStart"/>
      <w:r w:rsidRPr="00921950">
        <w:rPr>
          <w:rFonts w:ascii="Times New Roman" w:eastAsia="MS Mincho" w:hAnsi="Times New Roman" w:cs="Times New Roman"/>
        </w:rPr>
        <w:t>ustanawiające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Fundusz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na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rzecz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Sprawiedliwej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Transformacji</w:t>
      </w:r>
      <w:proofErr w:type="spellEnd"/>
      <w:r w:rsidRPr="00921950">
        <w:rPr>
          <w:rFonts w:ascii="Times New Roman" w:eastAsia="MS Mincho" w:hAnsi="Times New Roman" w:cs="Times New Roman"/>
        </w:rPr>
        <w:t>;</w:t>
      </w:r>
    </w:p>
    <w:p w:rsidR="001D0646" w:rsidRPr="00921950" w:rsidRDefault="001D0646" w:rsidP="001D0646">
      <w:pPr>
        <w:numPr>
          <w:ilvl w:val="0"/>
          <w:numId w:val="38"/>
        </w:numPr>
        <w:spacing w:after="160"/>
        <w:ind w:left="851" w:hanging="567"/>
        <w:contextualSpacing/>
        <w:jc w:val="both"/>
        <w:rPr>
          <w:rFonts w:ascii="Times New Roman" w:eastAsia="MS Mincho" w:hAnsi="Times New Roman" w:cs="Times New Roman"/>
        </w:rPr>
      </w:pPr>
      <w:proofErr w:type="spellStart"/>
      <w:r w:rsidRPr="00921950">
        <w:rPr>
          <w:rFonts w:ascii="Times New Roman" w:eastAsia="MS Mincho" w:hAnsi="Times New Roman" w:cs="Times New Roman"/>
        </w:rPr>
        <w:t>ustawą</w:t>
      </w:r>
      <w:proofErr w:type="spellEnd"/>
      <w:r w:rsidRPr="00921950">
        <w:rPr>
          <w:rFonts w:ascii="Times New Roman" w:eastAsia="MS Mincho" w:hAnsi="Times New Roman" w:cs="Times New Roman"/>
        </w:rPr>
        <w:t xml:space="preserve"> z </w:t>
      </w:r>
      <w:proofErr w:type="spellStart"/>
      <w:r w:rsidRPr="00921950">
        <w:rPr>
          <w:rFonts w:ascii="Times New Roman" w:eastAsia="MS Mincho" w:hAnsi="Times New Roman" w:cs="Times New Roman"/>
        </w:rPr>
        <w:t>dnia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11 </w:t>
      </w:r>
      <w:proofErr w:type="spellStart"/>
      <w:r w:rsidRPr="00921950">
        <w:rPr>
          <w:rFonts w:ascii="Times New Roman" w:eastAsia="MS Mincho" w:hAnsi="Times New Roman" w:cs="Times New Roman"/>
        </w:rPr>
        <w:t>września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2019 r. </w:t>
      </w:r>
      <w:proofErr w:type="spellStart"/>
      <w:r w:rsidRPr="00921950">
        <w:rPr>
          <w:rFonts w:ascii="Times New Roman" w:eastAsia="MS Mincho" w:hAnsi="Times New Roman" w:cs="Times New Roman"/>
        </w:rPr>
        <w:t>Prawo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zamówień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publicznych</w:t>
      </w:r>
      <w:proofErr w:type="spellEnd"/>
      <w:r w:rsidRPr="00921950">
        <w:rPr>
          <w:rFonts w:ascii="Times New Roman" w:eastAsia="MS Mincho" w:hAnsi="Times New Roman" w:cs="Times New Roman"/>
        </w:rPr>
        <w:t>;</w:t>
      </w:r>
    </w:p>
    <w:p w:rsidR="001D0646" w:rsidRPr="00921950" w:rsidRDefault="001D0646" w:rsidP="001D0646">
      <w:pPr>
        <w:numPr>
          <w:ilvl w:val="0"/>
          <w:numId w:val="38"/>
        </w:numPr>
        <w:spacing w:after="160"/>
        <w:ind w:left="851" w:hanging="567"/>
        <w:contextualSpacing/>
        <w:jc w:val="both"/>
        <w:rPr>
          <w:rFonts w:ascii="Times New Roman" w:eastAsia="MS Mincho" w:hAnsi="Times New Roman" w:cs="Times New Roman"/>
        </w:rPr>
      </w:pPr>
      <w:proofErr w:type="spellStart"/>
      <w:r w:rsidRPr="00921950">
        <w:rPr>
          <w:rFonts w:ascii="Times New Roman" w:eastAsia="MS Mincho" w:hAnsi="Times New Roman" w:cs="Times New Roman"/>
        </w:rPr>
        <w:t>ustawą</w:t>
      </w:r>
      <w:proofErr w:type="spellEnd"/>
      <w:r w:rsidRPr="00921950">
        <w:rPr>
          <w:rFonts w:ascii="Times New Roman" w:eastAsia="MS Mincho" w:hAnsi="Times New Roman" w:cs="Times New Roman"/>
        </w:rPr>
        <w:t xml:space="preserve"> z </w:t>
      </w:r>
      <w:proofErr w:type="spellStart"/>
      <w:r w:rsidRPr="00921950">
        <w:rPr>
          <w:rFonts w:ascii="Times New Roman" w:eastAsia="MS Mincho" w:hAnsi="Times New Roman" w:cs="Times New Roman"/>
        </w:rPr>
        <w:t>dnia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28 </w:t>
      </w:r>
      <w:proofErr w:type="spellStart"/>
      <w:r w:rsidRPr="00921950">
        <w:rPr>
          <w:rFonts w:ascii="Times New Roman" w:eastAsia="MS Mincho" w:hAnsi="Times New Roman" w:cs="Times New Roman"/>
        </w:rPr>
        <w:t>kwietnia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2022 r. o </w:t>
      </w:r>
      <w:proofErr w:type="spellStart"/>
      <w:r w:rsidRPr="00921950">
        <w:rPr>
          <w:rFonts w:ascii="Times New Roman" w:eastAsia="MS Mincho" w:hAnsi="Times New Roman" w:cs="Times New Roman"/>
        </w:rPr>
        <w:t>zasadach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realizacji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zadań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finansowanych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ze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środków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europejskich</w:t>
      </w:r>
      <w:proofErr w:type="spellEnd"/>
      <w:r w:rsidRPr="00921950">
        <w:rPr>
          <w:rFonts w:ascii="Times New Roman" w:eastAsia="MS Mincho" w:hAnsi="Times New Roman" w:cs="Times New Roman"/>
        </w:rPr>
        <w:t xml:space="preserve"> w </w:t>
      </w:r>
      <w:proofErr w:type="spellStart"/>
      <w:r w:rsidRPr="00921950">
        <w:rPr>
          <w:rFonts w:ascii="Times New Roman" w:eastAsia="MS Mincho" w:hAnsi="Times New Roman" w:cs="Times New Roman"/>
        </w:rPr>
        <w:t>perspektywie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finansowej</w:t>
      </w:r>
      <w:proofErr w:type="spellEnd"/>
      <w:r w:rsidRPr="00921950">
        <w:rPr>
          <w:rFonts w:ascii="Times New Roman" w:eastAsia="MS Mincho" w:hAnsi="Times New Roman" w:cs="Times New Roman"/>
        </w:rPr>
        <w:t xml:space="preserve"> 2021-2027;</w:t>
      </w:r>
    </w:p>
    <w:p w:rsidR="001D0646" w:rsidRPr="00921950" w:rsidRDefault="001D0646" w:rsidP="001D0646">
      <w:pPr>
        <w:numPr>
          <w:ilvl w:val="0"/>
          <w:numId w:val="38"/>
        </w:numPr>
        <w:spacing w:after="160"/>
        <w:ind w:left="851" w:hanging="567"/>
        <w:contextualSpacing/>
        <w:jc w:val="both"/>
        <w:rPr>
          <w:rFonts w:ascii="Times New Roman" w:eastAsia="MS Mincho" w:hAnsi="Times New Roman" w:cs="Times New Roman"/>
        </w:rPr>
      </w:pPr>
      <w:proofErr w:type="spellStart"/>
      <w:r w:rsidRPr="00921950">
        <w:rPr>
          <w:rFonts w:ascii="Times New Roman" w:eastAsia="MS Mincho" w:hAnsi="Times New Roman" w:cs="Times New Roman"/>
        </w:rPr>
        <w:t>ustawą</w:t>
      </w:r>
      <w:proofErr w:type="spellEnd"/>
      <w:r w:rsidRPr="00921950">
        <w:rPr>
          <w:rFonts w:ascii="Times New Roman" w:eastAsia="MS Mincho" w:hAnsi="Times New Roman" w:cs="Times New Roman"/>
        </w:rPr>
        <w:t xml:space="preserve"> z </w:t>
      </w:r>
      <w:proofErr w:type="spellStart"/>
      <w:r w:rsidRPr="00921950">
        <w:rPr>
          <w:rFonts w:ascii="Times New Roman" w:eastAsia="MS Mincho" w:hAnsi="Times New Roman" w:cs="Times New Roman"/>
        </w:rPr>
        <w:t>dnia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14 </w:t>
      </w:r>
      <w:proofErr w:type="spellStart"/>
      <w:r w:rsidRPr="00921950">
        <w:rPr>
          <w:rFonts w:ascii="Times New Roman" w:eastAsia="MS Mincho" w:hAnsi="Times New Roman" w:cs="Times New Roman"/>
        </w:rPr>
        <w:t>lipca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1983 r. o </w:t>
      </w:r>
      <w:proofErr w:type="spellStart"/>
      <w:r w:rsidRPr="00921950">
        <w:rPr>
          <w:rFonts w:ascii="Times New Roman" w:eastAsia="MS Mincho" w:hAnsi="Times New Roman" w:cs="Times New Roman"/>
        </w:rPr>
        <w:t>narodowym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zasobie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archiwalnym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i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archiwach</w:t>
      </w:r>
      <w:proofErr w:type="spellEnd"/>
      <w:r w:rsidRPr="00921950">
        <w:rPr>
          <w:rFonts w:ascii="Times New Roman" w:eastAsia="MS Mincho" w:hAnsi="Times New Roman" w:cs="Times New Roman"/>
        </w:rPr>
        <w:t>.</w:t>
      </w:r>
    </w:p>
    <w:p w:rsidR="001D0646" w:rsidRPr="00921950" w:rsidRDefault="001D0646" w:rsidP="001D0646">
      <w:pPr>
        <w:numPr>
          <w:ilvl w:val="0"/>
          <w:numId w:val="37"/>
        </w:numPr>
        <w:spacing w:after="160"/>
        <w:ind w:left="284" w:hanging="284"/>
        <w:contextualSpacing/>
        <w:jc w:val="both"/>
        <w:rPr>
          <w:rFonts w:ascii="Times New Roman" w:eastAsia="MS Mincho" w:hAnsi="Times New Roman" w:cs="Times New Roman"/>
        </w:rPr>
      </w:pPr>
      <w:proofErr w:type="spellStart"/>
      <w:r w:rsidRPr="00921950">
        <w:rPr>
          <w:rFonts w:ascii="Times New Roman" w:eastAsia="MS Mincho" w:hAnsi="Times New Roman" w:cs="Times New Roman"/>
        </w:rPr>
        <w:t>Przetwarzane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dane</w:t>
      </w:r>
      <w:proofErr w:type="spellEnd"/>
      <w:r w:rsidRPr="00921950">
        <w:rPr>
          <w:rFonts w:ascii="Times New Roman" w:eastAsia="MS Mincho" w:hAnsi="Times New Roman" w:cs="Times New Roman"/>
        </w:rPr>
        <w:t xml:space="preserve"> to:</w:t>
      </w:r>
    </w:p>
    <w:p w:rsidR="001D0646" w:rsidRPr="00921950" w:rsidRDefault="001D0646" w:rsidP="001D0646">
      <w:pPr>
        <w:ind w:left="284"/>
        <w:contextualSpacing/>
        <w:jc w:val="both"/>
        <w:rPr>
          <w:rFonts w:ascii="Times New Roman" w:eastAsia="MS Mincho" w:hAnsi="Times New Roman" w:cs="Times New Roman"/>
        </w:rPr>
      </w:pPr>
      <w:proofErr w:type="spellStart"/>
      <w:r w:rsidRPr="00921950">
        <w:rPr>
          <w:rFonts w:ascii="Times New Roman" w:eastAsia="MS Mincho" w:hAnsi="Times New Roman" w:cs="Times New Roman"/>
        </w:rPr>
        <w:t>Imię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i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nazwisko</w:t>
      </w:r>
      <w:proofErr w:type="spellEnd"/>
      <w:r w:rsidRPr="00921950">
        <w:rPr>
          <w:rFonts w:ascii="Times New Roman" w:eastAsia="MS Mincho" w:hAnsi="Times New Roman" w:cs="Times New Roman"/>
        </w:rPr>
        <w:t>/</w:t>
      </w:r>
      <w:proofErr w:type="spellStart"/>
      <w:r w:rsidRPr="00921950">
        <w:rPr>
          <w:rFonts w:ascii="Times New Roman" w:eastAsia="MS Mincho" w:hAnsi="Times New Roman" w:cs="Times New Roman"/>
        </w:rPr>
        <w:t>nazwa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instytucji</w:t>
      </w:r>
      <w:proofErr w:type="spellEnd"/>
      <w:r w:rsidRPr="00921950">
        <w:rPr>
          <w:rFonts w:ascii="Times New Roman" w:eastAsia="MS Mincho" w:hAnsi="Times New Roman" w:cs="Times New Roman"/>
        </w:rPr>
        <w:t xml:space="preserve">, NIP, REGON, data </w:t>
      </w:r>
      <w:proofErr w:type="spellStart"/>
      <w:r w:rsidRPr="00921950">
        <w:rPr>
          <w:rFonts w:ascii="Times New Roman" w:eastAsia="MS Mincho" w:hAnsi="Times New Roman" w:cs="Times New Roman"/>
        </w:rPr>
        <w:t>zawarcia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umowy</w:t>
      </w:r>
      <w:proofErr w:type="spellEnd"/>
      <w:r w:rsidRPr="00921950">
        <w:rPr>
          <w:rFonts w:ascii="Times New Roman" w:eastAsia="MS Mincho" w:hAnsi="Times New Roman" w:cs="Times New Roman"/>
        </w:rPr>
        <w:t xml:space="preserve">, </w:t>
      </w:r>
      <w:proofErr w:type="spellStart"/>
      <w:r w:rsidRPr="00921950">
        <w:rPr>
          <w:rFonts w:ascii="Times New Roman" w:eastAsia="MS Mincho" w:hAnsi="Times New Roman" w:cs="Times New Roman"/>
        </w:rPr>
        <w:t>kwota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na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którą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zawarto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umowę</w:t>
      </w:r>
      <w:proofErr w:type="spellEnd"/>
      <w:r w:rsidRPr="00921950">
        <w:rPr>
          <w:rFonts w:ascii="Times New Roman" w:eastAsia="MS Mincho" w:hAnsi="Times New Roman" w:cs="Times New Roman"/>
        </w:rPr>
        <w:t>.</w:t>
      </w:r>
    </w:p>
    <w:p w:rsidR="001D0646" w:rsidRPr="00921950" w:rsidRDefault="001D0646" w:rsidP="001D0646">
      <w:pPr>
        <w:numPr>
          <w:ilvl w:val="0"/>
          <w:numId w:val="37"/>
        </w:numPr>
        <w:spacing w:after="160"/>
        <w:ind w:left="284" w:hanging="284"/>
        <w:contextualSpacing/>
        <w:jc w:val="both"/>
        <w:rPr>
          <w:rFonts w:ascii="Times New Roman" w:eastAsia="MS Mincho" w:hAnsi="Times New Roman" w:cs="Times New Roman"/>
        </w:rPr>
      </w:pPr>
      <w:proofErr w:type="spellStart"/>
      <w:r w:rsidRPr="00921950">
        <w:rPr>
          <w:rFonts w:ascii="Times New Roman" w:eastAsia="MS Mincho" w:hAnsi="Times New Roman" w:cs="Times New Roman"/>
        </w:rPr>
        <w:t>Źródłem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Pani</w:t>
      </w:r>
      <w:proofErr w:type="spellEnd"/>
      <w:r w:rsidRPr="00921950">
        <w:rPr>
          <w:rFonts w:ascii="Times New Roman" w:eastAsia="MS Mincho" w:hAnsi="Times New Roman" w:cs="Times New Roman"/>
        </w:rPr>
        <w:t xml:space="preserve">/Pana </w:t>
      </w:r>
      <w:proofErr w:type="spellStart"/>
      <w:r w:rsidRPr="00921950">
        <w:rPr>
          <w:rFonts w:ascii="Times New Roman" w:eastAsia="MS Mincho" w:hAnsi="Times New Roman" w:cs="Times New Roman"/>
        </w:rPr>
        <w:t>danych</w:t>
      </w:r>
      <w:proofErr w:type="spellEnd"/>
      <w:r w:rsidRPr="00921950">
        <w:rPr>
          <w:rFonts w:ascii="Times New Roman" w:eastAsia="MS Mincho" w:hAnsi="Times New Roman" w:cs="Times New Roman"/>
        </w:rPr>
        <w:t xml:space="preserve"> jest: </w:t>
      </w:r>
      <w:proofErr w:type="spellStart"/>
      <w:r w:rsidRPr="00921950">
        <w:rPr>
          <w:rFonts w:ascii="Times New Roman" w:eastAsia="MS Mincho" w:hAnsi="Times New Roman" w:cs="Times New Roman"/>
        </w:rPr>
        <w:t>Beneficjent</w:t>
      </w:r>
      <w:proofErr w:type="spellEnd"/>
    </w:p>
    <w:p w:rsidR="001D0646" w:rsidRPr="00921950" w:rsidRDefault="001D0646" w:rsidP="001D0646">
      <w:pPr>
        <w:numPr>
          <w:ilvl w:val="0"/>
          <w:numId w:val="37"/>
        </w:numPr>
        <w:spacing w:after="160"/>
        <w:ind w:left="284" w:hanging="284"/>
        <w:contextualSpacing/>
        <w:jc w:val="both"/>
        <w:rPr>
          <w:rFonts w:ascii="Times New Roman" w:eastAsia="MS Mincho" w:hAnsi="Times New Roman" w:cs="Times New Roman"/>
        </w:rPr>
      </w:pPr>
      <w:proofErr w:type="spellStart"/>
      <w:r w:rsidRPr="00921950">
        <w:rPr>
          <w:rFonts w:ascii="Times New Roman" w:eastAsia="MS Mincho" w:hAnsi="Times New Roman" w:cs="Times New Roman"/>
        </w:rPr>
        <w:t>Odbiorcami</w:t>
      </w:r>
      <w:proofErr w:type="spellEnd"/>
      <w:r w:rsidRPr="00921950">
        <w:rPr>
          <w:rFonts w:ascii="Times New Roman" w:eastAsia="MS Mincho" w:hAnsi="Times New Roman" w:cs="Times New Roman"/>
        </w:rPr>
        <w:t>/</w:t>
      </w:r>
      <w:proofErr w:type="spellStart"/>
      <w:r w:rsidRPr="00921950">
        <w:rPr>
          <w:rFonts w:ascii="Times New Roman" w:eastAsia="MS Mincho" w:hAnsi="Times New Roman" w:cs="Times New Roman"/>
        </w:rPr>
        <w:t>kategoriami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odbiorców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Pani</w:t>
      </w:r>
      <w:proofErr w:type="spellEnd"/>
      <w:r w:rsidRPr="00921950">
        <w:rPr>
          <w:rFonts w:ascii="Times New Roman" w:eastAsia="MS Mincho" w:hAnsi="Times New Roman" w:cs="Times New Roman"/>
        </w:rPr>
        <w:t xml:space="preserve">/Pana </w:t>
      </w:r>
      <w:proofErr w:type="spellStart"/>
      <w:r w:rsidRPr="00921950">
        <w:rPr>
          <w:rFonts w:ascii="Times New Roman" w:eastAsia="MS Mincho" w:hAnsi="Times New Roman" w:cs="Times New Roman"/>
        </w:rPr>
        <w:t>danych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osobowych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będą</w:t>
      </w:r>
      <w:proofErr w:type="spellEnd"/>
      <w:r w:rsidRPr="00921950">
        <w:rPr>
          <w:rFonts w:ascii="Times New Roman" w:eastAsia="MS Mincho" w:hAnsi="Times New Roman" w:cs="Times New Roman"/>
        </w:rPr>
        <w:t>:</w:t>
      </w:r>
    </w:p>
    <w:p w:rsidR="001D0646" w:rsidRPr="00921950" w:rsidRDefault="001D0646" w:rsidP="001D0646">
      <w:pPr>
        <w:numPr>
          <w:ilvl w:val="1"/>
          <w:numId w:val="37"/>
        </w:numPr>
        <w:spacing w:after="160"/>
        <w:ind w:left="567" w:hanging="283"/>
        <w:contextualSpacing/>
        <w:jc w:val="both"/>
        <w:rPr>
          <w:rFonts w:ascii="Times New Roman" w:eastAsia="MS Mincho" w:hAnsi="Times New Roman" w:cs="Times New Roman"/>
        </w:rPr>
      </w:pPr>
      <w:r w:rsidRPr="00921950">
        <w:rPr>
          <w:rFonts w:ascii="Times New Roman" w:eastAsia="MS Mincho" w:hAnsi="Times New Roman" w:cs="Times New Roman"/>
        </w:rPr>
        <w:t xml:space="preserve">Minister </w:t>
      </w:r>
      <w:proofErr w:type="spellStart"/>
      <w:r w:rsidRPr="00921950">
        <w:rPr>
          <w:rFonts w:ascii="Times New Roman" w:eastAsia="MS Mincho" w:hAnsi="Times New Roman" w:cs="Times New Roman"/>
        </w:rPr>
        <w:t>właściwy</w:t>
      </w:r>
      <w:proofErr w:type="spellEnd"/>
      <w:r w:rsidRPr="00921950">
        <w:rPr>
          <w:rFonts w:ascii="Times New Roman" w:eastAsia="MS Mincho" w:hAnsi="Times New Roman" w:cs="Times New Roman"/>
        </w:rPr>
        <w:t xml:space="preserve"> ds. </w:t>
      </w:r>
      <w:proofErr w:type="spellStart"/>
      <w:r w:rsidRPr="00921950">
        <w:rPr>
          <w:rFonts w:ascii="Times New Roman" w:eastAsia="MS Mincho" w:hAnsi="Times New Roman" w:cs="Times New Roman"/>
        </w:rPr>
        <w:t>rozwoju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regionalnego</w:t>
      </w:r>
      <w:proofErr w:type="spellEnd"/>
    </w:p>
    <w:p w:rsidR="001D0646" w:rsidRPr="00921950" w:rsidRDefault="001D0646" w:rsidP="001D0646">
      <w:pPr>
        <w:numPr>
          <w:ilvl w:val="1"/>
          <w:numId w:val="37"/>
        </w:numPr>
        <w:spacing w:after="160"/>
        <w:ind w:left="567" w:hanging="283"/>
        <w:contextualSpacing/>
        <w:jc w:val="both"/>
        <w:rPr>
          <w:rFonts w:ascii="Times New Roman" w:eastAsia="MS Mincho" w:hAnsi="Times New Roman" w:cs="Times New Roman"/>
        </w:rPr>
      </w:pPr>
      <w:proofErr w:type="spellStart"/>
      <w:r w:rsidRPr="00921950">
        <w:rPr>
          <w:rFonts w:ascii="Times New Roman" w:eastAsia="MS Mincho" w:hAnsi="Times New Roman" w:cs="Times New Roman"/>
        </w:rPr>
        <w:t>podmioty</w:t>
      </w:r>
      <w:proofErr w:type="spellEnd"/>
      <w:r w:rsidRPr="00921950">
        <w:rPr>
          <w:rFonts w:ascii="Times New Roman" w:eastAsia="MS Mincho" w:hAnsi="Times New Roman" w:cs="Times New Roman"/>
        </w:rPr>
        <w:t xml:space="preserve">, </w:t>
      </w:r>
      <w:proofErr w:type="spellStart"/>
      <w:r w:rsidRPr="00921950">
        <w:rPr>
          <w:rFonts w:ascii="Times New Roman" w:eastAsia="MS Mincho" w:hAnsi="Times New Roman" w:cs="Times New Roman"/>
        </w:rPr>
        <w:t>które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na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zlecenie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Beneficjenta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uczestniczą</w:t>
      </w:r>
      <w:proofErr w:type="spellEnd"/>
      <w:r w:rsidRPr="00921950">
        <w:rPr>
          <w:rFonts w:ascii="Times New Roman" w:eastAsia="MS Mincho" w:hAnsi="Times New Roman" w:cs="Times New Roman"/>
        </w:rPr>
        <w:t xml:space="preserve"> w </w:t>
      </w:r>
      <w:proofErr w:type="spellStart"/>
      <w:r w:rsidRPr="00921950">
        <w:rPr>
          <w:rFonts w:ascii="Times New Roman" w:eastAsia="MS Mincho" w:hAnsi="Times New Roman" w:cs="Times New Roman"/>
        </w:rPr>
        <w:t>realizacji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projektu</w:t>
      </w:r>
      <w:proofErr w:type="spellEnd"/>
      <w:r w:rsidRPr="00921950">
        <w:rPr>
          <w:rFonts w:ascii="Times New Roman" w:eastAsia="MS Mincho" w:hAnsi="Times New Roman" w:cs="Times New Roman"/>
        </w:rPr>
        <w:t>;</w:t>
      </w:r>
    </w:p>
    <w:p w:rsidR="001D0646" w:rsidRPr="00921950" w:rsidRDefault="001D0646" w:rsidP="001D0646">
      <w:pPr>
        <w:numPr>
          <w:ilvl w:val="1"/>
          <w:numId w:val="37"/>
        </w:numPr>
        <w:spacing w:after="160"/>
        <w:ind w:left="567" w:hanging="283"/>
        <w:contextualSpacing/>
        <w:jc w:val="both"/>
        <w:rPr>
          <w:rFonts w:ascii="Times New Roman" w:eastAsia="MS Mincho" w:hAnsi="Times New Roman" w:cs="Times New Roman"/>
        </w:rPr>
      </w:pPr>
      <w:proofErr w:type="spellStart"/>
      <w:r w:rsidRPr="00921950">
        <w:rPr>
          <w:rFonts w:ascii="Times New Roman" w:eastAsia="MS Mincho" w:hAnsi="Times New Roman" w:cs="Times New Roman"/>
        </w:rPr>
        <w:t>użytkownicy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stron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internetowych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dotyczących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zamówień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publicznych</w:t>
      </w:r>
      <w:proofErr w:type="spellEnd"/>
      <w:r w:rsidRPr="00921950">
        <w:rPr>
          <w:rFonts w:ascii="Times New Roman" w:eastAsia="MS Mincho" w:hAnsi="Times New Roman" w:cs="Times New Roman"/>
        </w:rPr>
        <w:t>.</w:t>
      </w:r>
    </w:p>
    <w:p w:rsidR="001D0646" w:rsidRPr="00921950" w:rsidRDefault="001D0646" w:rsidP="001D0646">
      <w:pPr>
        <w:numPr>
          <w:ilvl w:val="0"/>
          <w:numId w:val="37"/>
        </w:numPr>
        <w:spacing w:after="160"/>
        <w:ind w:left="284" w:hanging="284"/>
        <w:contextualSpacing/>
        <w:jc w:val="both"/>
        <w:rPr>
          <w:rFonts w:ascii="Times New Roman" w:eastAsia="MS Mincho" w:hAnsi="Times New Roman" w:cs="Times New Roman"/>
        </w:rPr>
      </w:pPr>
      <w:r w:rsidRPr="00921950">
        <w:rPr>
          <w:rFonts w:ascii="Times New Roman" w:eastAsia="MS Mincho" w:hAnsi="Times New Roman" w:cs="Times New Roman"/>
        </w:rPr>
        <w:t xml:space="preserve">Dane </w:t>
      </w:r>
      <w:proofErr w:type="spellStart"/>
      <w:r w:rsidRPr="00921950">
        <w:rPr>
          <w:rFonts w:ascii="Times New Roman" w:eastAsia="MS Mincho" w:hAnsi="Times New Roman" w:cs="Times New Roman"/>
        </w:rPr>
        <w:t>będą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przechowywane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przez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okres</w:t>
      </w:r>
      <w:proofErr w:type="spellEnd"/>
      <w:r w:rsidRPr="00921950">
        <w:rPr>
          <w:rFonts w:ascii="Times New Roman" w:eastAsia="MS Mincho" w:hAnsi="Times New Roman" w:cs="Times New Roman"/>
        </w:rPr>
        <w:t>:</w:t>
      </w:r>
    </w:p>
    <w:p w:rsidR="001D0646" w:rsidRPr="00921950" w:rsidRDefault="001D0646" w:rsidP="001D0646">
      <w:pPr>
        <w:ind w:left="284"/>
        <w:contextualSpacing/>
        <w:jc w:val="both"/>
        <w:rPr>
          <w:rFonts w:ascii="Times New Roman" w:eastAsia="MS Mincho" w:hAnsi="Times New Roman" w:cs="Times New Roman"/>
        </w:rPr>
      </w:pPr>
      <w:r w:rsidRPr="00921950">
        <w:rPr>
          <w:rFonts w:ascii="Times New Roman" w:eastAsia="MS Mincho" w:hAnsi="Times New Roman" w:cs="Times New Roman"/>
        </w:rPr>
        <w:t xml:space="preserve">5 </w:t>
      </w:r>
      <w:proofErr w:type="spellStart"/>
      <w:r w:rsidRPr="00921950">
        <w:rPr>
          <w:rFonts w:ascii="Times New Roman" w:eastAsia="MS Mincho" w:hAnsi="Times New Roman" w:cs="Times New Roman"/>
        </w:rPr>
        <w:t>lat</w:t>
      </w:r>
      <w:proofErr w:type="spellEnd"/>
      <w:r w:rsidRPr="00921950">
        <w:rPr>
          <w:rFonts w:ascii="Times New Roman" w:eastAsia="MS Mincho" w:hAnsi="Times New Roman" w:cs="Times New Roman"/>
        </w:rPr>
        <w:t xml:space="preserve"> od </w:t>
      </w:r>
      <w:proofErr w:type="spellStart"/>
      <w:r w:rsidRPr="00921950">
        <w:rPr>
          <w:rFonts w:ascii="Times New Roman" w:eastAsia="MS Mincho" w:hAnsi="Times New Roman" w:cs="Times New Roman"/>
        </w:rPr>
        <w:t>dnia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31 </w:t>
      </w:r>
      <w:proofErr w:type="spellStart"/>
      <w:r w:rsidRPr="00921950">
        <w:rPr>
          <w:rFonts w:ascii="Times New Roman" w:eastAsia="MS Mincho" w:hAnsi="Times New Roman" w:cs="Times New Roman"/>
        </w:rPr>
        <w:t>grudnia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roku</w:t>
      </w:r>
      <w:proofErr w:type="spellEnd"/>
      <w:r w:rsidRPr="00921950">
        <w:rPr>
          <w:rFonts w:ascii="Times New Roman" w:eastAsia="MS Mincho" w:hAnsi="Times New Roman" w:cs="Times New Roman"/>
        </w:rPr>
        <w:t xml:space="preserve">, w </w:t>
      </w:r>
      <w:proofErr w:type="spellStart"/>
      <w:r w:rsidRPr="00921950">
        <w:rPr>
          <w:rFonts w:ascii="Times New Roman" w:eastAsia="MS Mincho" w:hAnsi="Times New Roman" w:cs="Times New Roman"/>
        </w:rPr>
        <w:t>którym</w:t>
      </w:r>
      <w:proofErr w:type="spellEnd"/>
      <w:r w:rsidRPr="00921950">
        <w:rPr>
          <w:rFonts w:ascii="Times New Roman" w:eastAsia="MS Mincho" w:hAnsi="Times New Roman" w:cs="Times New Roman"/>
        </w:rPr>
        <w:t xml:space="preserve"> IZ FESL2027 </w:t>
      </w:r>
      <w:proofErr w:type="spellStart"/>
      <w:r w:rsidRPr="00921950">
        <w:rPr>
          <w:rFonts w:ascii="Times New Roman" w:eastAsia="MS Mincho" w:hAnsi="Times New Roman" w:cs="Times New Roman"/>
        </w:rPr>
        <w:t>dokonała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ostatniej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płatności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na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rzecz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Beneficjenta</w:t>
      </w:r>
      <w:proofErr w:type="spellEnd"/>
      <w:r w:rsidRPr="00921950">
        <w:rPr>
          <w:rFonts w:ascii="Times New Roman" w:eastAsia="MS Mincho" w:hAnsi="Times New Roman" w:cs="Times New Roman"/>
        </w:rPr>
        <w:t xml:space="preserve">. </w:t>
      </w:r>
      <w:proofErr w:type="spellStart"/>
      <w:r w:rsidRPr="00921950">
        <w:rPr>
          <w:rFonts w:ascii="Times New Roman" w:eastAsia="MS Mincho" w:hAnsi="Times New Roman" w:cs="Times New Roman"/>
        </w:rPr>
        <w:t>Okres</w:t>
      </w:r>
      <w:proofErr w:type="spellEnd"/>
      <w:r w:rsidRPr="00921950">
        <w:rPr>
          <w:rFonts w:ascii="Times New Roman" w:eastAsia="MS Mincho" w:hAnsi="Times New Roman" w:cs="Times New Roman"/>
        </w:rPr>
        <w:t xml:space="preserve">, o </w:t>
      </w:r>
      <w:proofErr w:type="spellStart"/>
      <w:r w:rsidRPr="00921950">
        <w:rPr>
          <w:rFonts w:ascii="Times New Roman" w:eastAsia="MS Mincho" w:hAnsi="Times New Roman" w:cs="Times New Roman"/>
        </w:rPr>
        <w:t>którym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mowa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w </w:t>
      </w:r>
      <w:proofErr w:type="spellStart"/>
      <w:r w:rsidRPr="00921950">
        <w:rPr>
          <w:rFonts w:ascii="Times New Roman" w:eastAsia="MS Mincho" w:hAnsi="Times New Roman" w:cs="Times New Roman"/>
        </w:rPr>
        <w:t>zdaniu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pierwszym</w:t>
      </w:r>
      <w:proofErr w:type="spellEnd"/>
      <w:r w:rsidRPr="00921950">
        <w:rPr>
          <w:rFonts w:ascii="Times New Roman" w:eastAsia="MS Mincho" w:hAnsi="Times New Roman" w:cs="Times New Roman"/>
        </w:rPr>
        <w:t xml:space="preserve">, </w:t>
      </w:r>
      <w:proofErr w:type="spellStart"/>
      <w:r w:rsidRPr="00921950">
        <w:rPr>
          <w:rFonts w:ascii="Times New Roman" w:eastAsia="MS Mincho" w:hAnsi="Times New Roman" w:cs="Times New Roman"/>
        </w:rPr>
        <w:t>zostaje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wstrzymany</w:t>
      </w:r>
      <w:proofErr w:type="spellEnd"/>
      <w:r w:rsidRPr="00921950">
        <w:rPr>
          <w:rFonts w:ascii="Times New Roman" w:eastAsia="MS Mincho" w:hAnsi="Times New Roman" w:cs="Times New Roman"/>
        </w:rPr>
        <w:t xml:space="preserve"> w </w:t>
      </w:r>
      <w:proofErr w:type="spellStart"/>
      <w:r w:rsidRPr="00921950">
        <w:rPr>
          <w:rFonts w:ascii="Times New Roman" w:eastAsia="MS Mincho" w:hAnsi="Times New Roman" w:cs="Times New Roman"/>
        </w:rPr>
        <w:t>przypadku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wszczęcia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postępowania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prawnego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albo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na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wniosek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Komisji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Europejskiej</w:t>
      </w:r>
      <w:proofErr w:type="spellEnd"/>
      <w:r w:rsidRPr="00921950">
        <w:rPr>
          <w:rFonts w:ascii="Times New Roman" w:eastAsia="MS Mincho" w:hAnsi="Times New Roman" w:cs="Times New Roman"/>
        </w:rPr>
        <w:t xml:space="preserve">. </w:t>
      </w:r>
      <w:proofErr w:type="spellStart"/>
      <w:r w:rsidRPr="00921950">
        <w:rPr>
          <w:rFonts w:ascii="Times New Roman" w:eastAsia="MS Mincho" w:hAnsi="Times New Roman" w:cs="Times New Roman"/>
        </w:rPr>
        <w:t>Dokumenty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dotyczące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pomocy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publicznej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udzielanej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przedsiębiorcom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Beneficjent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zobowiązuje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się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przechowywać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przez</w:t>
      </w:r>
      <w:proofErr w:type="spellEnd"/>
      <w:r w:rsidRPr="00921950">
        <w:rPr>
          <w:rFonts w:ascii="Times New Roman" w:eastAsia="MS Mincho" w:hAnsi="Times New Roman" w:cs="Times New Roman"/>
        </w:rPr>
        <w:t xml:space="preserve"> 10 </w:t>
      </w:r>
      <w:proofErr w:type="spellStart"/>
      <w:r w:rsidRPr="00921950">
        <w:rPr>
          <w:rFonts w:ascii="Times New Roman" w:eastAsia="MS Mincho" w:hAnsi="Times New Roman" w:cs="Times New Roman"/>
        </w:rPr>
        <w:t>lat</w:t>
      </w:r>
      <w:proofErr w:type="spellEnd"/>
      <w:r w:rsidRPr="00921950">
        <w:rPr>
          <w:rFonts w:ascii="Times New Roman" w:eastAsia="MS Mincho" w:hAnsi="Times New Roman" w:cs="Times New Roman"/>
        </w:rPr>
        <w:t xml:space="preserve">, </w:t>
      </w:r>
      <w:proofErr w:type="spellStart"/>
      <w:r w:rsidRPr="00921950">
        <w:rPr>
          <w:rFonts w:ascii="Times New Roman" w:eastAsia="MS Mincho" w:hAnsi="Times New Roman" w:cs="Times New Roman"/>
        </w:rPr>
        <w:t>licząc</w:t>
      </w:r>
      <w:proofErr w:type="spellEnd"/>
      <w:r w:rsidRPr="00921950">
        <w:rPr>
          <w:rFonts w:ascii="Times New Roman" w:eastAsia="MS Mincho" w:hAnsi="Times New Roman" w:cs="Times New Roman"/>
        </w:rPr>
        <w:t xml:space="preserve"> od </w:t>
      </w:r>
      <w:proofErr w:type="spellStart"/>
      <w:r w:rsidRPr="00921950">
        <w:rPr>
          <w:rFonts w:ascii="Times New Roman" w:eastAsia="MS Mincho" w:hAnsi="Times New Roman" w:cs="Times New Roman"/>
        </w:rPr>
        <w:t>dnia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jej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przyznania</w:t>
      </w:r>
      <w:proofErr w:type="spellEnd"/>
      <w:r w:rsidRPr="00921950">
        <w:rPr>
          <w:rFonts w:ascii="Times New Roman" w:eastAsia="MS Mincho" w:hAnsi="Times New Roman" w:cs="Times New Roman"/>
        </w:rPr>
        <w:t xml:space="preserve">, o </w:t>
      </w:r>
      <w:proofErr w:type="spellStart"/>
      <w:r w:rsidRPr="00921950">
        <w:rPr>
          <w:rFonts w:ascii="Times New Roman" w:eastAsia="MS Mincho" w:hAnsi="Times New Roman" w:cs="Times New Roman"/>
        </w:rPr>
        <w:t>ile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projekt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dotyczy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pomocy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publicznej</w:t>
      </w:r>
      <w:proofErr w:type="spellEnd"/>
      <w:r w:rsidRPr="00921950">
        <w:rPr>
          <w:rFonts w:ascii="Times New Roman" w:eastAsia="MS Mincho" w:hAnsi="Times New Roman" w:cs="Times New Roman"/>
        </w:rPr>
        <w:t>.</w:t>
      </w:r>
    </w:p>
    <w:p w:rsidR="001D0646" w:rsidRPr="00921950" w:rsidRDefault="001D0646" w:rsidP="001D0646">
      <w:pPr>
        <w:numPr>
          <w:ilvl w:val="0"/>
          <w:numId w:val="37"/>
        </w:numPr>
        <w:spacing w:after="160"/>
        <w:ind w:left="284" w:hanging="284"/>
        <w:contextualSpacing/>
        <w:jc w:val="both"/>
        <w:rPr>
          <w:rFonts w:ascii="Times New Roman" w:eastAsia="MS Mincho" w:hAnsi="Times New Roman" w:cs="Times New Roman"/>
        </w:rPr>
      </w:pPr>
      <w:proofErr w:type="spellStart"/>
      <w:r w:rsidRPr="00921950">
        <w:rPr>
          <w:rFonts w:ascii="Times New Roman" w:eastAsia="MS Mincho" w:hAnsi="Times New Roman" w:cs="Times New Roman"/>
        </w:rPr>
        <w:t>Posiada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Pani</w:t>
      </w:r>
      <w:proofErr w:type="spellEnd"/>
      <w:r w:rsidRPr="00921950">
        <w:rPr>
          <w:rFonts w:ascii="Times New Roman" w:eastAsia="MS Mincho" w:hAnsi="Times New Roman" w:cs="Times New Roman"/>
        </w:rPr>
        <w:t xml:space="preserve">/Pan </w:t>
      </w:r>
      <w:proofErr w:type="spellStart"/>
      <w:r w:rsidRPr="00921950">
        <w:rPr>
          <w:rFonts w:ascii="Times New Roman" w:eastAsia="MS Mincho" w:hAnsi="Times New Roman" w:cs="Times New Roman"/>
        </w:rPr>
        <w:t>prawo</w:t>
      </w:r>
      <w:proofErr w:type="spellEnd"/>
      <w:r w:rsidRPr="00921950">
        <w:rPr>
          <w:rFonts w:ascii="Times New Roman" w:eastAsia="MS Mincho" w:hAnsi="Times New Roman" w:cs="Times New Roman"/>
        </w:rPr>
        <w:t xml:space="preserve"> do:</w:t>
      </w:r>
    </w:p>
    <w:p w:rsidR="001D0646" w:rsidRPr="00921950" w:rsidRDefault="001D0646" w:rsidP="001D0646">
      <w:pPr>
        <w:numPr>
          <w:ilvl w:val="1"/>
          <w:numId w:val="37"/>
        </w:numPr>
        <w:spacing w:after="160"/>
        <w:ind w:left="567" w:hanging="141"/>
        <w:contextualSpacing/>
        <w:jc w:val="both"/>
        <w:rPr>
          <w:rFonts w:ascii="Times New Roman" w:eastAsia="MS Mincho" w:hAnsi="Times New Roman" w:cs="Times New Roman"/>
        </w:rPr>
      </w:pPr>
      <w:proofErr w:type="spellStart"/>
      <w:r w:rsidRPr="00921950">
        <w:rPr>
          <w:rFonts w:ascii="Times New Roman" w:eastAsia="MS Mincho" w:hAnsi="Times New Roman" w:cs="Times New Roman"/>
        </w:rPr>
        <w:t>dostępu</w:t>
      </w:r>
      <w:proofErr w:type="spellEnd"/>
      <w:r w:rsidRPr="00921950">
        <w:rPr>
          <w:rFonts w:ascii="Times New Roman" w:eastAsia="MS Mincho" w:hAnsi="Times New Roman" w:cs="Times New Roman"/>
        </w:rPr>
        <w:t xml:space="preserve"> do </w:t>
      </w:r>
      <w:proofErr w:type="spellStart"/>
      <w:r w:rsidRPr="00921950">
        <w:rPr>
          <w:rFonts w:ascii="Times New Roman" w:eastAsia="MS Mincho" w:hAnsi="Times New Roman" w:cs="Times New Roman"/>
        </w:rPr>
        <w:t>swoich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danych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oraz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otrzymania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ich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kopii</w:t>
      </w:r>
      <w:proofErr w:type="spellEnd"/>
      <w:r w:rsidRPr="00921950">
        <w:rPr>
          <w:rFonts w:ascii="Times New Roman" w:eastAsia="MS Mincho" w:hAnsi="Times New Roman" w:cs="Times New Roman"/>
        </w:rPr>
        <w:t>;</w:t>
      </w:r>
    </w:p>
    <w:p w:rsidR="001D0646" w:rsidRPr="00921950" w:rsidRDefault="001D0646" w:rsidP="001D0646">
      <w:pPr>
        <w:numPr>
          <w:ilvl w:val="1"/>
          <w:numId w:val="37"/>
        </w:numPr>
        <w:spacing w:after="160"/>
        <w:ind w:left="567" w:hanging="141"/>
        <w:contextualSpacing/>
        <w:jc w:val="both"/>
        <w:rPr>
          <w:rFonts w:ascii="Times New Roman" w:eastAsia="MS Mincho" w:hAnsi="Times New Roman" w:cs="Times New Roman"/>
        </w:rPr>
      </w:pPr>
      <w:proofErr w:type="spellStart"/>
      <w:r w:rsidRPr="00921950">
        <w:rPr>
          <w:rFonts w:ascii="Times New Roman" w:eastAsia="MS Mincho" w:hAnsi="Times New Roman" w:cs="Times New Roman"/>
        </w:rPr>
        <w:t>sprostowania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(</w:t>
      </w:r>
      <w:proofErr w:type="spellStart"/>
      <w:r w:rsidRPr="00921950">
        <w:rPr>
          <w:rFonts w:ascii="Times New Roman" w:eastAsia="MS Mincho" w:hAnsi="Times New Roman" w:cs="Times New Roman"/>
        </w:rPr>
        <w:t>poprawiania</w:t>
      </w:r>
      <w:proofErr w:type="spellEnd"/>
      <w:r w:rsidRPr="00921950">
        <w:rPr>
          <w:rFonts w:ascii="Times New Roman" w:eastAsia="MS Mincho" w:hAnsi="Times New Roman" w:cs="Times New Roman"/>
        </w:rPr>
        <w:t xml:space="preserve">) </w:t>
      </w:r>
      <w:proofErr w:type="spellStart"/>
      <w:r w:rsidRPr="00921950">
        <w:rPr>
          <w:rFonts w:ascii="Times New Roman" w:eastAsia="MS Mincho" w:hAnsi="Times New Roman" w:cs="Times New Roman"/>
        </w:rPr>
        <w:t>swoich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danych</w:t>
      </w:r>
      <w:proofErr w:type="spellEnd"/>
      <w:r w:rsidRPr="00921950">
        <w:rPr>
          <w:rFonts w:ascii="Times New Roman" w:eastAsia="MS Mincho" w:hAnsi="Times New Roman" w:cs="Times New Roman"/>
        </w:rPr>
        <w:t xml:space="preserve">, </w:t>
      </w:r>
      <w:proofErr w:type="spellStart"/>
      <w:r w:rsidRPr="00921950">
        <w:rPr>
          <w:rFonts w:ascii="Times New Roman" w:eastAsia="MS Mincho" w:hAnsi="Times New Roman" w:cs="Times New Roman"/>
        </w:rPr>
        <w:t>jeśli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są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błędne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lub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nieaktualne</w:t>
      </w:r>
      <w:proofErr w:type="spellEnd"/>
      <w:r w:rsidRPr="00921950">
        <w:rPr>
          <w:rFonts w:ascii="Times New Roman" w:eastAsia="MS Mincho" w:hAnsi="Times New Roman" w:cs="Times New Roman"/>
        </w:rPr>
        <w:t>;</w:t>
      </w:r>
    </w:p>
    <w:p w:rsidR="001D0646" w:rsidRPr="00921950" w:rsidRDefault="001D0646" w:rsidP="001D0646">
      <w:pPr>
        <w:numPr>
          <w:ilvl w:val="1"/>
          <w:numId w:val="37"/>
        </w:numPr>
        <w:spacing w:after="160"/>
        <w:ind w:left="567" w:hanging="141"/>
        <w:contextualSpacing/>
        <w:jc w:val="both"/>
        <w:rPr>
          <w:rFonts w:ascii="Times New Roman" w:eastAsia="MS Mincho" w:hAnsi="Times New Roman" w:cs="Times New Roman"/>
        </w:rPr>
      </w:pPr>
      <w:proofErr w:type="spellStart"/>
      <w:r w:rsidRPr="00921950">
        <w:rPr>
          <w:rFonts w:ascii="Times New Roman" w:eastAsia="MS Mincho" w:hAnsi="Times New Roman" w:cs="Times New Roman"/>
        </w:rPr>
        <w:t>usunięcia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lub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ograniczenia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przetwarzania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danych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osobowych</w:t>
      </w:r>
      <w:proofErr w:type="spellEnd"/>
      <w:r w:rsidRPr="00921950">
        <w:rPr>
          <w:rFonts w:ascii="Times New Roman" w:eastAsia="MS Mincho" w:hAnsi="Times New Roman" w:cs="Times New Roman"/>
        </w:rPr>
        <w:t xml:space="preserve"> w </w:t>
      </w:r>
      <w:proofErr w:type="spellStart"/>
      <w:r w:rsidRPr="00921950">
        <w:rPr>
          <w:rFonts w:ascii="Times New Roman" w:eastAsia="MS Mincho" w:hAnsi="Times New Roman" w:cs="Times New Roman"/>
        </w:rPr>
        <w:t>przypadku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wystąpienia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przesłanek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określonych</w:t>
      </w:r>
      <w:proofErr w:type="spellEnd"/>
      <w:r w:rsidRPr="00921950">
        <w:rPr>
          <w:rFonts w:ascii="Times New Roman" w:eastAsia="MS Mincho" w:hAnsi="Times New Roman" w:cs="Times New Roman"/>
        </w:rPr>
        <w:t xml:space="preserve"> w art. 17 </w:t>
      </w:r>
      <w:proofErr w:type="spellStart"/>
      <w:r w:rsidRPr="00921950">
        <w:rPr>
          <w:rFonts w:ascii="Times New Roman" w:eastAsia="MS Mincho" w:hAnsi="Times New Roman" w:cs="Times New Roman"/>
        </w:rPr>
        <w:t>i</w:t>
      </w:r>
      <w:proofErr w:type="spellEnd"/>
      <w:r w:rsidRPr="00921950">
        <w:rPr>
          <w:rFonts w:ascii="Times New Roman" w:eastAsia="MS Mincho" w:hAnsi="Times New Roman" w:cs="Times New Roman"/>
        </w:rPr>
        <w:t xml:space="preserve"> 18 RODO;</w:t>
      </w:r>
    </w:p>
    <w:p w:rsidR="001D0646" w:rsidRPr="00921950" w:rsidRDefault="001D0646" w:rsidP="001D0646">
      <w:pPr>
        <w:numPr>
          <w:ilvl w:val="1"/>
          <w:numId w:val="37"/>
        </w:numPr>
        <w:spacing w:after="160"/>
        <w:ind w:left="567" w:hanging="141"/>
        <w:contextualSpacing/>
        <w:jc w:val="both"/>
        <w:rPr>
          <w:rFonts w:ascii="Times New Roman" w:eastAsia="MS Mincho" w:hAnsi="Times New Roman" w:cs="Times New Roman"/>
        </w:rPr>
      </w:pPr>
      <w:proofErr w:type="spellStart"/>
      <w:r w:rsidRPr="00921950">
        <w:rPr>
          <w:rFonts w:ascii="Times New Roman" w:eastAsia="MS Mincho" w:hAnsi="Times New Roman" w:cs="Times New Roman"/>
        </w:rPr>
        <w:t>wniesienia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sprzeciwu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wobec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przetwarzania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danych</w:t>
      </w:r>
      <w:proofErr w:type="spellEnd"/>
      <w:r w:rsidRPr="00921950">
        <w:rPr>
          <w:rFonts w:ascii="Times New Roman" w:eastAsia="MS Mincho" w:hAnsi="Times New Roman" w:cs="Times New Roman"/>
        </w:rPr>
        <w:t xml:space="preserve"> w </w:t>
      </w:r>
      <w:proofErr w:type="spellStart"/>
      <w:r w:rsidRPr="00921950">
        <w:rPr>
          <w:rFonts w:ascii="Times New Roman" w:eastAsia="MS Mincho" w:hAnsi="Times New Roman" w:cs="Times New Roman"/>
        </w:rPr>
        <w:t>przypadku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wystąpienia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przesłanek</w:t>
      </w:r>
      <w:proofErr w:type="spellEnd"/>
      <w:r w:rsidRPr="00921950">
        <w:rPr>
          <w:rFonts w:ascii="Times New Roman" w:eastAsia="MS Mincho" w:hAnsi="Times New Roman" w:cs="Times New Roman"/>
        </w:rPr>
        <w:t xml:space="preserve">, o </w:t>
      </w:r>
      <w:proofErr w:type="spellStart"/>
      <w:r w:rsidRPr="00921950">
        <w:rPr>
          <w:rFonts w:ascii="Times New Roman" w:eastAsia="MS Mincho" w:hAnsi="Times New Roman" w:cs="Times New Roman"/>
        </w:rPr>
        <w:t>których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mowa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w art. 21 RODO;</w:t>
      </w:r>
    </w:p>
    <w:p w:rsidR="001D0646" w:rsidRPr="00921950" w:rsidRDefault="001D0646" w:rsidP="001D0646">
      <w:pPr>
        <w:numPr>
          <w:ilvl w:val="1"/>
          <w:numId w:val="37"/>
        </w:numPr>
        <w:spacing w:after="160"/>
        <w:ind w:left="567" w:hanging="141"/>
        <w:contextualSpacing/>
        <w:jc w:val="both"/>
        <w:rPr>
          <w:rFonts w:ascii="Times New Roman" w:eastAsia="MS Mincho" w:hAnsi="Times New Roman" w:cs="Times New Roman"/>
        </w:rPr>
      </w:pPr>
      <w:proofErr w:type="spellStart"/>
      <w:r w:rsidRPr="00921950">
        <w:rPr>
          <w:rFonts w:ascii="Times New Roman" w:eastAsia="MS Mincho" w:hAnsi="Times New Roman" w:cs="Times New Roman"/>
        </w:rPr>
        <w:t>wniesienia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skargi</w:t>
      </w:r>
      <w:proofErr w:type="spellEnd"/>
      <w:r w:rsidRPr="00921950">
        <w:rPr>
          <w:rFonts w:ascii="Times New Roman" w:eastAsia="MS Mincho" w:hAnsi="Times New Roman" w:cs="Times New Roman"/>
        </w:rPr>
        <w:t xml:space="preserve"> do </w:t>
      </w:r>
      <w:proofErr w:type="spellStart"/>
      <w:r w:rsidRPr="00921950">
        <w:rPr>
          <w:rFonts w:ascii="Times New Roman" w:eastAsia="MS Mincho" w:hAnsi="Times New Roman" w:cs="Times New Roman"/>
        </w:rPr>
        <w:t>Prezesa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Urzędu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Ochrony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Danych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Osobowych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Adres</w:t>
      </w:r>
      <w:proofErr w:type="spellEnd"/>
      <w:r w:rsidRPr="00921950">
        <w:rPr>
          <w:rFonts w:ascii="Times New Roman" w:eastAsia="MS Mincho" w:hAnsi="Times New Roman" w:cs="Times New Roman"/>
        </w:rPr>
        <w:t xml:space="preserve">: </w:t>
      </w:r>
      <w:proofErr w:type="spellStart"/>
      <w:r w:rsidRPr="00921950">
        <w:rPr>
          <w:rFonts w:ascii="Times New Roman" w:eastAsia="MS Mincho" w:hAnsi="Times New Roman" w:cs="Times New Roman"/>
        </w:rPr>
        <w:t>Urząd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Ochrony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Danych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Osobowych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ul</w:t>
      </w:r>
      <w:proofErr w:type="spellEnd"/>
      <w:r w:rsidRPr="00921950">
        <w:rPr>
          <w:rFonts w:ascii="Times New Roman" w:eastAsia="MS Mincho" w:hAnsi="Times New Roman" w:cs="Times New Roman"/>
        </w:rPr>
        <w:t xml:space="preserve">. </w:t>
      </w:r>
      <w:proofErr w:type="spellStart"/>
      <w:r w:rsidRPr="00921950">
        <w:rPr>
          <w:rFonts w:ascii="Times New Roman" w:eastAsia="MS Mincho" w:hAnsi="Times New Roman" w:cs="Times New Roman"/>
        </w:rPr>
        <w:t>Stawki</w:t>
      </w:r>
      <w:proofErr w:type="spellEnd"/>
      <w:r w:rsidRPr="00921950">
        <w:rPr>
          <w:rFonts w:ascii="Times New Roman" w:eastAsia="MS Mincho" w:hAnsi="Times New Roman" w:cs="Times New Roman"/>
        </w:rPr>
        <w:t xml:space="preserve"> 2 00-193 Warszawa.</w:t>
      </w:r>
    </w:p>
    <w:p w:rsidR="001D0646" w:rsidRPr="009C5D44" w:rsidRDefault="001D0646" w:rsidP="001D0646">
      <w:pPr>
        <w:rPr>
          <w:rFonts w:ascii="Times New Roman" w:hAnsi="Times New Roman" w:cs="Times New Roman"/>
        </w:rPr>
      </w:pPr>
    </w:p>
    <w:p w:rsidR="001D0646" w:rsidRPr="00953995" w:rsidRDefault="001D0646" w:rsidP="001D0646"/>
    <w:p w:rsidR="001F0EAF" w:rsidRDefault="001F0EAF" w:rsidP="001F0EAF"/>
    <w:p w:rsidR="001F0EAF" w:rsidRPr="009C5D44" w:rsidRDefault="001F0EAF" w:rsidP="001F0EAF">
      <w:pPr>
        <w:rPr>
          <w:rFonts w:ascii="Times New Roman" w:hAnsi="Times New Roman" w:cs="Times New Roman"/>
        </w:rPr>
      </w:pPr>
    </w:p>
    <w:p w:rsidR="009C5D44" w:rsidRPr="005B46DA" w:rsidRDefault="009C5D44" w:rsidP="005B46DA"/>
    <w:sectPr w:rsidR="009C5D44" w:rsidRPr="005B46DA" w:rsidSect="008E14A0">
      <w:headerReference w:type="default" r:id="rId13"/>
      <w:footerReference w:type="default" r:id="rId14"/>
      <w:pgSz w:w="12240" w:h="15840"/>
      <w:pgMar w:top="1417" w:right="616" w:bottom="1417" w:left="1417" w:header="720" w:footer="41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50C3" w:rsidRDefault="00C250C3" w:rsidP="008E14A0">
      <w:pPr>
        <w:spacing w:after="0" w:line="240" w:lineRule="auto"/>
      </w:pPr>
      <w:r>
        <w:separator/>
      </w:r>
    </w:p>
  </w:endnote>
  <w:endnote w:type="continuationSeparator" w:id="0">
    <w:p w:rsidR="00C250C3" w:rsidRDefault="00C250C3" w:rsidP="008E14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Droid Sans Fallback">
    <w:panose1 w:val="00000000000000000000"/>
    <w:charset w:val="00"/>
    <w:family w:val="roman"/>
    <w:notTrueType/>
    <w:pitch w:val="default"/>
  </w:font>
  <w:font w:name="FreeSans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14A0" w:rsidRPr="008E14A0" w:rsidRDefault="008E14A0" w:rsidP="008E14A0">
    <w:pPr>
      <w:spacing w:after="0"/>
      <w:ind w:left="-567"/>
      <w:jc w:val="center"/>
      <w:rPr>
        <w:sz w:val="18"/>
        <w:szCs w:val="18"/>
      </w:rPr>
    </w:pPr>
    <w:proofErr w:type="spellStart"/>
    <w:r w:rsidRPr="008E14A0">
      <w:rPr>
        <w:sz w:val="18"/>
        <w:szCs w:val="18"/>
      </w:rPr>
      <w:t>Projekt</w:t>
    </w:r>
    <w:proofErr w:type="spellEnd"/>
    <w:r w:rsidRPr="008E14A0">
      <w:rPr>
        <w:sz w:val="18"/>
        <w:szCs w:val="18"/>
      </w:rPr>
      <w:t xml:space="preserve"> </w:t>
    </w:r>
    <w:proofErr w:type="spellStart"/>
    <w:r w:rsidRPr="008E14A0">
      <w:rPr>
        <w:sz w:val="18"/>
        <w:szCs w:val="18"/>
      </w:rPr>
      <w:t>pn</w:t>
    </w:r>
    <w:proofErr w:type="spellEnd"/>
    <w:r w:rsidRPr="008E14A0">
      <w:rPr>
        <w:sz w:val="18"/>
        <w:szCs w:val="18"/>
      </w:rPr>
      <w:t>. „</w:t>
    </w:r>
    <w:proofErr w:type="spellStart"/>
    <w:r w:rsidRPr="008E14A0">
      <w:rPr>
        <w:b/>
        <w:bCs/>
        <w:sz w:val="18"/>
        <w:szCs w:val="18"/>
      </w:rPr>
      <w:t>Akademia</w:t>
    </w:r>
    <w:proofErr w:type="spellEnd"/>
    <w:r w:rsidRPr="008E14A0">
      <w:rPr>
        <w:b/>
        <w:bCs/>
        <w:sz w:val="18"/>
        <w:szCs w:val="18"/>
      </w:rPr>
      <w:t xml:space="preserve"> </w:t>
    </w:r>
    <w:proofErr w:type="spellStart"/>
    <w:r w:rsidRPr="008E14A0">
      <w:rPr>
        <w:b/>
        <w:bCs/>
        <w:sz w:val="18"/>
        <w:szCs w:val="18"/>
      </w:rPr>
      <w:t>zawodowców</w:t>
    </w:r>
    <w:proofErr w:type="spellEnd"/>
    <w:r w:rsidRPr="008E14A0">
      <w:rPr>
        <w:b/>
        <w:bCs/>
        <w:sz w:val="18"/>
        <w:szCs w:val="18"/>
      </w:rPr>
      <w:t xml:space="preserve"> 2.0 – </w:t>
    </w:r>
    <w:proofErr w:type="spellStart"/>
    <w:r w:rsidRPr="008E14A0">
      <w:rPr>
        <w:b/>
        <w:bCs/>
        <w:sz w:val="18"/>
        <w:szCs w:val="18"/>
      </w:rPr>
      <w:t>Poprawa</w:t>
    </w:r>
    <w:proofErr w:type="spellEnd"/>
    <w:r w:rsidRPr="008E14A0">
      <w:rPr>
        <w:b/>
        <w:bCs/>
        <w:sz w:val="18"/>
        <w:szCs w:val="18"/>
      </w:rPr>
      <w:t xml:space="preserve"> </w:t>
    </w:r>
    <w:proofErr w:type="spellStart"/>
    <w:r w:rsidRPr="008E14A0">
      <w:rPr>
        <w:b/>
        <w:bCs/>
        <w:sz w:val="18"/>
        <w:szCs w:val="18"/>
      </w:rPr>
      <w:t>jakości</w:t>
    </w:r>
    <w:proofErr w:type="spellEnd"/>
    <w:r w:rsidRPr="008E14A0">
      <w:rPr>
        <w:b/>
        <w:bCs/>
        <w:sz w:val="18"/>
        <w:szCs w:val="18"/>
      </w:rPr>
      <w:t xml:space="preserve"> </w:t>
    </w:r>
    <w:proofErr w:type="spellStart"/>
    <w:r w:rsidRPr="008E14A0">
      <w:rPr>
        <w:b/>
        <w:bCs/>
        <w:sz w:val="18"/>
        <w:szCs w:val="18"/>
      </w:rPr>
      <w:t>kształcenia</w:t>
    </w:r>
    <w:proofErr w:type="spellEnd"/>
    <w:r w:rsidRPr="008E14A0">
      <w:rPr>
        <w:b/>
        <w:bCs/>
        <w:sz w:val="18"/>
        <w:szCs w:val="18"/>
      </w:rPr>
      <w:t xml:space="preserve"> </w:t>
    </w:r>
    <w:proofErr w:type="spellStart"/>
    <w:r w:rsidRPr="008E14A0">
      <w:rPr>
        <w:b/>
        <w:bCs/>
        <w:sz w:val="18"/>
        <w:szCs w:val="18"/>
      </w:rPr>
      <w:t>zawodowego</w:t>
    </w:r>
    <w:proofErr w:type="spellEnd"/>
    <w:r w:rsidRPr="008E14A0">
      <w:rPr>
        <w:b/>
        <w:bCs/>
        <w:sz w:val="18"/>
        <w:szCs w:val="18"/>
      </w:rPr>
      <w:t xml:space="preserve"> w ZSE w </w:t>
    </w:r>
    <w:proofErr w:type="spellStart"/>
    <w:r w:rsidRPr="008E14A0">
      <w:rPr>
        <w:b/>
        <w:bCs/>
        <w:sz w:val="18"/>
        <w:szCs w:val="18"/>
      </w:rPr>
      <w:t>Raciborzu</w:t>
    </w:r>
    <w:proofErr w:type="spellEnd"/>
    <w:r w:rsidRPr="008E14A0">
      <w:rPr>
        <w:b/>
        <w:bCs/>
        <w:sz w:val="18"/>
        <w:szCs w:val="18"/>
      </w:rPr>
      <w:t xml:space="preserve">” </w:t>
    </w:r>
    <w:r w:rsidRPr="008E14A0">
      <w:rPr>
        <w:sz w:val="18"/>
        <w:szCs w:val="18"/>
      </w:rPr>
      <w:t>jest</w:t>
    </w:r>
    <w:r>
      <w:rPr>
        <w:b/>
        <w:bCs/>
        <w:sz w:val="18"/>
        <w:szCs w:val="18"/>
      </w:rPr>
      <w:t xml:space="preserve"> </w:t>
    </w:r>
    <w:proofErr w:type="spellStart"/>
    <w:r w:rsidRPr="008E14A0">
      <w:rPr>
        <w:sz w:val="18"/>
        <w:szCs w:val="18"/>
      </w:rPr>
      <w:t>współfinansowany</w:t>
    </w:r>
    <w:proofErr w:type="spellEnd"/>
    <w:r w:rsidRPr="008E14A0">
      <w:rPr>
        <w:sz w:val="18"/>
        <w:szCs w:val="18"/>
      </w:rPr>
      <w:t xml:space="preserve"> </w:t>
    </w:r>
    <w:r>
      <w:rPr>
        <w:sz w:val="18"/>
        <w:szCs w:val="18"/>
      </w:rPr>
      <w:br/>
    </w:r>
    <w:proofErr w:type="spellStart"/>
    <w:r w:rsidRPr="008E14A0">
      <w:rPr>
        <w:sz w:val="18"/>
        <w:szCs w:val="18"/>
      </w:rPr>
      <w:t>ze</w:t>
    </w:r>
    <w:proofErr w:type="spellEnd"/>
    <w:r w:rsidRPr="008E14A0">
      <w:rPr>
        <w:sz w:val="18"/>
        <w:szCs w:val="18"/>
      </w:rPr>
      <w:t xml:space="preserve"> </w:t>
    </w:r>
    <w:proofErr w:type="spellStart"/>
    <w:r w:rsidRPr="008E14A0">
      <w:rPr>
        <w:sz w:val="18"/>
        <w:szCs w:val="18"/>
      </w:rPr>
      <w:t>środków</w:t>
    </w:r>
    <w:proofErr w:type="spellEnd"/>
    <w:r w:rsidRPr="008E14A0">
      <w:rPr>
        <w:sz w:val="18"/>
        <w:szCs w:val="18"/>
      </w:rPr>
      <w:t xml:space="preserve"> </w:t>
    </w:r>
    <w:proofErr w:type="spellStart"/>
    <w:r w:rsidRPr="008E14A0">
      <w:rPr>
        <w:sz w:val="18"/>
        <w:szCs w:val="18"/>
      </w:rPr>
      <w:t>Europejskiego</w:t>
    </w:r>
    <w:proofErr w:type="spellEnd"/>
    <w:r w:rsidRPr="008E14A0">
      <w:rPr>
        <w:sz w:val="18"/>
        <w:szCs w:val="18"/>
      </w:rPr>
      <w:t xml:space="preserve"> </w:t>
    </w:r>
    <w:proofErr w:type="spellStart"/>
    <w:r w:rsidRPr="008E14A0">
      <w:rPr>
        <w:sz w:val="18"/>
        <w:szCs w:val="18"/>
      </w:rPr>
      <w:t>Funduszu</w:t>
    </w:r>
    <w:proofErr w:type="spellEnd"/>
    <w:r w:rsidRPr="008E14A0">
      <w:rPr>
        <w:sz w:val="18"/>
        <w:szCs w:val="18"/>
      </w:rPr>
      <w:t xml:space="preserve"> </w:t>
    </w:r>
    <w:proofErr w:type="spellStart"/>
    <w:r w:rsidRPr="008E14A0">
      <w:rPr>
        <w:sz w:val="18"/>
        <w:szCs w:val="18"/>
      </w:rPr>
      <w:t>Społecznego</w:t>
    </w:r>
    <w:proofErr w:type="spellEnd"/>
    <w:r w:rsidRPr="008E14A0">
      <w:rPr>
        <w:sz w:val="18"/>
        <w:szCs w:val="18"/>
      </w:rPr>
      <w:t xml:space="preserve"> Plus (EFS+)</w:t>
    </w:r>
    <w:r>
      <w:rPr>
        <w:sz w:val="18"/>
        <w:szCs w:val="18"/>
      </w:rPr>
      <w:t xml:space="preserve"> </w:t>
    </w:r>
    <w:r w:rsidRPr="008E14A0">
      <w:rPr>
        <w:sz w:val="18"/>
        <w:szCs w:val="18"/>
      </w:rPr>
      <w:t xml:space="preserve">w </w:t>
    </w:r>
    <w:proofErr w:type="spellStart"/>
    <w:r w:rsidRPr="008E14A0">
      <w:rPr>
        <w:sz w:val="18"/>
        <w:szCs w:val="18"/>
      </w:rPr>
      <w:t>ramach</w:t>
    </w:r>
    <w:proofErr w:type="spellEnd"/>
    <w:r w:rsidRPr="008E14A0">
      <w:rPr>
        <w:sz w:val="18"/>
        <w:szCs w:val="18"/>
      </w:rPr>
      <w:t xml:space="preserve"> </w:t>
    </w:r>
    <w:proofErr w:type="spellStart"/>
    <w:r w:rsidRPr="008E14A0">
      <w:rPr>
        <w:sz w:val="18"/>
        <w:szCs w:val="18"/>
      </w:rPr>
      <w:t>programu</w:t>
    </w:r>
    <w:proofErr w:type="spellEnd"/>
    <w:r w:rsidRPr="008E14A0">
      <w:rPr>
        <w:sz w:val="18"/>
        <w:szCs w:val="18"/>
      </w:rPr>
      <w:t xml:space="preserve"> </w:t>
    </w:r>
    <w:proofErr w:type="spellStart"/>
    <w:r w:rsidRPr="008E14A0">
      <w:rPr>
        <w:sz w:val="18"/>
        <w:szCs w:val="18"/>
      </w:rPr>
      <w:t>Fundusze</w:t>
    </w:r>
    <w:proofErr w:type="spellEnd"/>
    <w:r w:rsidRPr="008E14A0">
      <w:rPr>
        <w:sz w:val="18"/>
        <w:szCs w:val="18"/>
      </w:rPr>
      <w:t xml:space="preserve"> </w:t>
    </w:r>
    <w:proofErr w:type="spellStart"/>
    <w:r w:rsidRPr="008E14A0">
      <w:rPr>
        <w:sz w:val="18"/>
        <w:szCs w:val="18"/>
      </w:rPr>
      <w:t>Europejskie</w:t>
    </w:r>
    <w:proofErr w:type="spellEnd"/>
    <w:r w:rsidRPr="008E14A0">
      <w:rPr>
        <w:sz w:val="18"/>
        <w:szCs w:val="18"/>
      </w:rPr>
      <w:t xml:space="preserve"> </w:t>
    </w:r>
    <w:proofErr w:type="spellStart"/>
    <w:r w:rsidRPr="008E14A0">
      <w:rPr>
        <w:sz w:val="18"/>
        <w:szCs w:val="18"/>
      </w:rPr>
      <w:t>dla</w:t>
    </w:r>
    <w:proofErr w:type="spellEnd"/>
    <w:r w:rsidRPr="008E14A0">
      <w:rPr>
        <w:sz w:val="18"/>
        <w:szCs w:val="18"/>
      </w:rPr>
      <w:t xml:space="preserve"> </w:t>
    </w:r>
    <w:proofErr w:type="spellStart"/>
    <w:r w:rsidRPr="008E14A0">
      <w:rPr>
        <w:sz w:val="18"/>
        <w:szCs w:val="18"/>
      </w:rPr>
      <w:t>Śląskiego</w:t>
    </w:r>
    <w:proofErr w:type="spellEnd"/>
    <w:r w:rsidRPr="008E14A0">
      <w:rPr>
        <w:sz w:val="18"/>
        <w:szCs w:val="18"/>
      </w:rPr>
      <w:t xml:space="preserve"> 2021–2027</w:t>
    </w:r>
    <w:r>
      <w:rPr>
        <w:sz w:val="18"/>
        <w:szCs w:val="18"/>
      </w:rPr>
      <w:t xml:space="preserve"> </w:t>
    </w:r>
    <w:proofErr w:type="spellStart"/>
    <w:r>
      <w:rPr>
        <w:sz w:val="18"/>
        <w:szCs w:val="18"/>
      </w:rPr>
      <w:t>P</w:t>
    </w:r>
    <w:r w:rsidRPr="008E14A0">
      <w:rPr>
        <w:sz w:val="18"/>
        <w:szCs w:val="18"/>
      </w:rPr>
      <w:t>riorytet</w:t>
    </w:r>
    <w:proofErr w:type="spellEnd"/>
    <w:r w:rsidRPr="008E14A0">
      <w:rPr>
        <w:sz w:val="18"/>
        <w:szCs w:val="18"/>
      </w:rPr>
      <w:t xml:space="preserve"> VI – </w:t>
    </w:r>
    <w:proofErr w:type="spellStart"/>
    <w:r w:rsidRPr="008E14A0">
      <w:rPr>
        <w:sz w:val="18"/>
        <w:szCs w:val="18"/>
      </w:rPr>
      <w:t>Fundusze</w:t>
    </w:r>
    <w:proofErr w:type="spellEnd"/>
    <w:r w:rsidRPr="008E14A0">
      <w:rPr>
        <w:sz w:val="18"/>
        <w:szCs w:val="18"/>
      </w:rPr>
      <w:t xml:space="preserve"> </w:t>
    </w:r>
    <w:proofErr w:type="spellStart"/>
    <w:r w:rsidRPr="008E14A0">
      <w:rPr>
        <w:sz w:val="18"/>
        <w:szCs w:val="18"/>
      </w:rPr>
      <w:t>Europejskie</w:t>
    </w:r>
    <w:proofErr w:type="spellEnd"/>
    <w:r w:rsidRPr="008E14A0">
      <w:rPr>
        <w:sz w:val="18"/>
        <w:szCs w:val="18"/>
      </w:rPr>
      <w:t xml:space="preserve"> </w:t>
    </w:r>
    <w:proofErr w:type="spellStart"/>
    <w:r w:rsidRPr="008E14A0">
      <w:rPr>
        <w:sz w:val="18"/>
        <w:szCs w:val="18"/>
      </w:rPr>
      <w:t>dla</w:t>
    </w:r>
    <w:proofErr w:type="spellEnd"/>
    <w:r w:rsidRPr="008E14A0">
      <w:rPr>
        <w:sz w:val="18"/>
        <w:szCs w:val="18"/>
      </w:rPr>
      <w:t xml:space="preserve"> </w:t>
    </w:r>
    <w:proofErr w:type="spellStart"/>
    <w:r w:rsidRPr="008E14A0">
      <w:rPr>
        <w:sz w:val="18"/>
        <w:szCs w:val="18"/>
      </w:rPr>
      <w:t>edukacji</w:t>
    </w:r>
    <w:proofErr w:type="spellEnd"/>
    <w:r>
      <w:rPr>
        <w:sz w:val="18"/>
        <w:szCs w:val="18"/>
      </w:rPr>
      <w:t xml:space="preserve"> </w:t>
    </w:r>
    <w:proofErr w:type="spellStart"/>
    <w:r w:rsidRPr="008E14A0">
      <w:rPr>
        <w:sz w:val="18"/>
        <w:szCs w:val="18"/>
      </w:rPr>
      <w:t>Działanie</w:t>
    </w:r>
    <w:proofErr w:type="spellEnd"/>
    <w:r w:rsidRPr="008E14A0">
      <w:rPr>
        <w:sz w:val="18"/>
        <w:szCs w:val="18"/>
      </w:rPr>
      <w:t xml:space="preserve"> FESL.06.03 – </w:t>
    </w:r>
    <w:proofErr w:type="spellStart"/>
    <w:r w:rsidRPr="008E14A0">
      <w:rPr>
        <w:sz w:val="18"/>
        <w:szCs w:val="18"/>
      </w:rPr>
      <w:t>Kształcenie</w:t>
    </w:r>
    <w:proofErr w:type="spellEnd"/>
    <w:r w:rsidRPr="008E14A0">
      <w:rPr>
        <w:sz w:val="18"/>
        <w:szCs w:val="18"/>
      </w:rPr>
      <w:t xml:space="preserve"> </w:t>
    </w:r>
    <w:proofErr w:type="spellStart"/>
    <w:r w:rsidRPr="008E14A0">
      <w:rPr>
        <w:sz w:val="18"/>
        <w:szCs w:val="18"/>
      </w:rPr>
      <w:t>zawodowe</w:t>
    </w:r>
    <w:proofErr w:type="spellEnd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50C3" w:rsidRDefault="00C250C3" w:rsidP="008E14A0">
      <w:pPr>
        <w:spacing w:after="0" w:line="240" w:lineRule="auto"/>
      </w:pPr>
      <w:r>
        <w:separator/>
      </w:r>
    </w:p>
  </w:footnote>
  <w:footnote w:type="continuationSeparator" w:id="0">
    <w:p w:rsidR="00C250C3" w:rsidRDefault="00C250C3" w:rsidP="008E14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14A0" w:rsidRDefault="008E14A0">
    <w:pPr>
      <w:pStyle w:val="Nagwek"/>
    </w:pPr>
    <w:r w:rsidRPr="00CF1A58">
      <w:rPr>
        <w:rFonts w:ascii="Arial" w:hAnsi="Arial" w:cs="Arial"/>
        <w:b/>
        <w:bCs/>
        <w:noProof/>
        <w:sz w:val="24"/>
        <w:szCs w:val="24"/>
        <w:lang w:val="pl-PL" w:eastAsia="pl-PL"/>
      </w:rPr>
      <w:drawing>
        <wp:anchor distT="0" distB="0" distL="114300" distR="114300" simplePos="0" relativeHeight="251659264" behindDoc="0" locked="0" layoutInCell="1" allowOverlap="1" wp14:anchorId="27AA50DD" wp14:editId="4003F999">
          <wp:simplePos x="0" y="0"/>
          <wp:positionH relativeFrom="column">
            <wp:posOffset>75565</wp:posOffset>
          </wp:positionH>
          <wp:positionV relativeFrom="paragraph">
            <wp:posOffset>-251460</wp:posOffset>
          </wp:positionV>
          <wp:extent cx="5821680" cy="425241"/>
          <wp:effectExtent l="0" t="0" r="0" b="0"/>
          <wp:wrapSquare wrapText="bothSides"/>
          <wp:docPr id="38" name="Obraz 38" descr="Zestaw logotypów dla FE SL 2021-2027- poziom&#10;&#10; &#10;&#10;Wersja pełnokolorowa: Logo Funduszy Europejskich i napis Fundusze Europejskie dla Śląskiego , flaga PL i napis Rzeczpospolita Polska, napis Dofinansowane przez Unię Europejską, flaga UE, godło Województwa Śląskiego i napis Województwo Śląsk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21680" cy="42524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06EA5ED5"/>
    <w:multiLevelType w:val="hybridMultilevel"/>
    <w:tmpl w:val="90629BFA"/>
    <w:lvl w:ilvl="0" w:tplc="6C14A7D8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sz w:val="16"/>
        <w:szCs w:val="16"/>
      </w:rPr>
    </w:lvl>
    <w:lvl w:ilvl="1" w:tplc="5A061FE4">
      <w:start w:val="1"/>
      <w:numFmt w:val="lowerLetter"/>
      <w:lvlText w:val="%2)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071432C8"/>
    <w:multiLevelType w:val="hybridMultilevel"/>
    <w:tmpl w:val="B1BE7470"/>
    <w:lvl w:ilvl="0" w:tplc="04150011">
      <w:start w:val="1"/>
      <w:numFmt w:val="decimal"/>
      <w:lvlText w:val="%1)"/>
      <w:lvlJc w:val="left"/>
      <w:pPr>
        <w:ind w:left="502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11">
    <w:nsid w:val="07D80D13"/>
    <w:multiLevelType w:val="hybridMultilevel"/>
    <w:tmpl w:val="9B3486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B7D7BC9"/>
    <w:multiLevelType w:val="hybridMultilevel"/>
    <w:tmpl w:val="2E20F5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0D4A0B60"/>
    <w:multiLevelType w:val="hybridMultilevel"/>
    <w:tmpl w:val="AFA4D5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5342951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0D7627DD"/>
    <w:multiLevelType w:val="hybridMultilevel"/>
    <w:tmpl w:val="09C4FE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DFF734F"/>
    <w:multiLevelType w:val="hybridMultilevel"/>
    <w:tmpl w:val="F89615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61B0BD5"/>
    <w:multiLevelType w:val="hybridMultilevel"/>
    <w:tmpl w:val="122A4346"/>
    <w:lvl w:ilvl="0" w:tplc="2B780DF2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sz w:val="20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281152D1"/>
    <w:multiLevelType w:val="hybridMultilevel"/>
    <w:tmpl w:val="57DE5A04"/>
    <w:lvl w:ilvl="0" w:tplc="36408AC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BA354B9"/>
    <w:multiLevelType w:val="hybridMultilevel"/>
    <w:tmpl w:val="87A2EB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4705AB3"/>
    <w:multiLevelType w:val="hybridMultilevel"/>
    <w:tmpl w:val="022213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6081F64"/>
    <w:multiLevelType w:val="hybridMultilevel"/>
    <w:tmpl w:val="CE08A7A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A3A053E"/>
    <w:multiLevelType w:val="hybridMultilevel"/>
    <w:tmpl w:val="A94EAE82"/>
    <w:lvl w:ilvl="0" w:tplc="04150011">
      <w:start w:val="1"/>
      <w:numFmt w:val="decimal"/>
      <w:lvlText w:val="%1)"/>
      <w:lvlJc w:val="left"/>
      <w:pPr>
        <w:ind w:left="294" w:hanging="360"/>
      </w:p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22">
    <w:nsid w:val="3A4D55BC"/>
    <w:multiLevelType w:val="hybridMultilevel"/>
    <w:tmpl w:val="DBE22544"/>
    <w:lvl w:ilvl="0" w:tplc="1CF8C0E8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3">
    <w:nsid w:val="3D175615"/>
    <w:multiLevelType w:val="hybridMultilevel"/>
    <w:tmpl w:val="7B784592"/>
    <w:lvl w:ilvl="0" w:tplc="678E0FCC">
      <w:start w:val="1"/>
      <w:numFmt w:val="decimal"/>
      <w:lvlText w:val="%1."/>
      <w:lvlJc w:val="left"/>
      <w:pPr>
        <w:tabs>
          <w:tab w:val="num" w:pos="379"/>
        </w:tabs>
        <w:ind w:left="379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099"/>
        </w:tabs>
        <w:ind w:left="1099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19"/>
        </w:tabs>
        <w:ind w:left="1819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39"/>
        </w:tabs>
        <w:ind w:left="2539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59"/>
        </w:tabs>
        <w:ind w:left="3259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79"/>
        </w:tabs>
        <w:ind w:left="3979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99"/>
        </w:tabs>
        <w:ind w:left="4699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19"/>
        </w:tabs>
        <w:ind w:left="5419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39"/>
        </w:tabs>
        <w:ind w:left="6139" w:hanging="180"/>
      </w:pPr>
    </w:lvl>
  </w:abstractNum>
  <w:abstractNum w:abstractNumId="24">
    <w:nsid w:val="3EE06912"/>
    <w:multiLevelType w:val="hybridMultilevel"/>
    <w:tmpl w:val="EC52A6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F893B74"/>
    <w:multiLevelType w:val="hybridMultilevel"/>
    <w:tmpl w:val="338833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4B6435D"/>
    <w:multiLevelType w:val="hybridMultilevel"/>
    <w:tmpl w:val="2A86D1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6137F50"/>
    <w:multiLevelType w:val="hybridMultilevel"/>
    <w:tmpl w:val="D2CA11D2"/>
    <w:lvl w:ilvl="0" w:tplc="E398F14E">
      <w:start w:val="1"/>
      <w:numFmt w:val="decimal"/>
      <w:lvlText w:val="%1."/>
      <w:lvlJc w:val="left"/>
      <w:pPr>
        <w:ind w:left="525" w:hanging="525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48E24F61"/>
    <w:multiLevelType w:val="hybridMultilevel"/>
    <w:tmpl w:val="0EDA1054"/>
    <w:lvl w:ilvl="0" w:tplc="BB3ECC70">
      <w:start w:val="1"/>
      <w:numFmt w:val="decimal"/>
      <w:lvlText w:val="%1."/>
      <w:lvlJc w:val="left"/>
      <w:pPr>
        <w:ind w:left="1440" w:hanging="360"/>
      </w:pPr>
      <w:rPr>
        <w:rFonts w:cs="Times New Roman"/>
        <w:sz w:val="16"/>
        <w:szCs w:val="16"/>
      </w:rPr>
    </w:lvl>
    <w:lvl w:ilvl="1" w:tplc="0415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9">
    <w:nsid w:val="56275C38"/>
    <w:multiLevelType w:val="hybridMultilevel"/>
    <w:tmpl w:val="230CFDCE"/>
    <w:lvl w:ilvl="0" w:tplc="0415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30">
    <w:nsid w:val="5E1929E7"/>
    <w:multiLevelType w:val="hybridMultilevel"/>
    <w:tmpl w:val="8BEA10E0"/>
    <w:lvl w:ilvl="0" w:tplc="84E6F9D2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  <w:rPr>
        <w:rFonts w:cs="Times New Roman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>
    <w:nsid w:val="5EBA4194"/>
    <w:multiLevelType w:val="hybridMultilevel"/>
    <w:tmpl w:val="89365C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0B136EC"/>
    <w:multiLevelType w:val="hybridMultilevel"/>
    <w:tmpl w:val="1076E5E4"/>
    <w:lvl w:ilvl="0" w:tplc="3DEE61AA">
      <w:start w:val="1"/>
      <w:numFmt w:val="decimal"/>
      <w:lvlText w:val="%1."/>
      <w:lvlJc w:val="left"/>
      <w:pPr>
        <w:ind w:left="6" w:hanging="432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654" w:hanging="360"/>
      </w:pPr>
    </w:lvl>
    <w:lvl w:ilvl="2" w:tplc="0415001B" w:tentative="1">
      <w:start w:val="1"/>
      <w:numFmt w:val="lowerRoman"/>
      <w:lvlText w:val="%3."/>
      <w:lvlJc w:val="right"/>
      <w:pPr>
        <w:ind w:left="1374" w:hanging="180"/>
      </w:pPr>
    </w:lvl>
    <w:lvl w:ilvl="3" w:tplc="0415000F" w:tentative="1">
      <w:start w:val="1"/>
      <w:numFmt w:val="decimal"/>
      <w:lvlText w:val="%4."/>
      <w:lvlJc w:val="left"/>
      <w:pPr>
        <w:ind w:left="2094" w:hanging="360"/>
      </w:pPr>
    </w:lvl>
    <w:lvl w:ilvl="4" w:tplc="04150019" w:tentative="1">
      <w:start w:val="1"/>
      <w:numFmt w:val="lowerLetter"/>
      <w:lvlText w:val="%5."/>
      <w:lvlJc w:val="left"/>
      <w:pPr>
        <w:ind w:left="2814" w:hanging="360"/>
      </w:pPr>
    </w:lvl>
    <w:lvl w:ilvl="5" w:tplc="0415001B" w:tentative="1">
      <w:start w:val="1"/>
      <w:numFmt w:val="lowerRoman"/>
      <w:lvlText w:val="%6."/>
      <w:lvlJc w:val="right"/>
      <w:pPr>
        <w:ind w:left="3534" w:hanging="180"/>
      </w:pPr>
    </w:lvl>
    <w:lvl w:ilvl="6" w:tplc="0415000F" w:tentative="1">
      <w:start w:val="1"/>
      <w:numFmt w:val="decimal"/>
      <w:lvlText w:val="%7."/>
      <w:lvlJc w:val="left"/>
      <w:pPr>
        <w:ind w:left="4254" w:hanging="360"/>
      </w:pPr>
    </w:lvl>
    <w:lvl w:ilvl="7" w:tplc="04150019" w:tentative="1">
      <w:start w:val="1"/>
      <w:numFmt w:val="lowerLetter"/>
      <w:lvlText w:val="%8."/>
      <w:lvlJc w:val="left"/>
      <w:pPr>
        <w:ind w:left="4974" w:hanging="360"/>
      </w:pPr>
    </w:lvl>
    <w:lvl w:ilvl="8" w:tplc="0415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33">
    <w:nsid w:val="60DE61A3"/>
    <w:multiLevelType w:val="hybridMultilevel"/>
    <w:tmpl w:val="7062FDF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7E34D2E"/>
    <w:multiLevelType w:val="hybridMultilevel"/>
    <w:tmpl w:val="423C47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D983E74"/>
    <w:multiLevelType w:val="hybridMultilevel"/>
    <w:tmpl w:val="DDF82114"/>
    <w:lvl w:ilvl="0" w:tplc="65586904">
      <w:start w:val="1"/>
      <w:numFmt w:val="decimal"/>
      <w:lvlText w:val="%1."/>
      <w:lvlJc w:val="left"/>
      <w:pPr>
        <w:ind w:left="644" w:hanging="360"/>
      </w:pPr>
      <w:rPr>
        <w:b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6">
    <w:nsid w:val="76893938"/>
    <w:multiLevelType w:val="hybridMultilevel"/>
    <w:tmpl w:val="33329638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9666740C">
      <w:start w:val="1"/>
      <w:numFmt w:val="decimal"/>
      <w:lvlText w:val="%2."/>
      <w:lvlJc w:val="left"/>
      <w:pPr>
        <w:ind w:left="1440" w:hanging="360"/>
      </w:pPr>
      <w:rPr>
        <w:rFonts w:cs="Times New Roman"/>
        <w:b w:val="0"/>
      </w:rPr>
    </w:lvl>
    <w:lvl w:ilvl="2" w:tplc="4984CD94">
      <w:start w:val="1"/>
      <w:numFmt w:val="lowerLetter"/>
      <w:lvlText w:val="%3)"/>
      <w:lvlJc w:val="left"/>
      <w:pPr>
        <w:ind w:left="234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>
    <w:nsid w:val="7ED469A4"/>
    <w:multiLevelType w:val="hybridMultilevel"/>
    <w:tmpl w:val="008C77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5"/>
  </w:num>
  <w:num w:numId="11">
    <w:abstractNumId w:val="17"/>
  </w:num>
  <w:num w:numId="12">
    <w:abstractNumId w:val="18"/>
  </w:num>
  <w:num w:numId="13">
    <w:abstractNumId w:val="31"/>
  </w:num>
  <w:num w:numId="14">
    <w:abstractNumId w:val="37"/>
  </w:num>
  <w:num w:numId="15">
    <w:abstractNumId w:val="21"/>
  </w:num>
  <w:num w:numId="16">
    <w:abstractNumId w:val="24"/>
  </w:num>
  <w:num w:numId="17">
    <w:abstractNumId w:val="12"/>
  </w:num>
  <w:num w:numId="18">
    <w:abstractNumId w:val="32"/>
  </w:num>
  <w:num w:numId="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5"/>
  </w:num>
  <w:num w:numId="31">
    <w:abstractNumId w:val="13"/>
  </w:num>
  <w:num w:numId="32">
    <w:abstractNumId w:val="25"/>
  </w:num>
  <w:num w:numId="33">
    <w:abstractNumId w:val="19"/>
  </w:num>
  <w:num w:numId="34">
    <w:abstractNumId w:val="2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34"/>
  </w:num>
  <w:num w:numId="3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3B00"/>
    <w:rsid w:val="00034616"/>
    <w:rsid w:val="00050ED3"/>
    <w:rsid w:val="0006063C"/>
    <w:rsid w:val="0009328A"/>
    <w:rsid w:val="000A1B4A"/>
    <w:rsid w:val="0014547F"/>
    <w:rsid w:val="0015074B"/>
    <w:rsid w:val="001D0646"/>
    <w:rsid w:val="001F0EAF"/>
    <w:rsid w:val="00272DF6"/>
    <w:rsid w:val="0029639D"/>
    <w:rsid w:val="002F039B"/>
    <w:rsid w:val="003119B8"/>
    <w:rsid w:val="00326F90"/>
    <w:rsid w:val="003A0FE8"/>
    <w:rsid w:val="004A2D0A"/>
    <w:rsid w:val="004C6487"/>
    <w:rsid w:val="005776C9"/>
    <w:rsid w:val="0059680E"/>
    <w:rsid w:val="005B46DA"/>
    <w:rsid w:val="00751F1D"/>
    <w:rsid w:val="0078514E"/>
    <w:rsid w:val="008E14A0"/>
    <w:rsid w:val="008F78AC"/>
    <w:rsid w:val="00917AFD"/>
    <w:rsid w:val="00920425"/>
    <w:rsid w:val="009C5D44"/>
    <w:rsid w:val="009F3F04"/>
    <w:rsid w:val="00A14A96"/>
    <w:rsid w:val="00A96B5D"/>
    <w:rsid w:val="00AA1D8D"/>
    <w:rsid w:val="00B47730"/>
    <w:rsid w:val="00BA6EA1"/>
    <w:rsid w:val="00C250C3"/>
    <w:rsid w:val="00C53B00"/>
    <w:rsid w:val="00C87522"/>
    <w:rsid w:val="00CB0664"/>
    <w:rsid w:val="00E13E51"/>
    <w:rsid w:val="00E21434"/>
    <w:rsid w:val="00E563FB"/>
    <w:rsid w:val="00F838A6"/>
    <w:rsid w:val="00FC693F"/>
    <w:rsid w:val="00FF1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F0EAF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,Dot pt"/>
    <w:basedOn w:val="Normalny"/>
    <w:link w:val="AkapitzlistZnak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efault">
    <w:name w:val="Default"/>
    <w:rsid w:val="0009328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pl-PL"/>
    </w:rPr>
  </w:style>
  <w:style w:type="paragraph" w:customStyle="1" w:styleId="Textbody">
    <w:name w:val="Text body"/>
    <w:basedOn w:val="Normalny"/>
    <w:rsid w:val="00751F1D"/>
    <w:pPr>
      <w:widowControl w:val="0"/>
      <w:suppressAutoHyphens/>
      <w:autoSpaceDN w:val="0"/>
      <w:spacing w:after="140" w:line="288" w:lineRule="auto"/>
    </w:pPr>
    <w:rPr>
      <w:rFonts w:ascii="Liberation Serif" w:eastAsia="Droid Sans Fallback" w:hAnsi="Liberation Serif" w:cs="FreeSans"/>
      <w:kern w:val="3"/>
      <w:sz w:val="24"/>
      <w:szCs w:val="24"/>
      <w:lang w:val="pl-PL" w:eastAsia="zh-CN" w:bidi="hi-IN"/>
    </w:rPr>
  </w:style>
  <w:style w:type="character" w:styleId="Hipercze">
    <w:name w:val="Hyperlink"/>
    <w:basedOn w:val="Domylnaczcionkaakapitu"/>
    <w:uiPriority w:val="99"/>
    <w:unhideWhenUsed/>
    <w:rsid w:val="00751F1D"/>
    <w:rPr>
      <w:color w:val="0000FF" w:themeColor="hyperlink"/>
      <w:u w:val="single"/>
    </w:rPr>
  </w:style>
  <w:style w:type="character" w:customStyle="1" w:styleId="AkapitzlistZnak">
    <w:name w:val="Akapit z listą Znak"/>
    <w:aliases w:val="Akapit z listą BS Znak,CW_Lista Znak,Colorful List Accent 1 Znak,List Paragraph Znak,Akapit z listą4 Znak,Akapit z listą1 Znak,Średnia siatka 1 — akcent 21 Znak,sw tekst Znak,Wypunktowanie Znak,Colorful List - Accent 11 Znak"/>
    <w:link w:val="Akapitzlist"/>
    <w:uiPriority w:val="34"/>
    <w:qFormat/>
    <w:locked/>
    <w:rsid w:val="005B46DA"/>
  </w:style>
  <w:style w:type="character" w:customStyle="1" w:styleId="markedcontent">
    <w:name w:val="markedcontent"/>
    <w:basedOn w:val="Domylnaczcionkaakapitu"/>
    <w:rsid w:val="00920425"/>
  </w:style>
  <w:style w:type="paragraph" w:styleId="Tekstdymka">
    <w:name w:val="Balloon Text"/>
    <w:basedOn w:val="Normalny"/>
    <w:link w:val="TekstdymkaZnak"/>
    <w:uiPriority w:val="99"/>
    <w:semiHidden/>
    <w:unhideWhenUsed/>
    <w:rsid w:val="009204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2042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F0EAF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,Dot pt"/>
    <w:basedOn w:val="Normalny"/>
    <w:link w:val="AkapitzlistZnak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efault">
    <w:name w:val="Default"/>
    <w:rsid w:val="0009328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pl-PL"/>
    </w:rPr>
  </w:style>
  <w:style w:type="paragraph" w:customStyle="1" w:styleId="Textbody">
    <w:name w:val="Text body"/>
    <w:basedOn w:val="Normalny"/>
    <w:rsid w:val="00751F1D"/>
    <w:pPr>
      <w:widowControl w:val="0"/>
      <w:suppressAutoHyphens/>
      <w:autoSpaceDN w:val="0"/>
      <w:spacing w:after="140" w:line="288" w:lineRule="auto"/>
    </w:pPr>
    <w:rPr>
      <w:rFonts w:ascii="Liberation Serif" w:eastAsia="Droid Sans Fallback" w:hAnsi="Liberation Serif" w:cs="FreeSans"/>
      <w:kern w:val="3"/>
      <w:sz w:val="24"/>
      <w:szCs w:val="24"/>
      <w:lang w:val="pl-PL" w:eastAsia="zh-CN" w:bidi="hi-IN"/>
    </w:rPr>
  </w:style>
  <w:style w:type="character" w:styleId="Hipercze">
    <w:name w:val="Hyperlink"/>
    <w:basedOn w:val="Domylnaczcionkaakapitu"/>
    <w:uiPriority w:val="99"/>
    <w:unhideWhenUsed/>
    <w:rsid w:val="00751F1D"/>
    <w:rPr>
      <w:color w:val="0000FF" w:themeColor="hyperlink"/>
      <w:u w:val="single"/>
    </w:rPr>
  </w:style>
  <w:style w:type="character" w:customStyle="1" w:styleId="AkapitzlistZnak">
    <w:name w:val="Akapit z listą Znak"/>
    <w:aliases w:val="Akapit z listą BS Znak,CW_Lista Znak,Colorful List Accent 1 Znak,List Paragraph Znak,Akapit z listą4 Znak,Akapit z listą1 Znak,Średnia siatka 1 — akcent 21 Znak,sw tekst Znak,Wypunktowanie Znak,Colorful List - Accent 11 Znak"/>
    <w:link w:val="Akapitzlist"/>
    <w:uiPriority w:val="34"/>
    <w:qFormat/>
    <w:locked/>
    <w:rsid w:val="005B46DA"/>
  </w:style>
  <w:style w:type="character" w:customStyle="1" w:styleId="markedcontent">
    <w:name w:val="markedcontent"/>
    <w:basedOn w:val="Domylnaczcionkaakapitu"/>
    <w:rsid w:val="00920425"/>
  </w:style>
  <w:style w:type="paragraph" w:styleId="Tekstdymka">
    <w:name w:val="Balloon Text"/>
    <w:basedOn w:val="Normalny"/>
    <w:link w:val="TekstdymkaZnak"/>
    <w:uiPriority w:val="99"/>
    <w:semiHidden/>
    <w:unhideWhenUsed/>
    <w:rsid w:val="009204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2042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697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495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31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12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13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87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13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43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77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167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28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40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679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818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bip.slaskie.pl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kancelaria@slaskie.pl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mailto:nowator@nowator.pl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akademiazawodowcow@ekonomikraciborz.pl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C\Downloads\Szablon_pisma_FESL_06_03_Akademia_zawodowcow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1C618D5-FAC0-47BD-BCF2-D68D452560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Szablon_pisma_FESL_06_03_Akademia_zawodowcow</Template>
  <TotalTime>2</TotalTime>
  <Pages>3</Pages>
  <Words>1129</Words>
  <Characters>6775</Characters>
  <Application>Microsoft Office Word</Application>
  <DocSecurity>0</DocSecurity>
  <Lines>56</Lines>
  <Paragraphs>15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7889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dc:description>generated by python-docx</dc:description>
  <cp:lastModifiedBy>PC</cp:lastModifiedBy>
  <cp:revision>2</cp:revision>
  <cp:lastPrinted>2026-09-22T12:27:00Z</cp:lastPrinted>
  <dcterms:created xsi:type="dcterms:W3CDTF">2026-10-07T10:45:00Z</dcterms:created>
  <dcterms:modified xsi:type="dcterms:W3CDTF">2026-10-07T10:45:00Z</dcterms:modified>
</cp:coreProperties>
</file>