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C5635" w14:textId="77777777" w:rsidR="008E14A0" w:rsidRPr="005E0114" w:rsidRDefault="008E14A0" w:rsidP="005E011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6D3EE45" w14:textId="77777777" w:rsidR="00974831" w:rsidRPr="005E0114" w:rsidRDefault="00974831" w:rsidP="005E0114">
      <w:pPr>
        <w:spacing w:line="240" w:lineRule="auto"/>
        <w:rPr>
          <w:rFonts w:ascii="Times New Roman" w:eastAsia="MS Mincho" w:hAnsi="Times New Roman" w:cs="Times New Roman"/>
          <w:b/>
          <w:spacing w:val="32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Załącznik nr 1 </w:t>
      </w:r>
      <w:r w:rsidRPr="005E0114">
        <w:rPr>
          <w:rFonts w:ascii="Times New Roman" w:eastAsia="Calibri" w:hAnsi="Times New Roman" w:cs="Times New Roman"/>
          <w:bCs/>
          <w:iCs/>
          <w:sz w:val="20"/>
          <w:szCs w:val="20"/>
          <w:lang w:val="pl-PL"/>
        </w:rPr>
        <w:t>do zapytania ofertowego nr:</w:t>
      </w: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 ZSE</w:t>
      </w:r>
      <w:r w:rsidR="00536EA7" w:rsidRPr="005E0114">
        <w:rPr>
          <w:rFonts w:ascii="Times New Roman" w:eastAsia="MS Mincho" w:hAnsi="Times New Roman" w:cs="Times New Roman"/>
          <w:spacing w:val="32"/>
          <w:sz w:val="20"/>
          <w:szCs w:val="20"/>
          <w:lang w:val="pl-PL"/>
        </w:rPr>
        <w:t>.022.2</w:t>
      </w:r>
      <w:r w:rsidRPr="005E0114">
        <w:rPr>
          <w:rFonts w:ascii="Times New Roman" w:eastAsia="MS Mincho" w:hAnsi="Times New Roman" w:cs="Times New Roman"/>
          <w:spacing w:val="32"/>
          <w:sz w:val="20"/>
          <w:szCs w:val="20"/>
          <w:lang w:val="pl-PL"/>
        </w:rPr>
        <w:t>.UE.1.2026.</w:t>
      </w:r>
    </w:p>
    <w:p w14:paraId="5B689DB0" w14:textId="77777777" w:rsidR="00974831" w:rsidRPr="005E0114" w:rsidRDefault="00974831" w:rsidP="005E0114">
      <w:pPr>
        <w:spacing w:line="240" w:lineRule="auto"/>
        <w:jc w:val="center"/>
        <w:rPr>
          <w:rFonts w:ascii="Times New Roman" w:eastAsia="MS Mincho" w:hAnsi="Times New Roman" w:cs="Times New Roman"/>
          <w:b/>
          <w:spacing w:val="32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pacing w:val="32"/>
          <w:sz w:val="20"/>
          <w:szCs w:val="20"/>
          <w:lang w:val="pl-PL"/>
        </w:rPr>
        <w:t xml:space="preserve">UMOWA </w:t>
      </w:r>
    </w:p>
    <w:p w14:paraId="577653DC" w14:textId="77777777" w:rsidR="00974831" w:rsidRPr="005E0114" w:rsidRDefault="00536EA7" w:rsidP="005E0114">
      <w:pPr>
        <w:spacing w:line="240" w:lineRule="auto"/>
        <w:jc w:val="center"/>
        <w:rPr>
          <w:rFonts w:ascii="Times New Roman" w:eastAsia="MS Mincho" w:hAnsi="Times New Roman" w:cs="Times New Roman"/>
          <w:b/>
          <w:spacing w:val="32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pacing w:val="32"/>
          <w:sz w:val="20"/>
          <w:szCs w:val="20"/>
          <w:lang w:val="pl-PL"/>
        </w:rPr>
        <w:t>NR ZSE.022.2.</w:t>
      </w:r>
      <w:r w:rsidR="00974831" w:rsidRPr="005E0114">
        <w:rPr>
          <w:rFonts w:ascii="Times New Roman" w:eastAsia="MS Mincho" w:hAnsi="Times New Roman" w:cs="Times New Roman"/>
          <w:b/>
          <w:spacing w:val="32"/>
          <w:sz w:val="20"/>
          <w:szCs w:val="20"/>
          <w:lang w:val="pl-PL"/>
        </w:rPr>
        <w:t>UE.1.2026</w:t>
      </w:r>
    </w:p>
    <w:p w14:paraId="717C007A" w14:textId="77777777" w:rsidR="00974831" w:rsidRPr="005E0114" w:rsidRDefault="00974831" w:rsidP="005E0114">
      <w:pPr>
        <w:spacing w:line="240" w:lineRule="auto"/>
        <w:jc w:val="center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zawarta w dniu …………………………………..</w:t>
      </w:r>
    </w:p>
    <w:p w14:paraId="3D2B3531" w14:textId="77777777" w:rsidR="00974831" w:rsidRPr="005E0114" w:rsidRDefault="00974831" w:rsidP="005E0114">
      <w:pPr>
        <w:spacing w:line="240" w:lineRule="auto"/>
        <w:rPr>
          <w:rFonts w:ascii="Times New Roman" w:eastAsia="MS Mincho" w:hAnsi="Times New Roman" w:cs="Times New Roman"/>
          <w:bCs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pomiędzy:</w:t>
      </w:r>
    </w:p>
    <w:p w14:paraId="3DA46FCB" w14:textId="77777777" w:rsidR="00974831" w:rsidRPr="005E0114" w:rsidRDefault="00974831" w:rsidP="005E0114">
      <w:pPr>
        <w:spacing w:line="240" w:lineRule="auto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  <w:t>Powiatem Raciborskim</w:t>
      </w:r>
    </w:p>
    <w:p w14:paraId="6861942A" w14:textId="77777777" w:rsidR="00974831" w:rsidRPr="005E0114" w:rsidRDefault="00974831" w:rsidP="005E0114">
      <w:pPr>
        <w:spacing w:line="240" w:lineRule="auto"/>
        <w:jc w:val="both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z siedzibą: Plac Stefana Okrzei 4, 47-400 Racibórz</w:t>
      </w:r>
    </w:p>
    <w:p w14:paraId="027DEBCC" w14:textId="77777777" w:rsidR="00974831" w:rsidRPr="005E0114" w:rsidRDefault="00974831" w:rsidP="005E0114">
      <w:pPr>
        <w:spacing w:line="240" w:lineRule="auto"/>
        <w:jc w:val="both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NIP: 6391982788</w:t>
      </w:r>
    </w:p>
    <w:p w14:paraId="33CBB119" w14:textId="77777777" w:rsidR="00974831" w:rsidRPr="005E0114" w:rsidRDefault="00974831" w:rsidP="005E0114">
      <w:pPr>
        <w:spacing w:line="240" w:lineRule="auto"/>
        <w:jc w:val="both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Regon: 27625511100000</w:t>
      </w:r>
    </w:p>
    <w:p w14:paraId="2855EA92" w14:textId="77777777" w:rsidR="00974831" w:rsidRPr="005E0114" w:rsidRDefault="00974831" w:rsidP="005E0114">
      <w:pPr>
        <w:spacing w:line="240" w:lineRule="auto"/>
        <w:jc w:val="both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działającym poprzez: </w:t>
      </w:r>
    </w:p>
    <w:p w14:paraId="0314AF65" w14:textId="77777777" w:rsidR="00974831" w:rsidRPr="005E0114" w:rsidRDefault="00974831" w:rsidP="005E0114">
      <w:pPr>
        <w:spacing w:line="240" w:lineRule="auto"/>
        <w:jc w:val="both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Zespół Szkół Ekonomicznych w Raciborzu</w:t>
      </w:r>
    </w:p>
    <w:p w14:paraId="4B996CB0" w14:textId="77777777" w:rsidR="00974831" w:rsidRPr="005E0114" w:rsidRDefault="00974831" w:rsidP="005E0114">
      <w:pPr>
        <w:spacing w:line="240" w:lineRule="auto"/>
        <w:jc w:val="both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z siedzibą: ul. Gimnazjalna 3, 47-400  Racibórz</w:t>
      </w:r>
    </w:p>
    <w:p w14:paraId="57EB8237" w14:textId="77777777" w:rsidR="00974831" w:rsidRPr="005E0114" w:rsidRDefault="00974831" w:rsidP="005E0114">
      <w:pPr>
        <w:spacing w:line="240" w:lineRule="auto"/>
        <w:jc w:val="both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reprezentowanym przez Jacka Pierzchałę – dyrektora  Zespołu Szkół Ekonomicznych w Raciborzu</w:t>
      </w:r>
    </w:p>
    <w:p w14:paraId="00EF6681" w14:textId="77777777" w:rsidR="00974831" w:rsidRPr="005E0114" w:rsidRDefault="00974831" w:rsidP="005E0114">
      <w:pPr>
        <w:spacing w:line="240" w:lineRule="auto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zwanym w treści umowy „Zamawiającym”</w:t>
      </w:r>
    </w:p>
    <w:p w14:paraId="7B3C1344" w14:textId="77777777" w:rsidR="00974831" w:rsidRPr="005E0114" w:rsidRDefault="00974831" w:rsidP="005E0114">
      <w:pPr>
        <w:spacing w:line="240" w:lineRule="auto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a</w:t>
      </w:r>
    </w:p>
    <w:p w14:paraId="4ABBFE95" w14:textId="77777777" w:rsidR="00974831" w:rsidRPr="005E0114" w:rsidRDefault="00974831" w:rsidP="005E0114">
      <w:pPr>
        <w:spacing w:line="240" w:lineRule="auto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……………………………………………………………….</w:t>
      </w:r>
    </w:p>
    <w:p w14:paraId="29226848" w14:textId="77777777" w:rsidR="00974831" w:rsidRPr="005E0114" w:rsidRDefault="00974831" w:rsidP="005E0114">
      <w:pPr>
        <w:spacing w:line="240" w:lineRule="auto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……………………………………………………………….</w:t>
      </w:r>
    </w:p>
    <w:p w14:paraId="280756F1" w14:textId="77777777" w:rsidR="00974831" w:rsidRPr="005E0114" w:rsidRDefault="00974831" w:rsidP="005E0114">
      <w:pPr>
        <w:spacing w:line="240" w:lineRule="auto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NIP: …………………………………………………………</w:t>
      </w:r>
    </w:p>
    <w:p w14:paraId="3C9F2BA6" w14:textId="77777777" w:rsidR="00974831" w:rsidRPr="005E0114" w:rsidRDefault="00974831" w:rsidP="005E0114">
      <w:pPr>
        <w:spacing w:line="240" w:lineRule="auto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REGON: ……………………………………………………</w:t>
      </w:r>
    </w:p>
    <w:p w14:paraId="415A5FD0" w14:textId="77777777" w:rsidR="00974831" w:rsidRPr="005E0114" w:rsidRDefault="00974831" w:rsidP="005E0114">
      <w:pPr>
        <w:spacing w:line="240" w:lineRule="auto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Nr telefonu: …………………………………………………</w:t>
      </w:r>
    </w:p>
    <w:p w14:paraId="431A869A" w14:textId="77777777" w:rsidR="00974831" w:rsidRPr="005E0114" w:rsidRDefault="00974831" w:rsidP="005E0114">
      <w:pPr>
        <w:spacing w:line="240" w:lineRule="auto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e-mail: ………………………………………………………</w:t>
      </w:r>
    </w:p>
    <w:p w14:paraId="6BAAAC31" w14:textId="77777777" w:rsidR="00974831" w:rsidRPr="005E0114" w:rsidRDefault="00974831" w:rsidP="005E0114">
      <w:pPr>
        <w:spacing w:line="240" w:lineRule="auto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reprezentowanym przez: …………………………………</w:t>
      </w:r>
    </w:p>
    <w:p w14:paraId="0D9CC35F" w14:textId="77777777" w:rsidR="00974831" w:rsidRPr="005E0114" w:rsidRDefault="00974831" w:rsidP="005E0114">
      <w:pPr>
        <w:spacing w:line="240" w:lineRule="auto"/>
        <w:rPr>
          <w:rFonts w:ascii="Times New Roman" w:eastAsia="MS Mincho" w:hAnsi="Times New Roman" w:cs="Times New Roman"/>
          <w:snapToGrid w:val="0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zwanym dalej ,,</w:t>
      </w:r>
      <w:r w:rsidRPr="005E0114"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  <w:t>Wykonawcą”,</w:t>
      </w: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 </w:t>
      </w:r>
      <w:r w:rsidRPr="005E0114">
        <w:rPr>
          <w:rFonts w:ascii="Times New Roman" w:eastAsia="MS Mincho" w:hAnsi="Times New Roman" w:cs="Times New Roman"/>
          <w:snapToGrid w:val="0"/>
          <w:sz w:val="20"/>
          <w:szCs w:val="20"/>
          <w:lang w:val="pl-PL"/>
        </w:rPr>
        <w:t xml:space="preserve"> </w:t>
      </w:r>
      <w:r w:rsidRPr="005E0114">
        <w:rPr>
          <w:rFonts w:ascii="Times New Roman" w:eastAsia="MS Mincho" w:hAnsi="Times New Roman" w:cs="Times New Roman"/>
          <w:b/>
          <w:bCs/>
          <w:snapToGrid w:val="0"/>
          <w:sz w:val="20"/>
          <w:szCs w:val="20"/>
          <w:lang w:val="pl-PL"/>
        </w:rPr>
        <w:t>została zawarta umowa o następującej treści</w:t>
      </w:r>
      <w:r w:rsidRPr="005E0114">
        <w:rPr>
          <w:rFonts w:ascii="Times New Roman" w:eastAsia="MS Mincho" w:hAnsi="Times New Roman" w:cs="Times New Roman"/>
          <w:b/>
          <w:snapToGrid w:val="0"/>
          <w:sz w:val="20"/>
          <w:szCs w:val="20"/>
          <w:lang w:val="pl-PL"/>
        </w:rPr>
        <w:t xml:space="preserve">: </w:t>
      </w:r>
    </w:p>
    <w:p w14:paraId="51FFD8D2" w14:textId="77777777" w:rsidR="00974831" w:rsidRPr="005E0114" w:rsidRDefault="00974831" w:rsidP="005E0114">
      <w:pPr>
        <w:spacing w:after="0" w:line="240" w:lineRule="auto"/>
        <w:ind w:right="72"/>
        <w:jc w:val="center"/>
        <w:rPr>
          <w:rFonts w:ascii="Times New Roman" w:eastAsia="MS Mincho" w:hAnsi="Times New Roman" w:cs="Times New Roman"/>
          <w:b/>
          <w:snapToGrid w:val="0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napToGrid w:val="0"/>
          <w:sz w:val="20"/>
          <w:szCs w:val="20"/>
          <w:lang w:val="pl-PL"/>
        </w:rPr>
        <w:t>§1</w:t>
      </w:r>
    </w:p>
    <w:p w14:paraId="2CFF4F2E" w14:textId="1A59F6FC" w:rsidR="00005507" w:rsidRPr="005E0114" w:rsidRDefault="00974831" w:rsidP="005E0114">
      <w:pPr>
        <w:spacing w:after="0" w:line="240" w:lineRule="auto"/>
        <w:ind w:right="72"/>
        <w:jc w:val="center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Przedmiot umowy</w:t>
      </w:r>
    </w:p>
    <w:p w14:paraId="7ACA047E" w14:textId="62A68944" w:rsidR="00974831" w:rsidRPr="005E0114" w:rsidRDefault="001F5E90" w:rsidP="00502CAA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pl-PL"/>
        </w:rPr>
      </w:pPr>
      <w:r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Przedmiotem </w:t>
      </w:r>
      <w:r w:rsidR="00974831" w:rsidRPr="005E0114">
        <w:rPr>
          <w:rFonts w:ascii="Times New Roman" w:eastAsia="Arial Unicode MS" w:hAnsi="Times New Roman" w:cs="Times New Roman"/>
          <w:sz w:val="20"/>
          <w:szCs w:val="20"/>
          <w:lang w:val="pl-PL"/>
        </w:rPr>
        <w:t>umowy jest</w:t>
      </w:r>
      <w:r w:rsidR="00EE1A6E" w:rsidRPr="005E0114">
        <w:rPr>
          <w:rFonts w:ascii="Times New Roman" w:eastAsia="Arial Unicode MS" w:hAnsi="Times New Roman" w:cs="Times New Roman"/>
          <w:sz w:val="20"/>
          <w:szCs w:val="20"/>
          <w:lang w:val="pl-PL"/>
        </w:rPr>
        <w:t xml:space="preserve">: </w:t>
      </w:r>
      <w:r w:rsidR="00536EA7" w:rsidRPr="005E0114">
        <w:rPr>
          <w:rFonts w:ascii="Times New Roman" w:hAnsi="Times New Roman" w:cs="Times New Roman"/>
          <w:sz w:val="20"/>
          <w:szCs w:val="20"/>
        </w:rPr>
        <w:t>,,</w:t>
      </w:r>
      <w:r w:rsidR="00536EA7" w:rsidRPr="005E011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</w:t>
      </w:r>
      <w:proofErr w:type="spellStart"/>
      <w:r w:rsidR="00536EA7" w:rsidRPr="005E0114">
        <w:rPr>
          <w:rFonts w:ascii="Times New Roman" w:eastAsia="Times New Roman" w:hAnsi="Times New Roman" w:cs="Times New Roman"/>
          <w:bCs/>
          <w:sz w:val="20"/>
          <w:szCs w:val="20"/>
          <w:lang w:val="pl-PL" w:eastAsia="pl-PL"/>
        </w:rPr>
        <w:t>ostosowanie</w:t>
      </w:r>
      <w:proofErr w:type="spellEnd"/>
      <w:r w:rsidR="00536EA7" w:rsidRPr="005E0114">
        <w:rPr>
          <w:rFonts w:ascii="Times New Roman" w:eastAsia="Times New Roman" w:hAnsi="Times New Roman" w:cs="Times New Roman"/>
          <w:bCs/>
          <w:sz w:val="20"/>
          <w:szCs w:val="20"/>
          <w:lang w:val="pl-PL" w:eastAsia="pl-PL"/>
        </w:rPr>
        <w:t xml:space="preserve"> strony internetowej Zespołu Szkół Ekonomicznych w Raciborzu do standardu WCAG 2.1 na poziomie AA</w:t>
      </w:r>
      <w:r w:rsidR="00536EA7"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 (zgodnie z wytycznymi Web Content Accessibility </w:t>
      </w:r>
      <w:proofErr w:type="spellStart"/>
      <w:r w:rsidR="00536EA7"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Guidelines</w:t>
      </w:r>
      <w:proofErr w:type="spellEnd"/>
      <w:r w:rsidR="00536EA7"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), w tym zapewnienie zgodności z wymogami dostępności cyfrowej dla osób ze szczególnymi potrzebami”</w:t>
      </w:r>
      <w:r w:rsidR="00EE1A6E" w:rsidRPr="005E0114">
        <w:rPr>
          <w:rFonts w:ascii="Times New Roman" w:eastAsia="Calibri" w:hAnsi="Times New Roman" w:cs="Times New Roman"/>
          <w:sz w:val="20"/>
          <w:szCs w:val="20"/>
          <w:lang w:val="pl-PL"/>
        </w:rPr>
        <w:t>, r</w:t>
      </w:r>
      <w:r w:rsidR="00974831" w:rsidRPr="005E0114">
        <w:rPr>
          <w:rFonts w:ascii="Times New Roman" w:eastAsia="Arial Unicode MS" w:hAnsi="Times New Roman" w:cs="Times New Roman"/>
          <w:bCs/>
          <w:sz w:val="20"/>
          <w:szCs w:val="20"/>
          <w:lang w:val="pl-PL"/>
        </w:rPr>
        <w:t xml:space="preserve">ealizowanego w ramach </w:t>
      </w:r>
      <w:r w:rsidR="00974831" w:rsidRPr="005E0114">
        <w:rPr>
          <w:rFonts w:ascii="Times New Roman" w:hAnsi="Times New Roman" w:cs="Times New Roman"/>
          <w:bCs/>
          <w:sz w:val="20"/>
          <w:szCs w:val="20"/>
          <w:lang w:val="pl-PL"/>
        </w:rPr>
        <w:t>projektu: Akademia zawodowców 2.0 – Poprawa jakości kształcenia zawodowego w ZSE w Raciborzu”</w:t>
      </w:r>
      <w:r w:rsidR="005E0114" w:rsidRPr="005E0114">
        <w:rPr>
          <w:rFonts w:ascii="Times New Roman" w:hAnsi="Times New Roman" w:cs="Times New Roman"/>
          <w:bCs/>
          <w:sz w:val="20"/>
          <w:szCs w:val="20"/>
          <w:lang w:val="pl-PL"/>
        </w:rPr>
        <w:t>,</w:t>
      </w:r>
      <w:r w:rsidR="00974831" w:rsidRPr="005E0114">
        <w:rPr>
          <w:rFonts w:ascii="Times New Roman" w:hAnsi="Times New Roman" w:cs="Times New Roman"/>
          <w:bCs/>
          <w:sz w:val="20"/>
          <w:szCs w:val="20"/>
          <w:lang w:val="pl-PL"/>
        </w:rPr>
        <w:t xml:space="preserve"> współfinansowanego ze środków Europejskiego Funduszu Społecznego Plus (EFS+) w ramach programu Fundusze Europejskie dla Śląskiego 2021–2027 Priorytet VI – Fundusze Europejskie dla edukacji Działanie FESL.06.03 – Kształcenie zawodowe.</w:t>
      </w:r>
    </w:p>
    <w:p w14:paraId="638161D1" w14:textId="401C3144" w:rsidR="00EE1A6E" w:rsidRPr="00EE1A6E" w:rsidRDefault="00EE1A6E" w:rsidP="005E0114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p w14:paraId="10FA28A4" w14:textId="6B561529" w:rsidR="00EE1A6E" w:rsidRPr="00EE1A6E" w:rsidRDefault="00EE1A6E" w:rsidP="00502CA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lastRenderedPageBreak/>
        <w:t>Zakres zamówienia obejmuje w szczególności:</w:t>
      </w:r>
    </w:p>
    <w:p w14:paraId="5BA222EE" w14:textId="02DA2CB8" w:rsidR="00EE1A6E" w:rsidRPr="00EE1A6E" w:rsidRDefault="00EE1A6E" w:rsidP="00502CAA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audyt dostępności istniejącej strony internetowej,</w:t>
      </w:r>
    </w:p>
    <w:p w14:paraId="345AAEC4" w14:textId="0F5A9882" w:rsidR="00EE1A6E" w:rsidRPr="00EE1A6E" w:rsidRDefault="00EE1A6E" w:rsidP="00502CAA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wdrożenie działań naprawczych prowadzących do pełnej zgodności z WCAG 2.1 AA,</w:t>
      </w:r>
    </w:p>
    <w:p w14:paraId="198478B6" w14:textId="180BC42B" w:rsidR="00EE1A6E" w:rsidRPr="00EE1A6E" w:rsidRDefault="00EE1A6E" w:rsidP="00502CAA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weryfikację wdrożonych zmian,</w:t>
      </w:r>
    </w:p>
    <w:p w14:paraId="468C76A1" w14:textId="3274E102" w:rsidR="00EE1A6E" w:rsidRPr="00EE1A6E" w:rsidRDefault="00EE1A6E" w:rsidP="00502CAA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sporządzenie raportu końcowego,</w:t>
      </w:r>
    </w:p>
    <w:p w14:paraId="4DF45251" w14:textId="79C4DBB2" w:rsidR="00EE1A6E" w:rsidRPr="00EE1A6E" w:rsidRDefault="00EE1A6E" w:rsidP="00502CAA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przygotowanie instrukcji dla administratora oraz przeprowadzenie szkolenia.</w:t>
      </w:r>
    </w:p>
    <w:p w14:paraId="585D2CDB" w14:textId="77777777" w:rsidR="00700E40" w:rsidRDefault="00EE1A6E" w:rsidP="00502CA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Szczegółowy opis przedmiotu zamówienia określa zapytanie ofertowe nr </w:t>
      </w:r>
      <w:hyperlink r:id="rId8" w:tgtFrame="_blank" w:history="1">
        <w:r w:rsidRPr="00EE1A6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pl-PL" w:eastAsia="pl-PL"/>
          </w:rPr>
          <w:t>ZSE.022.2.UE.1.2026</w:t>
        </w:r>
      </w:hyperlink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 oraz oferta Wykonawcy, które stanowią integralną część niniejszej umowy.</w:t>
      </w:r>
    </w:p>
    <w:p w14:paraId="590D020D" w14:textId="2BFE26FF" w:rsidR="009F2C71" w:rsidRDefault="009F2C71" w:rsidP="009F2C71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val="pl-PL"/>
        </w:rPr>
      </w:pPr>
      <w:r w:rsidRPr="009F2C71">
        <w:rPr>
          <w:rFonts w:ascii="Times New Roman" w:eastAsia="Arial Unicode MS" w:hAnsi="Times New Roman" w:cs="Times New Roman"/>
          <w:sz w:val="20"/>
          <w:szCs w:val="20"/>
          <w:lang w:val="pl-PL"/>
        </w:rPr>
        <w:t>Umowa zostaje zawarta w wyniku przeprowadzenia postępowania w trybie z</w:t>
      </w:r>
      <w:r>
        <w:rPr>
          <w:rFonts w:ascii="Times New Roman" w:eastAsia="Arial Unicode MS" w:hAnsi="Times New Roman" w:cs="Times New Roman"/>
          <w:sz w:val="20"/>
          <w:szCs w:val="20"/>
          <w:lang w:val="pl-PL"/>
        </w:rPr>
        <w:t>apytania ofertowego nr ZSE.022.2</w:t>
      </w:r>
      <w:r w:rsidRPr="009F2C71">
        <w:rPr>
          <w:rFonts w:ascii="Times New Roman" w:eastAsia="Arial Unicode MS" w:hAnsi="Times New Roman" w:cs="Times New Roman"/>
          <w:sz w:val="20"/>
          <w:szCs w:val="20"/>
          <w:lang w:val="pl-PL"/>
        </w:rPr>
        <w:t>.UE.1.2026, do którego nie stosuje się przepisów ustawy z dnia 11 września 2019 r. – Prawo zamówień publicznych (</w:t>
      </w:r>
      <w:proofErr w:type="spellStart"/>
      <w:r w:rsidRPr="009F2C71">
        <w:rPr>
          <w:rFonts w:ascii="Times New Roman" w:eastAsia="Arial Unicode MS" w:hAnsi="Times New Roman" w:cs="Times New Roman"/>
          <w:sz w:val="20"/>
          <w:szCs w:val="20"/>
          <w:lang w:val="pl-PL"/>
        </w:rPr>
        <w:t>t.j</w:t>
      </w:r>
      <w:proofErr w:type="spellEnd"/>
      <w:r w:rsidRPr="009F2C71">
        <w:rPr>
          <w:rFonts w:ascii="Times New Roman" w:eastAsia="Arial Unicode MS" w:hAnsi="Times New Roman" w:cs="Times New Roman"/>
          <w:sz w:val="20"/>
          <w:szCs w:val="20"/>
          <w:lang w:val="pl-PL"/>
        </w:rPr>
        <w:t xml:space="preserve">. Dz.U. z 2024r. poz. 1320, z </w:t>
      </w:r>
      <w:proofErr w:type="spellStart"/>
      <w:r w:rsidRPr="009F2C71">
        <w:rPr>
          <w:rFonts w:ascii="Times New Roman" w:eastAsia="Arial Unicode MS" w:hAnsi="Times New Roman" w:cs="Times New Roman"/>
          <w:sz w:val="20"/>
          <w:szCs w:val="20"/>
          <w:lang w:val="pl-PL"/>
        </w:rPr>
        <w:t>późn</w:t>
      </w:r>
      <w:proofErr w:type="spellEnd"/>
      <w:r w:rsidRPr="009F2C71">
        <w:rPr>
          <w:rFonts w:ascii="Times New Roman" w:eastAsia="Arial Unicode MS" w:hAnsi="Times New Roman" w:cs="Times New Roman"/>
          <w:sz w:val="20"/>
          <w:szCs w:val="20"/>
          <w:lang w:val="pl-PL"/>
        </w:rPr>
        <w:t>. zm.).</w:t>
      </w:r>
    </w:p>
    <w:p w14:paraId="331B56CD" w14:textId="6314964B" w:rsidR="00974831" w:rsidRPr="009F2C71" w:rsidRDefault="00700E40" w:rsidP="009729C2">
      <w:pPr>
        <w:pStyle w:val="Akapitzlist"/>
        <w:numPr>
          <w:ilvl w:val="0"/>
          <w:numId w:val="7"/>
        </w:numPr>
        <w:jc w:val="both"/>
        <w:rPr>
          <w:rFonts w:ascii="Times New Roman" w:eastAsia="Arial Unicode MS" w:hAnsi="Times New Roman" w:cs="Times New Roman"/>
          <w:sz w:val="20"/>
          <w:szCs w:val="20"/>
          <w:lang w:val="pl-PL"/>
        </w:rPr>
      </w:pPr>
      <w:r w:rsidRPr="009F2C71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Wykonawca zobowiązuje się do realizacji przedmiotu umowy z należytą starannością, zgodnie z obowiązującymi przepisami prawa oraz standardami dostępności cyfrowej.</w:t>
      </w:r>
    </w:p>
    <w:p w14:paraId="159A97AC" w14:textId="77777777" w:rsidR="00700E40" w:rsidRPr="00700E40" w:rsidRDefault="00700E40" w:rsidP="00700E40">
      <w:p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p w14:paraId="318C4F61" w14:textId="111E4CFE" w:rsidR="00974831" w:rsidRPr="005E0114" w:rsidRDefault="00974831" w:rsidP="005E0114">
      <w:pPr>
        <w:spacing w:after="0" w:line="240" w:lineRule="auto"/>
        <w:ind w:right="72"/>
        <w:jc w:val="center"/>
        <w:rPr>
          <w:rFonts w:ascii="Times New Roman" w:eastAsia="MS Mincho" w:hAnsi="Times New Roman" w:cs="Times New Roman"/>
          <w:b/>
          <w:snapToGrid w:val="0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napToGrid w:val="0"/>
          <w:sz w:val="20"/>
          <w:szCs w:val="20"/>
          <w:lang w:val="pl-PL"/>
        </w:rPr>
        <w:t>§</w:t>
      </w:r>
      <w:r w:rsidR="00DB63F7" w:rsidRPr="005E0114">
        <w:rPr>
          <w:rFonts w:ascii="Times New Roman" w:eastAsia="MS Mincho" w:hAnsi="Times New Roman" w:cs="Times New Roman"/>
          <w:b/>
          <w:snapToGrid w:val="0"/>
          <w:sz w:val="20"/>
          <w:szCs w:val="20"/>
          <w:lang w:val="pl-PL"/>
        </w:rPr>
        <w:t>2</w:t>
      </w:r>
    </w:p>
    <w:p w14:paraId="3CFFB4BF" w14:textId="66B9601F" w:rsidR="00DB63F7" w:rsidRPr="00EE1A6E" w:rsidRDefault="00974831" w:rsidP="005E0114">
      <w:pPr>
        <w:spacing w:after="0" w:line="240" w:lineRule="auto"/>
        <w:ind w:right="72"/>
        <w:jc w:val="center"/>
        <w:rPr>
          <w:rFonts w:ascii="Times New Roman" w:eastAsia="MS Mincho" w:hAnsi="Times New Roman" w:cs="Times New Roman"/>
          <w:b/>
          <w:bCs/>
          <w:snapToGrid w:val="0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bCs/>
          <w:snapToGrid w:val="0"/>
          <w:sz w:val="20"/>
          <w:szCs w:val="20"/>
          <w:lang w:val="pl-PL"/>
        </w:rPr>
        <w:t>Termin realizacji  przedmiotu umowy</w:t>
      </w:r>
    </w:p>
    <w:p w14:paraId="6FED5492" w14:textId="77777777" w:rsidR="00974831" w:rsidRPr="005E0114" w:rsidRDefault="00974831" w:rsidP="00502CAA">
      <w:pPr>
        <w:numPr>
          <w:ilvl w:val="0"/>
          <w:numId w:val="8"/>
        </w:numPr>
        <w:spacing w:after="0" w:line="240" w:lineRule="auto"/>
        <w:ind w:left="284" w:right="72" w:hanging="284"/>
        <w:jc w:val="both"/>
        <w:rPr>
          <w:rFonts w:ascii="Times New Roman" w:eastAsia="MS Mincho" w:hAnsi="Times New Roman" w:cs="Times New Roman"/>
          <w:snapToGrid w:val="0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napToGrid w:val="0"/>
          <w:sz w:val="20"/>
          <w:szCs w:val="20"/>
          <w:lang w:val="pl-PL"/>
        </w:rPr>
        <w:t xml:space="preserve">Wykonawca zobowiązuje się zrealizować przedmiot umowy w następujących terminach:  </w:t>
      </w:r>
    </w:p>
    <w:p w14:paraId="7ED24877" w14:textId="77777777" w:rsidR="00974831" w:rsidRPr="005E0114" w:rsidRDefault="00974831" w:rsidP="00502CAA">
      <w:pPr>
        <w:numPr>
          <w:ilvl w:val="0"/>
          <w:numId w:val="9"/>
        </w:numPr>
        <w:tabs>
          <w:tab w:val="num" w:pos="567"/>
        </w:tabs>
        <w:spacing w:after="0" w:line="240" w:lineRule="auto"/>
        <w:ind w:left="567" w:right="72" w:hanging="283"/>
        <w:contextualSpacing/>
        <w:jc w:val="both"/>
        <w:rPr>
          <w:rFonts w:ascii="Times New Roman" w:eastAsia="MS Mincho" w:hAnsi="Times New Roman" w:cs="Times New Roman"/>
          <w:b/>
          <w:bCs/>
          <w:snapToGrid w:val="0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Cs/>
          <w:snapToGrid w:val="0"/>
          <w:sz w:val="20"/>
          <w:szCs w:val="20"/>
          <w:lang w:val="pl-PL"/>
        </w:rPr>
        <w:t>rozpoczęcie: w terminie uzgodnionym z Zamawiającym</w:t>
      </w:r>
      <w:r w:rsidRPr="005E0114">
        <w:rPr>
          <w:rFonts w:ascii="Times New Roman" w:eastAsia="MS Mincho" w:hAnsi="Times New Roman" w:cs="Times New Roman"/>
          <w:b/>
          <w:bCs/>
          <w:snapToGrid w:val="0"/>
          <w:sz w:val="20"/>
          <w:szCs w:val="20"/>
          <w:lang w:val="pl-PL"/>
        </w:rPr>
        <w:t>,</w:t>
      </w:r>
    </w:p>
    <w:p w14:paraId="6432FEEE" w14:textId="7C3DCC67" w:rsidR="00974831" w:rsidRPr="005E0114" w:rsidRDefault="00974831" w:rsidP="00502CAA">
      <w:pPr>
        <w:numPr>
          <w:ilvl w:val="0"/>
          <w:numId w:val="9"/>
        </w:numPr>
        <w:tabs>
          <w:tab w:val="num" w:pos="567"/>
        </w:tabs>
        <w:spacing w:after="0" w:line="240" w:lineRule="auto"/>
        <w:ind w:left="567" w:right="72" w:hanging="283"/>
        <w:contextualSpacing/>
        <w:jc w:val="both"/>
        <w:rPr>
          <w:rFonts w:ascii="Times New Roman" w:eastAsia="MS Mincho" w:hAnsi="Times New Roman" w:cs="Times New Roman"/>
          <w:b/>
          <w:bCs/>
          <w:snapToGrid w:val="0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napToGrid w:val="0"/>
          <w:sz w:val="20"/>
          <w:szCs w:val="20"/>
          <w:lang w:val="pl-PL"/>
        </w:rPr>
        <w:t xml:space="preserve">zakończenie: </w:t>
      </w:r>
      <w:r w:rsidR="00F15510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17</w:t>
      </w:r>
      <w:r w:rsidR="00DB63F7"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.03</w:t>
      </w:r>
      <w:r w:rsidR="00DB63F7"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.</w:t>
      </w:r>
      <w:r w:rsidRPr="005E0114">
        <w:rPr>
          <w:rFonts w:ascii="Times New Roman" w:eastAsia="MS Mincho" w:hAnsi="Times New Roman" w:cs="Times New Roman"/>
          <w:bCs/>
          <w:snapToGrid w:val="0"/>
          <w:sz w:val="20"/>
          <w:szCs w:val="20"/>
          <w:lang w:val="pl-PL"/>
        </w:rPr>
        <w:t>2026r.</w:t>
      </w:r>
    </w:p>
    <w:p w14:paraId="777286EE" w14:textId="48E61140" w:rsidR="00DB63F7" w:rsidRPr="005E0114" w:rsidRDefault="00DB63F7" w:rsidP="005E0114">
      <w:pPr>
        <w:spacing w:after="18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2. </w:t>
      </w:r>
      <w:r w:rsidR="00470D0F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 </w:t>
      </w: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Miejscem realizacji umowy </w:t>
      </w:r>
      <w:r w:rsidR="0072336F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jest</w:t>
      </w: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 infrastruktura informatyczna Zamawiającego.</w:t>
      </w:r>
    </w:p>
    <w:p w14:paraId="472A02E7" w14:textId="2B19E086" w:rsidR="00974831" w:rsidRPr="005E0114" w:rsidRDefault="00974831" w:rsidP="005E0114">
      <w:pPr>
        <w:spacing w:after="0" w:line="240" w:lineRule="auto"/>
        <w:ind w:right="72"/>
        <w:jc w:val="center"/>
        <w:rPr>
          <w:rFonts w:ascii="Times New Roman" w:eastAsia="MS Mincho" w:hAnsi="Times New Roman" w:cs="Times New Roman"/>
          <w:b/>
          <w:bCs/>
          <w:snapToGrid w:val="0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bCs/>
          <w:snapToGrid w:val="0"/>
          <w:sz w:val="20"/>
          <w:szCs w:val="20"/>
          <w:lang w:val="pl-PL"/>
        </w:rPr>
        <w:t>§</w:t>
      </w:r>
      <w:r w:rsidR="00683DF0" w:rsidRPr="005E0114">
        <w:rPr>
          <w:rFonts w:ascii="Times New Roman" w:eastAsia="MS Mincho" w:hAnsi="Times New Roman" w:cs="Times New Roman"/>
          <w:b/>
          <w:bCs/>
          <w:snapToGrid w:val="0"/>
          <w:sz w:val="20"/>
          <w:szCs w:val="20"/>
          <w:lang w:val="pl-PL"/>
        </w:rPr>
        <w:t>3</w:t>
      </w:r>
    </w:p>
    <w:p w14:paraId="3769EA20" w14:textId="2A4F968F" w:rsidR="00DB63F7" w:rsidRPr="00EE1A6E" w:rsidRDefault="00974831" w:rsidP="005E0114">
      <w:pPr>
        <w:spacing w:after="0" w:line="240" w:lineRule="auto"/>
        <w:ind w:right="72"/>
        <w:jc w:val="center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Obowiązki Wykonawcy</w:t>
      </w:r>
    </w:p>
    <w:p w14:paraId="58C253F8" w14:textId="5BCF825B" w:rsidR="00DB63F7" w:rsidRPr="005E0114" w:rsidRDefault="00DB63F7" w:rsidP="00502CAA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Wykonawca zobowiązuje się do realizacji przedmiotu umowy:</w:t>
      </w:r>
    </w:p>
    <w:p w14:paraId="01BE356D" w14:textId="2B8A3B9A" w:rsidR="00DB63F7" w:rsidRPr="005E0114" w:rsidRDefault="00DB63F7" w:rsidP="00502CAA">
      <w:pPr>
        <w:numPr>
          <w:ilvl w:val="1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z należytą starannością,</w:t>
      </w:r>
    </w:p>
    <w:p w14:paraId="19C3D415" w14:textId="39A5635E" w:rsidR="00DB63F7" w:rsidRPr="005E0114" w:rsidRDefault="00DB63F7" w:rsidP="00502CAA">
      <w:pPr>
        <w:numPr>
          <w:ilvl w:val="1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zgodnie z obowiązującymi przepisami prawa,</w:t>
      </w:r>
    </w:p>
    <w:p w14:paraId="4345B261" w14:textId="69236F21" w:rsidR="00DB63F7" w:rsidRPr="005E0114" w:rsidRDefault="00DB63F7" w:rsidP="00502CAA">
      <w:pPr>
        <w:numPr>
          <w:ilvl w:val="1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zgodnie z wytycznymi WCAG 2.1 AA,</w:t>
      </w:r>
    </w:p>
    <w:p w14:paraId="4FD381AC" w14:textId="208ED882" w:rsidR="00DB63F7" w:rsidRPr="00EE1A6E" w:rsidRDefault="00DB63F7" w:rsidP="00502CAA">
      <w:pPr>
        <w:numPr>
          <w:ilvl w:val="1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z uwzględnieniem wymogów projektów współfinansowanych ze środków UE</w:t>
      </w:r>
    </w:p>
    <w:p w14:paraId="46B00501" w14:textId="5C73FA90" w:rsidR="00DB63F7" w:rsidRPr="00EE1A6E" w:rsidRDefault="00DB63F7" w:rsidP="00502CAA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Wykonawca zapewnia, że osoby realizujące zamówienie posiadają odpowiednie kwalifikacje i doświadczenie w zakresie </w:t>
      </w:r>
      <w:r w:rsidR="0072336F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dostosowania  strony do wymogu </w:t>
      </w: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dostępności cyfrowej</w:t>
      </w:r>
      <w:r w:rsidR="0072336F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 dla osób  ze szczególnymi potrzebami</w:t>
      </w: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.</w:t>
      </w:r>
    </w:p>
    <w:p w14:paraId="6321218F" w14:textId="76CE795F" w:rsidR="00974831" w:rsidRPr="005E0114" w:rsidRDefault="00DB63F7" w:rsidP="00502CAA">
      <w:pPr>
        <w:numPr>
          <w:ilvl w:val="0"/>
          <w:numId w:val="23"/>
        </w:numPr>
        <w:spacing w:after="18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Wykonawca zobowiązuje się do bieżącej współpracy z Zamawiającym.</w:t>
      </w:r>
    </w:p>
    <w:p w14:paraId="0911634A" w14:textId="0B49C67C" w:rsidR="00974831" w:rsidRPr="005E0114" w:rsidRDefault="00974831" w:rsidP="005E01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§</w:t>
      </w:r>
      <w:r w:rsidR="00683DF0"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4</w:t>
      </w:r>
    </w:p>
    <w:p w14:paraId="7B1AB66A" w14:textId="77777777" w:rsidR="00974831" w:rsidRPr="005E0114" w:rsidRDefault="00974831" w:rsidP="005E01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Przedstawiciele stron</w:t>
      </w:r>
    </w:p>
    <w:p w14:paraId="4AD50AFA" w14:textId="77777777" w:rsidR="00974831" w:rsidRPr="005E0114" w:rsidRDefault="00974831" w:rsidP="00502CAA">
      <w:pPr>
        <w:widowControl w:val="0"/>
        <w:numPr>
          <w:ilvl w:val="0"/>
          <w:numId w:val="10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color w:val="000000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color w:val="000000"/>
          <w:sz w:val="20"/>
          <w:szCs w:val="20"/>
          <w:lang w:val="pl-PL"/>
        </w:rPr>
        <w:t>Strony wyznaczają swoich przedstawicieli w zakresie wykonywanych robót:</w:t>
      </w:r>
    </w:p>
    <w:p w14:paraId="6A12E612" w14:textId="77777777" w:rsidR="00974831" w:rsidRPr="005E0114" w:rsidRDefault="00974831" w:rsidP="005E0114">
      <w:pPr>
        <w:shd w:val="clear" w:color="auto" w:fill="FFFFFF"/>
        <w:tabs>
          <w:tab w:val="num" w:pos="284"/>
        </w:tabs>
        <w:spacing w:after="0" w:line="240" w:lineRule="auto"/>
        <w:ind w:left="426"/>
        <w:jc w:val="both"/>
        <w:rPr>
          <w:rFonts w:ascii="Times New Roman" w:eastAsia="MS Mincho" w:hAnsi="Times New Roman" w:cs="Times New Roman"/>
          <w:color w:val="000000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color w:val="000000"/>
          <w:sz w:val="20"/>
          <w:szCs w:val="20"/>
          <w:lang w:val="pl-PL"/>
        </w:rPr>
        <w:t>1)   Zamawiający- Jacek Pierzchała – dyrektor ZSE w Raciborzu</w:t>
      </w: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,</w:t>
      </w:r>
    </w:p>
    <w:p w14:paraId="721124CA" w14:textId="77777777" w:rsidR="00974831" w:rsidRPr="005E0114" w:rsidRDefault="00974831" w:rsidP="005E0114">
      <w:pPr>
        <w:tabs>
          <w:tab w:val="num" w:pos="0"/>
          <w:tab w:val="num" w:pos="284"/>
        </w:tabs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2)   Wykonawca - …………………………………………………………</w:t>
      </w:r>
    </w:p>
    <w:p w14:paraId="52EADC74" w14:textId="271039FA" w:rsidR="007900D0" w:rsidRPr="005E0114" w:rsidRDefault="00974831" w:rsidP="00502CAA">
      <w:pPr>
        <w:numPr>
          <w:ilvl w:val="0"/>
          <w:numId w:val="10"/>
        </w:numPr>
        <w:tabs>
          <w:tab w:val="num" w:pos="284"/>
        </w:tabs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Zakres działania przedstawicieli Zamawiającego i Wykonawcy określają obowiązujące przepisy oraz upoważnienia wynikające z niniejszej umowy.</w:t>
      </w:r>
    </w:p>
    <w:p w14:paraId="68514101" w14:textId="1FAEDCF6" w:rsidR="00974831" w:rsidRPr="005E0114" w:rsidRDefault="00974831" w:rsidP="005E0114">
      <w:pPr>
        <w:spacing w:after="0" w:line="240" w:lineRule="auto"/>
        <w:ind w:right="72"/>
        <w:jc w:val="center"/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  <w:t>§</w:t>
      </w:r>
      <w:r w:rsidR="00F02ED9" w:rsidRPr="005E0114"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  <w:t>5</w:t>
      </w:r>
    </w:p>
    <w:p w14:paraId="1037A406" w14:textId="77777777" w:rsidR="00974831" w:rsidRPr="005E0114" w:rsidRDefault="00974831" w:rsidP="005E0114">
      <w:pPr>
        <w:spacing w:after="0" w:line="240" w:lineRule="auto"/>
        <w:ind w:right="72"/>
        <w:jc w:val="center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Wynagrodzenie za realizację umowy</w:t>
      </w:r>
    </w:p>
    <w:p w14:paraId="419C39CB" w14:textId="5E34FAF3" w:rsidR="00974831" w:rsidRPr="005E0114" w:rsidRDefault="00974831" w:rsidP="00502CAA">
      <w:pPr>
        <w:numPr>
          <w:ilvl w:val="0"/>
          <w:numId w:val="11"/>
        </w:numPr>
        <w:spacing w:after="0" w:line="240" w:lineRule="auto"/>
        <w:ind w:left="284" w:right="72" w:hanging="284"/>
        <w:jc w:val="both"/>
        <w:rPr>
          <w:rFonts w:ascii="Times New Roman" w:eastAsia="MS Mincho" w:hAnsi="Times New Roman" w:cs="Times New Roman"/>
          <w:bCs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Strony ustalają, że za wykonanie przedmiotu umowy Wykonawca otrzyma </w:t>
      </w:r>
      <w:r w:rsidRPr="005E0114">
        <w:rPr>
          <w:rFonts w:ascii="Times New Roman" w:eastAsia="MS Mincho" w:hAnsi="Times New Roman" w:cs="Times New Roman"/>
          <w:bCs/>
          <w:sz w:val="20"/>
          <w:szCs w:val="20"/>
          <w:lang w:val="pl-PL"/>
        </w:rPr>
        <w:t xml:space="preserve">wynagrodzenie zgodnie z przedstawioną ofertą </w:t>
      </w: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w wyso</w:t>
      </w:r>
      <w:bookmarkStart w:id="0" w:name="_Hlk515017002"/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kości </w:t>
      </w: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 xml:space="preserve">………………………………. </w:t>
      </w:r>
      <w:r w:rsidRPr="001F5E90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zł brutto </w:t>
      </w:r>
      <w:r w:rsidR="001F5E90" w:rsidRPr="001F5E90">
        <w:rPr>
          <w:rFonts w:ascii="Times New Roman" w:eastAsia="MS Mincho" w:hAnsi="Times New Roman" w:cs="Times New Roman"/>
          <w:sz w:val="20"/>
          <w:szCs w:val="20"/>
          <w:lang w:val="pl-PL"/>
        </w:rPr>
        <w:t>i zawiera wynagrodzenie za przeniesienie autorskich praw majątkowych.</w:t>
      </w:r>
      <w:r w:rsidRPr="001F5E90">
        <w:rPr>
          <w:rFonts w:ascii="Times New Roman" w:eastAsia="MS Mincho" w:hAnsi="Times New Roman" w:cs="Times New Roman"/>
          <w:sz w:val="20"/>
          <w:szCs w:val="20"/>
          <w:lang w:val="pl-PL"/>
        </w:rPr>
        <w:tab/>
      </w:r>
      <w:r w:rsidRPr="001F5E90">
        <w:rPr>
          <w:rFonts w:ascii="Times New Roman" w:eastAsia="MS Mincho" w:hAnsi="Times New Roman" w:cs="Times New Roman"/>
          <w:sz w:val="20"/>
          <w:szCs w:val="20"/>
          <w:lang w:val="pl-PL"/>
        </w:rPr>
        <w:br/>
      </w: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(</w:t>
      </w:r>
      <w:r w:rsidRPr="005E0114">
        <w:rPr>
          <w:rFonts w:ascii="Times New Roman" w:eastAsia="MS Mincho" w:hAnsi="Times New Roman" w:cs="Times New Roman"/>
          <w:bCs/>
          <w:sz w:val="20"/>
          <w:szCs w:val="20"/>
          <w:lang w:val="pl-PL"/>
        </w:rPr>
        <w:t>słownie zł: ………………………………………………………………………………………………………………... )</w:t>
      </w:r>
      <w:bookmarkEnd w:id="0"/>
      <w:r w:rsidRPr="005E0114">
        <w:rPr>
          <w:rFonts w:ascii="Times New Roman" w:eastAsia="MS Mincho" w:hAnsi="Times New Roman" w:cs="Times New Roman"/>
          <w:bCs/>
          <w:sz w:val="20"/>
          <w:szCs w:val="20"/>
          <w:lang w:val="pl-PL"/>
        </w:rPr>
        <w:t>,</w:t>
      </w:r>
    </w:p>
    <w:p w14:paraId="216202C1" w14:textId="77777777" w:rsidR="00974831" w:rsidRPr="005E0114" w:rsidRDefault="00974831" w:rsidP="005E0114">
      <w:pPr>
        <w:spacing w:after="0" w:line="240" w:lineRule="auto"/>
        <w:ind w:right="72"/>
        <w:jc w:val="both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Cs/>
          <w:sz w:val="20"/>
          <w:szCs w:val="20"/>
          <w:lang w:val="pl-PL"/>
        </w:rPr>
        <w:t xml:space="preserve">      w tym  netto:  </w:t>
      </w:r>
      <w:r w:rsidRPr="005E0114"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  <w:t>………………...</w:t>
      </w:r>
      <w:r w:rsidRPr="005E0114">
        <w:rPr>
          <w:rFonts w:ascii="Times New Roman" w:eastAsia="MS Mincho" w:hAnsi="Times New Roman" w:cs="Times New Roman"/>
          <w:bCs/>
          <w:sz w:val="20"/>
          <w:szCs w:val="20"/>
          <w:lang w:val="pl-PL"/>
        </w:rPr>
        <w:t xml:space="preserve"> zł (słownie zł: …………………………………………………..………………….. ),</w:t>
      </w:r>
    </w:p>
    <w:p w14:paraId="48107011" w14:textId="77777777" w:rsidR="00974831" w:rsidRPr="005E0114" w:rsidRDefault="00974831" w:rsidP="005E0114">
      <w:pPr>
        <w:spacing w:after="0" w:line="240" w:lineRule="auto"/>
        <w:ind w:right="72"/>
        <w:jc w:val="both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Cs/>
          <w:sz w:val="20"/>
          <w:szCs w:val="20"/>
          <w:lang w:val="pl-PL"/>
        </w:rPr>
        <w:t xml:space="preserve">      VAT: </w:t>
      </w:r>
      <w:r w:rsidRPr="005E0114"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  <w:t xml:space="preserve"> </w:t>
      </w: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……………   zł</w:t>
      </w:r>
      <w:r w:rsidRPr="005E0114">
        <w:rPr>
          <w:rFonts w:ascii="Times New Roman" w:eastAsia="MS Mincho" w:hAnsi="Times New Roman" w:cs="Times New Roman"/>
          <w:bCs/>
          <w:sz w:val="20"/>
          <w:szCs w:val="20"/>
          <w:lang w:val="pl-PL"/>
        </w:rPr>
        <w:t xml:space="preserve"> (słownie zł: ………………………………………………...………………………………...).</w:t>
      </w:r>
    </w:p>
    <w:p w14:paraId="39A820BB" w14:textId="77777777" w:rsidR="00974831" w:rsidRPr="005E0114" w:rsidRDefault="00974831" w:rsidP="00502CAA">
      <w:pPr>
        <w:numPr>
          <w:ilvl w:val="0"/>
          <w:numId w:val="11"/>
        </w:numPr>
        <w:spacing w:after="0" w:line="240" w:lineRule="auto"/>
        <w:ind w:left="284" w:right="72" w:hanging="284"/>
        <w:jc w:val="both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Określone w ust. 1 niniejszego paragrafu wynagrodzenie łączne jest wynagrodzeniem ostatecznym. </w:t>
      </w:r>
    </w:p>
    <w:p w14:paraId="6D83B9BB" w14:textId="77777777" w:rsidR="00470D0F" w:rsidRDefault="00470D0F" w:rsidP="005E0114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p w14:paraId="64178BEE" w14:textId="792A83C0" w:rsidR="00974831" w:rsidRPr="005E0114" w:rsidRDefault="00974831" w:rsidP="005E0114">
      <w:pPr>
        <w:spacing w:after="0" w:line="240" w:lineRule="auto"/>
        <w:ind w:right="72"/>
        <w:jc w:val="center"/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  <w:t>§</w:t>
      </w:r>
      <w:r w:rsidR="00F02ED9" w:rsidRPr="005E0114"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  <w:t>6</w:t>
      </w:r>
    </w:p>
    <w:p w14:paraId="7660241E" w14:textId="41C34060" w:rsidR="00974831" w:rsidRPr="005E0114" w:rsidRDefault="00974831" w:rsidP="005E0114">
      <w:pPr>
        <w:spacing w:after="0" w:line="240" w:lineRule="auto"/>
        <w:ind w:right="72"/>
        <w:jc w:val="center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Zasady rozliczenia</w:t>
      </w:r>
    </w:p>
    <w:p w14:paraId="61567A00" w14:textId="2C97EEA3" w:rsidR="00974831" w:rsidRPr="005E0114" w:rsidRDefault="00974831" w:rsidP="00502CAA">
      <w:pPr>
        <w:numPr>
          <w:ilvl w:val="0"/>
          <w:numId w:val="13"/>
        </w:numPr>
        <w:spacing w:after="0" w:line="240" w:lineRule="auto"/>
        <w:ind w:left="284" w:right="72" w:hanging="284"/>
        <w:jc w:val="both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Rozliczenie  </w:t>
      </w:r>
      <w:r w:rsidR="00F02ED9"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przedmiotu umowy</w:t>
      </w: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 nastąpi jednorazowo. </w:t>
      </w:r>
    </w:p>
    <w:p w14:paraId="4D932971" w14:textId="77777777" w:rsidR="00974831" w:rsidRPr="005E0114" w:rsidRDefault="00974831" w:rsidP="00502CAA">
      <w:pPr>
        <w:numPr>
          <w:ilvl w:val="0"/>
          <w:numId w:val="13"/>
        </w:numPr>
        <w:spacing w:after="0" w:line="240" w:lineRule="auto"/>
        <w:ind w:left="284" w:right="72" w:hanging="284"/>
        <w:jc w:val="both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Podstawą do wystawienia faktury końcowej będzie  protokół odbioru końcowego podpisany przez Wykonawcę oraz Zamawiającego.</w:t>
      </w:r>
    </w:p>
    <w:p w14:paraId="21A9ACEB" w14:textId="77777777" w:rsidR="00974831" w:rsidRPr="005E0114" w:rsidRDefault="00974831" w:rsidP="00502CAA">
      <w:pPr>
        <w:numPr>
          <w:ilvl w:val="0"/>
          <w:numId w:val="13"/>
        </w:numPr>
        <w:spacing w:after="0" w:line="240" w:lineRule="auto"/>
        <w:ind w:left="284" w:right="72" w:hanging="284"/>
        <w:jc w:val="both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Faktura VAT wystawiona będzie na:</w:t>
      </w:r>
    </w:p>
    <w:p w14:paraId="055B772F" w14:textId="77777777" w:rsidR="00974831" w:rsidRPr="005E0114" w:rsidRDefault="00974831" w:rsidP="005E0114">
      <w:pPr>
        <w:tabs>
          <w:tab w:val="left" w:pos="567"/>
          <w:tab w:val="left" w:pos="851"/>
        </w:tabs>
        <w:suppressAutoHyphens/>
        <w:spacing w:after="0" w:line="240" w:lineRule="auto"/>
        <w:ind w:left="885"/>
        <w:jc w:val="both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bCs/>
          <w:color w:val="000000"/>
          <w:sz w:val="20"/>
          <w:szCs w:val="20"/>
          <w:lang w:val="pl-PL"/>
        </w:rPr>
        <w:lastRenderedPageBreak/>
        <w:t xml:space="preserve">NABYWCA: </w:t>
      </w:r>
      <w:r w:rsidRPr="005E0114">
        <w:rPr>
          <w:rFonts w:ascii="Times New Roman" w:eastAsia="MS Mincho" w:hAnsi="Times New Roman" w:cs="Times New Roman"/>
          <w:bCs/>
          <w:color w:val="000000"/>
          <w:sz w:val="20"/>
          <w:szCs w:val="20"/>
          <w:lang w:val="pl-PL"/>
        </w:rPr>
        <w:t>Powiat Raciborski,</w:t>
      </w: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 </w:t>
      </w:r>
      <w:r w:rsidRPr="005E0114">
        <w:rPr>
          <w:rFonts w:ascii="Times New Roman" w:eastAsia="MS Mincho" w:hAnsi="Times New Roman" w:cs="Times New Roman"/>
          <w:bCs/>
          <w:color w:val="000000"/>
          <w:sz w:val="20"/>
          <w:szCs w:val="20"/>
          <w:lang w:val="pl-PL"/>
        </w:rPr>
        <w:t>Plac Stefana Okrzei 4,</w:t>
      </w: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 </w:t>
      </w:r>
      <w:r w:rsidRPr="005E0114">
        <w:rPr>
          <w:rFonts w:ascii="Times New Roman" w:eastAsia="MS Mincho" w:hAnsi="Times New Roman" w:cs="Times New Roman"/>
          <w:bCs/>
          <w:color w:val="000000"/>
          <w:sz w:val="20"/>
          <w:szCs w:val="20"/>
          <w:lang w:val="pl-PL"/>
        </w:rPr>
        <w:t>47-400 Racibórz, NIP: 6391982788</w:t>
      </w: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 </w:t>
      </w: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br/>
      </w:r>
      <w:r w:rsidRPr="005E0114">
        <w:rPr>
          <w:rFonts w:ascii="Times New Roman" w:eastAsia="MS Mincho" w:hAnsi="Times New Roman" w:cs="Times New Roman"/>
          <w:b/>
          <w:bCs/>
          <w:color w:val="000000"/>
          <w:sz w:val="20"/>
          <w:szCs w:val="20"/>
          <w:lang w:val="pl-PL"/>
        </w:rPr>
        <w:t>ODBIORCA:</w:t>
      </w:r>
      <w:r w:rsidRPr="005E0114">
        <w:rPr>
          <w:rFonts w:ascii="Times New Roman" w:eastAsia="MS Mincho" w:hAnsi="Times New Roman" w:cs="Times New Roman"/>
          <w:color w:val="FF0000"/>
          <w:sz w:val="20"/>
          <w:szCs w:val="20"/>
          <w:lang w:val="pl-PL"/>
        </w:rPr>
        <w:t xml:space="preserve"> </w:t>
      </w: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   Zespół Szkół Ekonomicznych w Raciborzu, ul. Gimnazjalna 3, 47-400 Racibórz NIP: 6392015642</w:t>
      </w:r>
    </w:p>
    <w:p w14:paraId="6663AE6A" w14:textId="77777777" w:rsidR="00974831" w:rsidRPr="005E0114" w:rsidRDefault="00974831" w:rsidP="00502CAA">
      <w:pPr>
        <w:numPr>
          <w:ilvl w:val="0"/>
          <w:numId w:val="13"/>
        </w:numPr>
        <w:tabs>
          <w:tab w:val="left" w:pos="284"/>
          <w:tab w:val="left" w:pos="567"/>
        </w:tabs>
        <w:suppressAutoHyphens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Calibri" w:hAnsi="Times New Roman" w:cs="Times New Roman"/>
          <w:sz w:val="20"/>
          <w:szCs w:val="20"/>
          <w:lang w:val="pl-PL"/>
        </w:rPr>
        <w:t>Faktura będzie płatna przelewem w terminie 7 dni od daty prawidłowo wystawionej faktury VAT.</w:t>
      </w:r>
      <w:r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 Płatność będzie dokonywana przelewem na rachunek bankowy Wykonawcy wskazanym na dokumencie sprzedaży. Termin zapłaty uważa się za dotrzymane przez Zamawiającego, jeśli konto bankowe Zamawiającego zostanie obciążone kwotą należną Wykonawcy w ostatnim dniu terminu płatności.</w:t>
      </w:r>
    </w:p>
    <w:p w14:paraId="6FF5B120" w14:textId="1C75CFDF" w:rsidR="007900D0" w:rsidRPr="005E0114" w:rsidRDefault="007900D0" w:rsidP="005E0114">
      <w:pPr>
        <w:spacing w:after="0" w:line="240" w:lineRule="auto"/>
        <w:ind w:right="72"/>
        <w:jc w:val="center"/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  <w:t>§</w:t>
      </w:r>
      <w:r w:rsidR="00F02ED9" w:rsidRPr="005E0114"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  <w:t>7</w:t>
      </w:r>
    </w:p>
    <w:p w14:paraId="3F991070" w14:textId="77777777" w:rsidR="007900D0" w:rsidRPr="005E0114" w:rsidRDefault="007900D0" w:rsidP="005E0114">
      <w:pPr>
        <w:spacing w:after="0" w:line="240" w:lineRule="auto"/>
        <w:ind w:right="72"/>
        <w:jc w:val="center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Odbiór robót</w:t>
      </w:r>
    </w:p>
    <w:p w14:paraId="6E185D3F" w14:textId="77777777" w:rsidR="007900D0" w:rsidRPr="005E0114" w:rsidRDefault="007900D0" w:rsidP="00502CAA">
      <w:pPr>
        <w:numPr>
          <w:ilvl w:val="0"/>
          <w:numId w:val="12"/>
        </w:numPr>
        <w:spacing w:after="0" w:line="240" w:lineRule="auto"/>
        <w:ind w:right="72"/>
        <w:jc w:val="both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Strony ustalają, że przedmiotem końcowego odbioru będzie zakres ustalony w §1.</w:t>
      </w:r>
    </w:p>
    <w:p w14:paraId="37BE1B72" w14:textId="77777777" w:rsidR="007900D0" w:rsidRPr="005E0114" w:rsidRDefault="007900D0" w:rsidP="00502CAA">
      <w:pPr>
        <w:numPr>
          <w:ilvl w:val="0"/>
          <w:numId w:val="12"/>
        </w:numPr>
        <w:spacing w:after="0" w:line="240" w:lineRule="auto"/>
        <w:ind w:left="284" w:right="72" w:hanging="284"/>
        <w:jc w:val="both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Odbioru końcowego dokona protokolarnie Zamawiający przy udziale Wykonawcy.</w:t>
      </w:r>
    </w:p>
    <w:p w14:paraId="132FAB13" w14:textId="2E7B09AD" w:rsidR="007900D0" w:rsidRPr="005E0114" w:rsidRDefault="007900D0" w:rsidP="00502CAA">
      <w:pPr>
        <w:numPr>
          <w:ilvl w:val="0"/>
          <w:numId w:val="12"/>
        </w:numPr>
        <w:spacing w:after="0" w:line="240" w:lineRule="auto"/>
        <w:ind w:left="284" w:right="72" w:hanging="284"/>
        <w:jc w:val="both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Terminem zakończenia p</w:t>
      </w:r>
      <w:r w:rsidR="00F02ED9"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rzedmiotu zamówienia</w:t>
      </w: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 będzie fizyczne zakończenie oraz powiadomienie Zamawiającego przez Wykonawcę o zakończeniu prac. </w:t>
      </w:r>
    </w:p>
    <w:p w14:paraId="26C2B665" w14:textId="77777777" w:rsidR="007900D0" w:rsidRPr="005E0114" w:rsidRDefault="007900D0" w:rsidP="00502CAA">
      <w:pPr>
        <w:numPr>
          <w:ilvl w:val="0"/>
          <w:numId w:val="12"/>
        </w:numPr>
        <w:spacing w:after="0" w:line="240" w:lineRule="auto"/>
        <w:ind w:left="284" w:right="72" w:hanging="284"/>
        <w:jc w:val="both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W przypadku stwierdzenia wad lub niezgodności z WCAG 2.1 AA, Zamawiający wyznaczy termin ich usunięcia.</w:t>
      </w:r>
    </w:p>
    <w:p w14:paraId="16DC06E7" w14:textId="77777777" w:rsidR="007900D0" w:rsidRPr="005E0114" w:rsidRDefault="007900D0" w:rsidP="00502CAA">
      <w:pPr>
        <w:numPr>
          <w:ilvl w:val="0"/>
          <w:numId w:val="12"/>
        </w:numPr>
        <w:spacing w:after="0" w:line="240" w:lineRule="auto"/>
        <w:ind w:left="284" w:right="72" w:hanging="284"/>
        <w:jc w:val="both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Strony zgodnie ustalają, że przez termin zakończenia przedmiotu umowy rozumieją datę podpisania protokołu odbioru końcowego bez zastrzeżeń (bez uwag).</w:t>
      </w:r>
    </w:p>
    <w:p w14:paraId="67734366" w14:textId="77777777" w:rsidR="00F02ED9" w:rsidRPr="005E0114" w:rsidRDefault="00F02ED9" w:rsidP="005E0114">
      <w:pPr>
        <w:spacing w:after="0" w:line="240" w:lineRule="auto"/>
        <w:ind w:right="72"/>
        <w:jc w:val="both"/>
        <w:rPr>
          <w:rFonts w:ascii="Times New Roman" w:eastAsia="MS Mincho" w:hAnsi="Times New Roman" w:cs="Times New Roman"/>
          <w:sz w:val="20"/>
          <w:szCs w:val="20"/>
          <w:lang w:val="pl-PL"/>
        </w:rPr>
      </w:pPr>
    </w:p>
    <w:p w14:paraId="062689F3" w14:textId="77777777" w:rsidR="00F02ED9" w:rsidRPr="005E0114" w:rsidRDefault="00F02ED9" w:rsidP="005E0114">
      <w:pPr>
        <w:spacing w:after="0" w:line="240" w:lineRule="auto"/>
        <w:ind w:right="72"/>
        <w:jc w:val="center"/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  <w:t>§8</w:t>
      </w:r>
    </w:p>
    <w:p w14:paraId="3BD0CF58" w14:textId="41D0E679" w:rsidR="00F02ED9" w:rsidRPr="005E0114" w:rsidRDefault="00F02ED9" w:rsidP="00700E40">
      <w:pPr>
        <w:spacing w:after="0" w:line="240" w:lineRule="auto"/>
        <w:ind w:right="72"/>
        <w:jc w:val="center"/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</w:pPr>
      <w:r w:rsidRPr="005E0114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pl-PL"/>
        </w:rPr>
        <w:t>Prawa autorskie</w:t>
      </w:r>
    </w:p>
    <w:p w14:paraId="54AF280D" w14:textId="77777777" w:rsidR="00F02ED9" w:rsidRPr="005E0114" w:rsidRDefault="00F02ED9" w:rsidP="00502CA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Z chwilą zapłaty wynagrodzenia Wykonawca przenosi na Zamawiającego </w:t>
      </w:r>
      <w:r w:rsidRPr="005E0114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pl-PL"/>
        </w:rPr>
        <w:t>autorskie prawa majątkowe</w:t>
      </w:r>
      <w:r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 do efektów prac powstałych w wyniku realizacji umowy.</w:t>
      </w:r>
    </w:p>
    <w:p w14:paraId="4A908AB0" w14:textId="272698FD" w:rsidR="00F02ED9" w:rsidRPr="005E0114" w:rsidRDefault="00F02ED9" w:rsidP="00502CA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Przeniesienie praw następuje bez ograniczeń czasowych i terytorialnych, na wszystkich polach eksploatacji niezbędnych do korzystania ze strony internetowej.</w:t>
      </w:r>
    </w:p>
    <w:p w14:paraId="5E6AD986" w14:textId="77777777" w:rsidR="00F13282" w:rsidRPr="005E0114" w:rsidRDefault="00F02ED9" w:rsidP="005E011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pl-PL"/>
        </w:rPr>
        <w:t>§9</w:t>
      </w:r>
    </w:p>
    <w:p w14:paraId="26255B7B" w14:textId="223B77AD" w:rsidR="00F02ED9" w:rsidRPr="005E0114" w:rsidRDefault="00F02ED9" w:rsidP="005E011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pl-PL"/>
        </w:rPr>
        <w:t>Obowiązki informacyjne i kontrolne</w:t>
      </w:r>
    </w:p>
    <w:p w14:paraId="0233337C" w14:textId="77777777" w:rsidR="00F02ED9" w:rsidRPr="005E0114" w:rsidRDefault="00F02ED9" w:rsidP="00A86D35">
      <w:pPr>
        <w:numPr>
          <w:ilvl w:val="0"/>
          <w:numId w:val="21"/>
        </w:numPr>
        <w:tabs>
          <w:tab w:val="num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Wykonawca zobowiązuje się do współpracy z Zamawiającym, Instytucją Zarządzającą oraz innymi uprawnionymi organami kontrolnymi.</w:t>
      </w:r>
    </w:p>
    <w:p w14:paraId="6BD320B8" w14:textId="71CF0CD9" w:rsidR="007900D0" w:rsidRPr="005E0114" w:rsidRDefault="00F02ED9" w:rsidP="00A86D35">
      <w:pPr>
        <w:numPr>
          <w:ilvl w:val="0"/>
          <w:numId w:val="21"/>
        </w:numPr>
        <w:tabs>
          <w:tab w:val="num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Wykonawca zobowiązuje się do przechowywania dokumentacji związanej z realizacją umowy zgodnie z wymogami projektu współfinansowanego ze środków UE.</w:t>
      </w:r>
    </w:p>
    <w:p w14:paraId="1FA329A7" w14:textId="39E7C5C7" w:rsidR="00974831" w:rsidRPr="005E0114" w:rsidRDefault="00974831" w:rsidP="005E0114">
      <w:pPr>
        <w:spacing w:after="0" w:line="240" w:lineRule="auto"/>
        <w:ind w:right="72"/>
        <w:jc w:val="center"/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  <w:t xml:space="preserve">§ </w:t>
      </w:r>
      <w:r w:rsidR="00F13282" w:rsidRPr="005E0114"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  <w:t>10</w:t>
      </w:r>
    </w:p>
    <w:p w14:paraId="5181BCBD" w14:textId="77777777" w:rsidR="00974831" w:rsidRPr="005E0114" w:rsidRDefault="00974831" w:rsidP="005E01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Kary umowne</w:t>
      </w:r>
    </w:p>
    <w:p w14:paraId="79328D07" w14:textId="77777777" w:rsidR="00974831" w:rsidRPr="005E0114" w:rsidRDefault="00974831" w:rsidP="00502CAA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Strony ustanawiają odpowiedzialność za niewykonanie lub nienależyte wykonanie zobowiązań umownych w formie kar umownych.</w:t>
      </w:r>
    </w:p>
    <w:p w14:paraId="235934BD" w14:textId="4C9AA3DA" w:rsidR="00974831" w:rsidRPr="005E0114" w:rsidRDefault="00974831" w:rsidP="00502CAA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Zamawiający zapłaci Wykonawcy kary umowne za odstąpienie od umowy z przyczyn leżących po stronie Zamawiającego w wysokości 5% wynagrodzenia brutto przedmiotu umowy, określonego w §</w:t>
      </w:r>
      <w:r w:rsidR="00F02ED9"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5</w:t>
      </w: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 ust. 1.</w:t>
      </w:r>
    </w:p>
    <w:p w14:paraId="3048FF6B" w14:textId="77777777" w:rsidR="00974831" w:rsidRPr="005E0114" w:rsidRDefault="00974831" w:rsidP="00502CAA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Wykonawca zapłaci Zamawiającemu kary umowne:</w:t>
      </w:r>
    </w:p>
    <w:p w14:paraId="7B7B6DA8" w14:textId="4B2FA306" w:rsidR="00974831" w:rsidRPr="005E0114" w:rsidRDefault="00974831" w:rsidP="00502CAA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za opóźnienie w wykonaniu przedmiotu umowy – w wysokości 0,5% wynagrodzenia brutto pr</w:t>
      </w:r>
      <w:r w:rsidR="001F5E90">
        <w:rPr>
          <w:rFonts w:ascii="Times New Roman" w:eastAsia="MS Mincho" w:hAnsi="Times New Roman" w:cs="Times New Roman"/>
          <w:sz w:val="20"/>
          <w:szCs w:val="20"/>
          <w:lang w:val="pl-PL"/>
        </w:rPr>
        <w:t>zedmiotu umowy, określonego w §5</w:t>
      </w: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 ust. 1, za każdy dzień opóźnienia,</w:t>
      </w:r>
    </w:p>
    <w:p w14:paraId="492AB24D" w14:textId="77777777" w:rsidR="00974831" w:rsidRPr="005E0114" w:rsidRDefault="00974831" w:rsidP="00502CAA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za każdy dzień opóźnienia w usunięciu wad i/lub usterki w wysokości 0,2% ceny umownej brutto wadliwie wykonanego elementu wyszczególnionego w kosztorysie ofertowym, przy którym wystąpiła wada i/lub usterka, licząc od  dnia  uzyskania zawiadomienia lub informacji o powstaniu wady i/lub usterki, </w:t>
      </w:r>
    </w:p>
    <w:p w14:paraId="06071FF3" w14:textId="2BCE17A5" w:rsidR="00974831" w:rsidRPr="005E0114" w:rsidRDefault="00974831" w:rsidP="00502CAA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za odstąpienie od umowy, rozwiązanie lub wypowiedzenie przez Zamawiającego lub Wykonawcę, z przyczyn leżących po stronie Wykonawcy w wysokości 5%  wynagrodzenia brutto przedmiotu umowy określonego w §</w:t>
      </w:r>
      <w:r w:rsidR="00F02ED9"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5</w:t>
      </w: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 ust. 1,</w:t>
      </w:r>
    </w:p>
    <w:p w14:paraId="63510EBA" w14:textId="77777777" w:rsidR="00974831" w:rsidRPr="005E0114" w:rsidRDefault="00974831" w:rsidP="00502CAA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Strony zastrzegają sobie prawo do dochodzenia odszkodowania uzupełniającego na zasadach ogólnych przewidzianych w Kodeksie cywilnym, o ile wartość faktycznie poniesionych szkód przekracza wysokość kar umownych.</w:t>
      </w:r>
    </w:p>
    <w:p w14:paraId="797ADE49" w14:textId="77777777" w:rsidR="00974831" w:rsidRPr="005E0114" w:rsidRDefault="00974831" w:rsidP="00502CAA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left="284" w:hanging="426"/>
        <w:jc w:val="both"/>
        <w:textAlignment w:val="baseline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Zamawiający ma obowiązek poinformowania Wykonawcy o wysokości naliczonej kary i podstawie jej naliczenia oraz złożenia oświadczenia o potrąceniu.</w:t>
      </w:r>
    </w:p>
    <w:p w14:paraId="051018DC" w14:textId="06ECD0E2" w:rsidR="00974831" w:rsidRPr="005E0114" w:rsidRDefault="00974831" w:rsidP="005E01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  <w:t>§ 1</w:t>
      </w:r>
      <w:r w:rsidR="00F13282" w:rsidRPr="005E0114"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  <w:t>1</w:t>
      </w:r>
    </w:p>
    <w:p w14:paraId="55965B74" w14:textId="77777777" w:rsidR="00974831" w:rsidRPr="005E0114" w:rsidRDefault="00974831" w:rsidP="005E01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Warunki odstąpienia od umowy</w:t>
      </w:r>
    </w:p>
    <w:p w14:paraId="15D1B4E1" w14:textId="432C508F" w:rsidR="00F13282" w:rsidRPr="005E0114" w:rsidRDefault="00F13282" w:rsidP="00502CAA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Zamawiający może rozwiązać umowę ze skutkiem natychmiastowym w przypadku:</w:t>
      </w:r>
    </w:p>
    <w:p w14:paraId="2914C673" w14:textId="77777777" w:rsidR="00F13282" w:rsidRPr="005E0114" w:rsidRDefault="00F13282" w:rsidP="00502CAA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rażącego naruszenia postanowień umowy przez Wykonawcę,</w:t>
      </w:r>
    </w:p>
    <w:p w14:paraId="1D0DF1C9" w14:textId="77777777" w:rsidR="00F13282" w:rsidRPr="005E0114" w:rsidRDefault="00F13282" w:rsidP="00502CAA">
      <w:pPr>
        <w:numPr>
          <w:ilvl w:val="0"/>
          <w:numId w:val="25"/>
        </w:numPr>
        <w:spacing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stwierdzenia powiązań osobowych lub kapitałowych,</w:t>
      </w:r>
    </w:p>
    <w:p w14:paraId="3B0174DA" w14:textId="77777777" w:rsidR="00F13282" w:rsidRPr="005E0114" w:rsidRDefault="00F13282" w:rsidP="00502CAA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lastRenderedPageBreak/>
        <w:t>zagrożenia realizacji projektu.</w:t>
      </w:r>
    </w:p>
    <w:p w14:paraId="1C576E00" w14:textId="41FE9522" w:rsidR="00F13282" w:rsidRPr="005E0114" w:rsidRDefault="00F13282" w:rsidP="00502CAA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Rozwiązanie umowy wymaga formy pisemnej.</w:t>
      </w:r>
    </w:p>
    <w:p w14:paraId="3A64EFDA" w14:textId="091AC379" w:rsidR="00974831" w:rsidRPr="005E0114" w:rsidRDefault="00974831" w:rsidP="005E01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§ 1</w:t>
      </w:r>
      <w:r w:rsid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2</w:t>
      </w:r>
    </w:p>
    <w:p w14:paraId="4D5241DB" w14:textId="77777777" w:rsidR="00974831" w:rsidRPr="005E0114" w:rsidRDefault="00974831" w:rsidP="005E01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  <w:t>Postanowienia końcowe</w:t>
      </w:r>
    </w:p>
    <w:p w14:paraId="67B54938" w14:textId="77777777" w:rsidR="00974831" w:rsidRPr="005E0114" w:rsidRDefault="00974831" w:rsidP="00502CAA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Roszczenia zgłaszane przez Wykonawcę do Zamawiającego, związane  z realizacją niniejszej  umowy muszą być dokonane pod rygorem nieważności w formie pisemnej.</w:t>
      </w:r>
    </w:p>
    <w:p w14:paraId="30C6E14E" w14:textId="77777777" w:rsidR="00974831" w:rsidRPr="005E0114" w:rsidRDefault="00974831" w:rsidP="00502CAA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eastAsia="MS Mincho" w:hAnsi="Times New Roman" w:cs="Times New Roman"/>
          <w:b/>
          <w:bCs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Zamawiający zobowiązany jest do pisemnego ustosunkowania się do  prawidłowo zgłaszanych przez Wykonawcę roszczeń i zastrzeżeń w terminie 21 dni od dnia otrzymania zgłoszenia.</w:t>
      </w:r>
    </w:p>
    <w:p w14:paraId="58BE3FC2" w14:textId="77777777" w:rsidR="00974831" w:rsidRPr="005E0114" w:rsidRDefault="00974831" w:rsidP="00502CAA">
      <w:pPr>
        <w:numPr>
          <w:ilvl w:val="0"/>
          <w:numId w:val="16"/>
        </w:numPr>
        <w:spacing w:after="0" w:line="240" w:lineRule="auto"/>
        <w:ind w:left="284" w:right="72" w:hanging="284"/>
        <w:jc w:val="both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Wszelkie zawiadomienia i korespondencja związana z niniejszą umową powinna być kierowana na następujące adresy:</w:t>
      </w:r>
    </w:p>
    <w:p w14:paraId="15A0C7D3" w14:textId="77777777" w:rsidR="00974831" w:rsidRPr="005E0114" w:rsidRDefault="00974831" w:rsidP="00502CAA">
      <w:pPr>
        <w:numPr>
          <w:ilvl w:val="0"/>
          <w:numId w:val="17"/>
        </w:numPr>
        <w:spacing w:after="0" w:line="240" w:lineRule="auto"/>
        <w:ind w:right="72"/>
        <w:jc w:val="both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Zamawiającego:  </w:t>
      </w:r>
      <w:hyperlink r:id="rId9" w:history="1">
        <w:r w:rsidRPr="005E0114">
          <w:rPr>
            <w:rFonts w:ascii="Times New Roman" w:eastAsia="MS Mincho" w:hAnsi="Times New Roman" w:cs="Times New Roman"/>
            <w:color w:val="0000FF" w:themeColor="hyperlink"/>
            <w:sz w:val="20"/>
            <w:szCs w:val="20"/>
            <w:u w:val="single"/>
            <w:lang w:val="pl-PL"/>
          </w:rPr>
          <w:t>akademiazawodowcow@ekonomikraciborz.pl</w:t>
        </w:r>
      </w:hyperlink>
    </w:p>
    <w:p w14:paraId="541EB508" w14:textId="77777777" w:rsidR="00974831" w:rsidRPr="005E0114" w:rsidRDefault="00974831" w:rsidP="00502CAA">
      <w:pPr>
        <w:numPr>
          <w:ilvl w:val="0"/>
          <w:numId w:val="17"/>
        </w:numPr>
        <w:spacing w:after="0" w:line="240" w:lineRule="auto"/>
        <w:ind w:right="72"/>
        <w:jc w:val="both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Wykonawcy: …………………………………………………………….</w:t>
      </w:r>
    </w:p>
    <w:p w14:paraId="3913C368" w14:textId="77777777" w:rsidR="00974831" w:rsidRPr="005E0114" w:rsidRDefault="00974831" w:rsidP="00502CAA">
      <w:pPr>
        <w:numPr>
          <w:ilvl w:val="0"/>
          <w:numId w:val="16"/>
        </w:numPr>
        <w:spacing w:after="0" w:line="240" w:lineRule="auto"/>
        <w:ind w:left="284" w:right="72" w:hanging="284"/>
        <w:jc w:val="both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Wszelkie spory wynikłe w toku realizacji umowy strony będą starały się rozstrzygnąć polubownie.</w:t>
      </w:r>
    </w:p>
    <w:p w14:paraId="463C3BE8" w14:textId="77777777" w:rsidR="00974831" w:rsidRPr="005E0114" w:rsidRDefault="00974831" w:rsidP="005E0114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  <w:t>5. W sprawach nieuregulowanych niniejszą umową zastosowanie mają przepisy Kodeksu Cywilnego.</w:t>
      </w:r>
    </w:p>
    <w:p w14:paraId="0FD305EE" w14:textId="77777777" w:rsidR="00974831" w:rsidRPr="005E0114" w:rsidRDefault="00974831" w:rsidP="005E0114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  <w:t>6. Ewentualne spory mogące wyniknąć na tle realizacji niniejszej umowy strony oddają pod rozstrzygnięcie właściwemu miejscowo dla siedziby Zamawiającego sądowi powszechnemu.</w:t>
      </w:r>
    </w:p>
    <w:p w14:paraId="2D973C5A" w14:textId="77777777" w:rsidR="00974831" w:rsidRPr="005E0114" w:rsidRDefault="00974831" w:rsidP="005E0114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  <w:t>7. Umowę sporządzono w dwóch jednobrzmiących egzemplarzach: jeden dla Zamawiającego i jeden dla Wykonawcy.</w:t>
      </w:r>
    </w:p>
    <w:p w14:paraId="1DF307B6" w14:textId="77777777" w:rsidR="00974831" w:rsidRPr="005E0114" w:rsidRDefault="00974831" w:rsidP="005E0114">
      <w:pPr>
        <w:widowControl w:val="0"/>
        <w:shd w:val="clear" w:color="auto" w:fill="FFFFFF"/>
        <w:tabs>
          <w:tab w:val="num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  <w:t xml:space="preserve">8. </w:t>
      </w:r>
      <w:r w:rsidRPr="005E0114">
        <w:rPr>
          <w:rFonts w:ascii="Times New Roman" w:eastAsia="Arial Unicode MS" w:hAnsi="Times New Roman" w:cs="Times New Roman"/>
          <w:sz w:val="20"/>
          <w:szCs w:val="20"/>
          <w:lang w:val="pl-PL"/>
        </w:rPr>
        <w:t xml:space="preserve">Wykonawca oświadcza, że wypełnił obowiązki informacyjne przewidziane w art. 14 RODO wobec osób fizycznych, od których dane osobowe bezpośrednio lub pośrednio pozyskał w celu realizacji zamówienia publicznego </w:t>
      </w: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w zakresie objętym niniejszą umową.</w:t>
      </w:r>
    </w:p>
    <w:p w14:paraId="0F7BA1BE" w14:textId="285D3228" w:rsidR="00974831" w:rsidRPr="005E0114" w:rsidRDefault="00974831" w:rsidP="005E0114">
      <w:pPr>
        <w:overflowPunct w:val="0"/>
        <w:adjustRightIn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 xml:space="preserve">§ </w:t>
      </w:r>
      <w:r w:rsid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13</w:t>
      </w:r>
    </w:p>
    <w:p w14:paraId="14F8BA96" w14:textId="77777777" w:rsidR="00974831" w:rsidRPr="005E0114" w:rsidRDefault="00974831" w:rsidP="005E0114">
      <w:pPr>
        <w:overflowPunct w:val="0"/>
        <w:adjustRightInd w:val="0"/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Klauzula informacyjna w zakresie art. 13 RODO</w:t>
      </w:r>
    </w:p>
    <w:p w14:paraId="251AC7B0" w14:textId="77777777" w:rsidR="00974831" w:rsidRPr="005E0114" w:rsidRDefault="00974831" w:rsidP="005E0114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Batang" w:hAnsi="Times New Roman" w:cs="Times New Roman"/>
          <w:b/>
          <w:color w:val="000000"/>
          <w:sz w:val="20"/>
          <w:szCs w:val="20"/>
          <w:lang w:val="pl-PL"/>
        </w:rPr>
      </w:pPr>
    </w:p>
    <w:p w14:paraId="0F6B7173" w14:textId="77777777" w:rsidR="00974831" w:rsidRPr="005E0114" w:rsidRDefault="00974831" w:rsidP="005E01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1. 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(RODO), informujemy, iż: Administratorem Pani/Pana danych osobowych jest Zespół Szkół Ekonomicznych w Raciborzu z siedzibą w Raciborzu, ul. Gimnazjalna 3, kod pocztowy 47-400,</w:t>
      </w:r>
    </w:p>
    <w:p w14:paraId="27EBF955" w14:textId="77777777" w:rsidR="00974831" w:rsidRPr="005E0114" w:rsidRDefault="00974831" w:rsidP="005E01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adres e-mail: sekretariat@ekonomikraciborz.pl, tel. 32 415 48 90 .</w:t>
      </w:r>
    </w:p>
    <w:p w14:paraId="22C90055" w14:textId="77777777" w:rsidR="00974831" w:rsidRPr="005E0114" w:rsidRDefault="00974831" w:rsidP="005E01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2. Przetwarzanie Pani/Pana danych osobowych będzie się odbywać zgodnie z art. 6 ust.1 b RODO na podstawie wymogów określonych w przepisach prawa pracy w celu realizacji zadań związanych z realizacją umowy.</w:t>
      </w:r>
    </w:p>
    <w:p w14:paraId="141E772D" w14:textId="77777777" w:rsidR="00974831" w:rsidRPr="005E0114" w:rsidRDefault="00974831" w:rsidP="005E01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5E011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3. Inspektorem ochrony danych w tutejszej jednostce jest Sławomir Kuśnierek; adres e-mail: nowator@nowator.edu.pl, tel. 32 331 48 05.</w:t>
      </w:r>
    </w:p>
    <w:p w14:paraId="6FCEB8F6" w14:textId="77777777" w:rsidR="00974831" w:rsidRPr="005E0114" w:rsidRDefault="00974831" w:rsidP="005E01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p w14:paraId="689A975F" w14:textId="77777777" w:rsidR="00974831" w:rsidRPr="005E0114" w:rsidRDefault="00974831" w:rsidP="005E0114">
      <w:pPr>
        <w:spacing w:line="240" w:lineRule="auto"/>
        <w:jc w:val="both"/>
        <w:rPr>
          <w:rFonts w:ascii="Times New Roman" w:eastAsia="MS Mincho" w:hAnsi="Times New Roman" w:cs="Times New Roman"/>
          <w:i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i/>
          <w:sz w:val="20"/>
          <w:szCs w:val="20"/>
          <w:lang w:val="pl-PL"/>
        </w:rPr>
        <w:t>Załączniki:</w:t>
      </w:r>
    </w:p>
    <w:p w14:paraId="0DAE07D5" w14:textId="662FD610" w:rsidR="00974831" w:rsidRPr="005E0114" w:rsidRDefault="00974831" w:rsidP="00502CAA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>Oferta Wykonaw</w:t>
      </w:r>
      <w:r w:rsidR="0072336F">
        <w:rPr>
          <w:rFonts w:ascii="Times New Roman" w:eastAsia="MS Mincho" w:hAnsi="Times New Roman" w:cs="Times New Roman"/>
          <w:sz w:val="20"/>
          <w:szCs w:val="20"/>
          <w:lang w:val="pl-PL"/>
        </w:rPr>
        <w:t>cy.</w:t>
      </w:r>
    </w:p>
    <w:p w14:paraId="686F3491" w14:textId="77777777" w:rsidR="00974831" w:rsidRPr="005E0114" w:rsidRDefault="00974831" w:rsidP="005E0114">
      <w:pPr>
        <w:spacing w:line="240" w:lineRule="auto"/>
        <w:ind w:left="502"/>
        <w:contextualSpacing/>
        <w:jc w:val="center"/>
        <w:rPr>
          <w:rFonts w:ascii="Times New Roman" w:eastAsia="MS Mincho" w:hAnsi="Times New Roman" w:cs="Times New Roman"/>
          <w:sz w:val="20"/>
          <w:szCs w:val="20"/>
          <w:lang w:val="pl-PL"/>
        </w:rPr>
      </w:pPr>
    </w:p>
    <w:p w14:paraId="0D4095BE" w14:textId="77777777" w:rsidR="00974831" w:rsidRPr="005E0114" w:rsidRDefault="00974831" w:rsidP="005E0114">
      <w:pPr>
        <w:spacing w:line="240" w:lineRule="auto"/>
        <w:rPr>
          <w:rFonts w:ascii="Times New Roman" w:eastAsia="MS Mincho" w:hAnsi="Times New Roman" w:cs="Times New Roman"/>
          <w:b/>
          <w:sz w:val="20"/>
          <w:szCs w:val="20"/>
          <w:lang w:val="pl-PL"/>
        </w:rPr>
      </w:pPr>
      <w:r w:rsidRPr="005E0114">
        <w:rPr>
          <w:rFonts w:ascii="Times New Roman" w:eastAsia="MS Mincho" w:hAnsi="Times New Roman" w:cs="Times New Roman"/>
          <w:sz w:val="20"/>
          <w:szCs w:val="20"/>
          <w:lang w:val="pl-PL"/>
        </w:rPr>
        <w:t xml:space="preserve">                    </w:t>
      </w: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>ZAMAWIAJĄCY:</w:t>
      </w: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ab/>
      </w: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ab/>
      </w: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ab/>
      </w:r>
      <w:r w:rsidRPr="005E0114">
        <w:rPr>
          <w:rFonts w:ascii="Times New Roman" w:eastAsia="MS Mincho" w:hAnsi="Times New Roman" w:cs="Times New Roman"/>
          <w:b/>
          <w:sz w:val="20"/>
          <w:szCs w:val="20"/>
          <w:lang w:val="pl-PL"/>
        </w:rPr>
        <w:tab/>
        <w:t xml:space="preserve">               WYKONAWCA:</w:t>
      </w:r>
    </w:p>
    <w:p w14:paraId="01BD3F31" w14:textId="77777777" w:rsidR="00974831" w:rsidRPr="005E0114" w:rsidRDefault="00974831" w:rsidP="005E0114">
      <w:pPr>
        <w:spacing w:line="240" w:lineRule="auto"/>
        <w:rPr>
          <w:rFonts w:ascii="Times New Roman" w:eastAsia="MS Mincho" w:hAnsi="Times New Roman" w:cs="Times New Roman"/>
          <w:sz w:val="20"/>
          <w:szCs w:val="20"/>
          <w:lang w:val="pl-PL"/>
        </w:rPr>
      </w:pPr>
    </w:p>
    <w:p w14:paraId="09E590DC" w14:textId="6DB2FDAD" w:rsidR="00EE1A6E" w:rsidRPr="00EE1A6E" w:rsidRDefault="00EE1A6E" w:rsidP="005E01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br/>
      </w:r>
    </w:p>
    <w:p w14:paraId="15A54EAC" w14:textId="77777777" w:rsidR="00EE1A6E" w:rsidRPr="00EE1A6E" w:rsidRDefault="00EE1A6E" w:rsidP="005E0114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p w14:paraId="01C7CEC4" w14:textId="77777777" w:rsidR="00EE1A6E" w:rsidRPr="00EE1A6E" w:rsidRDefault="00EE1A6E" w:rsidP="005E01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br/>
      </w:r>
    </w:p>
    <w:p w14:paraId="6953E41B" w14:textId="77777777" w:rsidR="00EE1A6E" w:rsidRPr="00EE1A6E" w:rsidRDefault="00EE1A6E" w:rsidP="005E0114">
      <w:pPr>
        <w:spacing w:after="18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p w14:paraId="5262D4C6" w14:textId="77777777" w:rsidR="00EE1A6E" w:rsidRPr="00EE1A6E" w:rsidRDefault="00EE1A6E" w:rsidP="005E01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br/>
      </w:r>
    </w:p>
    <w:p w14:paraId="34898F2A" w14:textId="77777777" w:rsidR="00EE1A6E" w:rsidRPr="00EE1A6E" w:rsidRDefault="00EE1A6E" w:rsidP="005E0114">
      <w:pPr>
        <w:spacing w:after="18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p w14:paraId="1C4612EE" w14:textId="77777777" w:rsidR="00EE1A6E" w:rsidRPr="00EE1A6E" w:rsidRDefault="00EE1A6E" w:rsidP="005E01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br/>
      </w:r>
    </w:p>
    <w:p w14:paraId="4750F1AD" w14:textId="77777777" w:rsidR="00EE1A6E" w:rsidRPr="00EE1A6E" w:rsidRDefault="00EE1A6E" w:rsidP="005E0114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zCs w:val="20"/>
          <w:lang w:val="pl-PL" w:eastAsia="pl-PL"/>
        </w:rPr>
      </w:pPr>
    </w:p>
    <w:p w14:paraId="0754630D" w14:textId="77777777" w:rsidR="00EE1A6E" w:rsidRPr="00EE1A6E" w:rsidRDefault="00EE1A6E" w:rsidP="005E01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br/>
      </w:r>
    </w:p>
    <w:p w14:paraId="4B689E19" w14:textId="77777777" w:rsidR="00EE1A6E" w:rsidRPr="00EE1A6E" w:rsidRDefault="00EE1A6E" w:rsidP="005E0114">
      <w:pPr>
        <w:spacing w:after="18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p w14:paraId="0785FDA7" w14:textId="77777777" w:rsidR="00EE1A6E" w:rsidRPr="00EE1A6E" w:rsidRDefault="00EE1A6E" w:rsidP="005E01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lastRenderedPageBreak/>
        <w:br/>
      </w:r>
    </w:p>
    <w:p w14:paraId="3A60979B" w14:textId="77777777" w:rsidR="00EE1A6E" w:rsidRPr="00EE1A6E" w:rsidRDefault="00EE1A6E" w:rsidP="005E0114">
      <w:pPr>
        <w:spacing w:after="18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p w14:paraId="4C080876" w14:textId="77777777" w:rsidR="00EE1A6E" w:rsidRPr="00EE1A6E" w:rsidRDefault="00EE1A6E" w:rsidP="005E0114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p w14:paraId="6B39750D" w14:textId="77777777" w:rsidR="00EE1A6E" w:rsidRPr="00EE1A6E" w:rsidRDefault="00EE1A6E" w:rsidP="005E01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br/>
      </w:r>
    </w:p>
    <w:p w14:paraId="164C59ED" w14:textId="77777777" w:rsidR="00EE1A6E" w:rsidRPr="00EE1A6E" w:rsidRDefault="00EE1A6E" w:rsidP="005E0114">
      <w:pPr>
        <w:spacing w:after="18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p w14:paraId="36922A68" w14:textId="77777777" w:rsidR="00EE1A6E" w:rsidRPr="00EE1A6E" w:rsidRDefault="00EE1A6E" w:rsidP="005E0114">
      <w:pPr>
        <w:spacing w:after="18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p w14:paraId="7DCE662B" w14:textId="333B3AFB" w:rsidR="00EE1A6E" w:rsidRPr="00EE1A6E" w:rsidRDefault="00EE1A6E" w:rsidP="005E01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br/>
      </w:r>
    </w:p>
    <w:p w14:paraId="72327209" w14:textId="10100462" w:rsidR="00700E40" w:rsidRPr="005E0114" w:rsidRDefault="00EE1A6E" w:rsidP="00700E4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E1A6E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br/>
      </w:r>
    </w:p>
    <w:p w14:paraId="3B405285" w14:textId="77777777" w:rsidR="008E14A0" w:rsidRPr="005E0114" w:rsidRDefault="008E14A0" w:rsidP="005E011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8E14A0" w:rsidRPr="005E0114" w:rsidSect="008E14A0">
      <w:headerReference w:type="default" r:id="rId10"/>
      <w:footerReference w:type="default" r:id="rId11"/>
      <w:pgSz w:w="12240" w:h="15840"/>
      <w:pgMar w:top="1417" w:right="616" w:bottom="1417" w:left="1417" w:header="720" w:footer="4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68037" w14:textId="77777777" w:rsidR="00050A98" w:rsidRDefault="00050A98" w:rsidP="008E14A0">
      <w:pPr>
        <w:spacing w:after="0" w:line="240" w:lineRule="auto"/>
      </w:pPr>
      <w:r>
        <w:separator/>
      </w:r>
    </w:p>
  </w:endnote>
  <w:endnote w:type="continuationSeparator" w:id="0">
    <w:p w14:paraId="345B1351" w14:textId="77777777" w:rsidR="00050A98" w:rsidRDefault="00050A98" w:rsidP="008E1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220A5" w14:textId="77777777" w:rsidR="008E14A0" w:rsidRPr="008E14A0" w:rsidRDefault="008E14A0" w:rsidP="008E14A0">
    <w:pPr>
      <w:spacing w:after="0"/>
      <w:ind w:left="-567"/>
      <w:jc w:val="center"/>
      <w:rPr>
        <w:sz w:val="18"/>
        <w:szCs w:val="18"/>
      </w:rPr>
    </w:pPr>
    <w:r w:rsidRPr="008E14A0">
      <w:rPr>
        <w:sz w:val="18"/>
        <w:szCs w:val="18"/>
      </w:rPr>
      <w:t xml:space="preserve">Projekt </w:t>
    </w:r>
    <w:proofErr w:type="spellStart"/>
    <w:r w:rsidRPr="008E14A0">
      <w:rPr>
        <w:sz w:val="18"/>
        <w:szCs w:val="18"/>
      </w:rPr>
      <w:t>pn</w:t>
    </w:r>
    <w:proofErr w:type="spellEnd"/>
    <w:r w:rsidRPr="008E14A0">
      <w:rPr>
        <w:sz w:val="18"/>
        <w:szCs w:val="18"/>
      </w:rPr>
      <w:t>. „</w:t>
    </w:r>
    <w:proofErr w:type="spellStart"/>
    <w:r w:rsidRPr="008E14A0">
      <w:rPr>
        <w:b/>
        <w:bCs/>
        <w:sz w:val="18"/>
        <w:szCs w:val="18"/>
      </w:rPr>
      <w:t>Akademia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zawodowców</w:t>
    </w:r>
    <w:proofErr w:type="spellEnd"/>
    <w:r w:rsidRPr="008E14A0">
      <w:rPr>
        <w:b/>
        <w:bCs/>
        <w:sz w:val="18"/>
        <w:szCs w:val="18"/>
      </w:rPr>
      <w:t xml:space="preserve"> 2.0 – </w:t>
    </w:r>
    <w:proofErr w:type="spellStart"/>
    <w:r w:rsidRPr="008E14A0">
      <w:rPr>
        <w:b/>
        <w:bCs/>
        <w:sz w:val="18"/>
        <w:szCs w:val="18"/>
      </w:rPr>
      <w:t>Poprawa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jakości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kształcenia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zawodowego</w:t>
    </w:r>
    <w:proofErr w:type="spellEnd"/>
    <w:r w:rsidRPr="008E14A0">
      <w:rPr>
        <w:b/>
        <w:bCs/>
        <w:sz w:val="18"/>
        <w:szCs w:val="18"/>
      </w:rPr>
      <w:t xml:space="preserve"> w ZSE w </w:t>
    </w:r>
    <w:proofErr w:type="spellStart"/>
    <w:r w:rsidRPr="008E14A0">
      <w:rPr>
        <w:b/>
        <w:bCs/>
        <w:sz w:val="18"/>
        <w:szCs w:val="18"/>
      </w:rPr>
      <w:t>Raciborzu</w:t>
    </w:r>
    <w:proofErr w:type="spellEnd"/>
    <w:r w:rsidRPr="008E14A0">
      <w:rPr>
        <w:b/>
        <w:bCs/>
        <w:sz w:val="18"/>
        <w:szCs w:val="18"/>
      </w:rPr>
      <w:t xml:space="preserve">” </w:t>
    </w:r>
    <w:r w:rsidRPr="008E14A0">
      <w:rPr>
        <w:sz w:val="18"/>
        <w:szCs w:val="18"/>
      </w:rPr>
      <w:t>jest</w:t>
    </w:r>
    <w:r>
      <w:rPr>
        <w:b/>
        <w:bCs/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współfinansowany</w:t>
    </w:r>
    <w:proofErr w:type="spellEnd"/>
    <w:r w:rsidRPr="008E14A0">
      <w:rPr>
        <w:sz w:val="18"/>
        <w:szCs w:val="18"/>
      </w:rPr>
      <w:t xml:space="preserve"> </w:t>
    </w:r>
    <w:r>
      <w:rPr>
        <w:sz w:val="18"/>
        <w:szCs w:val="18"/>
      </w:rPr>
      <w:br/>
    </w:r>
    <w:r w:rsidRPr="008E14A0">
      <w:rPr>
        <w:sz w:val="18"/>
        <w:szCs w:val="18"/>
      </w:rPr>
      <w:t xml:space="preserve">ze </w:t>
    </w:r>
    <w:proofErr w:type="spellStart"/>
    <w:r w:rsidRPr="008E14A0">
      <w:rPr>
        <w:sz w:val="18"/>
        <w:szCs w:val="18"/>
      </w:rPr>
      <w:t>środków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Europejskiego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Społecznego</w:t>
    </w:r>
    <w:proofErr w:type="spellEnd"/>
    <w:r w:rsidRPr="008E14A0">
      <w:rPr>
        <w:sz w:val="18"/>
        <w:szCs w:val="18"/>
      </w:rPr>
      <w:t xml:space="preserve"> Plus (EFS+)</w:t>
    </w:r>
    <w:r>
      <w:rPr>
        <w:sz w:val="18"/>
        <w:szCs w:val="18"/>
      </w:rPr>
      <w:t xml:space="preserve"> </w:t>
    </w:r>
    <w:r w:rsidRPr="008E14A0">
      <w:rPr>
        <w:sz w:val="18"/>
        <w:szCs w:val="18"/>
      </w:rPr>
      <w:t xml:space="preserve">w </w:t>
    </w:r>
    <w:proofErr w:type="spellStart"/>
    <w:r w:rsidRPr="008E14A0">
      <w:rPr>
        <w:sz w:val="18"/>
        <w:szCs w:val="18"/>
      </w:rPr>
      <w:t>ramach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programu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Śląskiego</w:t>
    </w:r>
    <w:proofErr w:type="spellEnd"/>
    <w:r w:rsidRPr="008E14A0">
      <w:rPr>
        <w:sz w:val="18"/>
        <w:szCs w:val="18"/>
      </w:rPr>
      <w:t xml:space="preserve"> 2021–2027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P</w:t>
    </w:r>
    <w:r w:rsidRPr="008E14A0">
      <w:rPr>
        <w:sz w:val="18"/>
        <w:szCs w:val="18"/>
      </w:rPr>
      <w:t>riorytet</w:t>
    </w:r>
    <w:proofErr w:type="spellEnd"/>
    <w:r w:rsidRPr="008E14A0">
      <w:rPr>
        <w:sz w:val="18"/>
        <w:szCs w:val="18"/>
      </w:rPr>
      <w:t xml:space="preserve"> VI –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edukacji</w:t>
    </w:r>
    <w:proofErr w:type="spellEnd"/>
    <w:r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Działanie</w:t>
    </w:r>
    <w:proofErr w:type="spellEnd"/>
    <w:r w:rsidRPr="008E14A0">
      <w:rPr>
        <w:sz w:val="18"/>
        <w:szCs w:val="18"/>
      </w:rPr>
      <w:t xml:space="preserve"> FESL.06.03 – </w:t>
    </w:r>
    <w:proofErr w:type="spellStart"/>
    <w:r w:rsidRPr="008E14A0">
      <w:rPr>
        <w:sz w:val="18"/>
        <w:szCs w:val="18"/>
      </w:rPr>
      <w:t>Kształcenie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zawodowe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7B901" w14:textId="77777777" w:rsidR="00050A98" w:rsidRDefault="00050A98" w:rsidP="008E14A0">
      <w:pPr>
        <w:spacing w:after="0" w:line="240" w:lineRule="auto"/>
      </w:pPr>
      <w:r>
        <w:separator/>
      </w:r>
    </w:p>
  </w:footnote>
  <w:footnote w:type="continuationSeparator" w:id="0">
    <w:p w14:paraId="3BA28871" w14:textId="77777777" w:rsidR="00050A98" w:rsidRDefault="00050A98" w:rsidP="008E1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AC130" w14:textId="77777777" w:rsidR="008E14A0" w:rsidRDefault="008E14A0">
    <w:pPr>
      <w:pStyle w:val="Nagwek"/>
    </w:pPr>
    <w:r w:rsidRPr="00CF1A58">
      <w:rPr>
        <w:rFonts w:ascii="Arial" w:hAnsi="Arial" w:cs="Arial"/>
        <w:b/>
        <w:bCs/>
        <w:noProof/>
        <w:sz w:val="24"/>
        <w:szCs w:val="24"/>
        <w:lang w:val="pl-PL" w:eastAsia="pl-PL"/>
      </w:rPr>
      <w:drawing>
        <wp:anchor distT="0" distB="0" distL="114300" distR="114300" simplePos="0" relativeHeight="251659264" behindDoc="0" locked="0" layoutInCell="1" allowOverlap="1" wp14:anchorId="27AA50DD" wp14:editId="4003F999">
          <wp:simplePos x="0" y="0"/>
          <wp:positionH relativeFrom="column">
            <wp:posOffset>75565</wp:posOffset>
          </wp:positionH>
          <wp:positionV relativeFrom="paragraph">
            <wp:posOffset>-251460</wp:posOffset>
          </wp:positionV>
          <wp:extent cx="5821680" cy="425241"/>
          <wp:effectExtent l="0" t="0" r="0" b="0"/>
          <wp:wrapSquare wrapText="bothSides"/>
          <wp:docPr id="38" name="Obraz 38" descr="Zestaw logotypów dla FE SL 2021-2027- poziom&#10;&#10; &#10;&#10;Wersja pełnokolorowa: Logo Funduszy Europejskich i napis Fundusze Europejskie dla Śląskiego 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1680" cy="4252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6EA5ED5"/>
    <w:multiLevelType w:val="hybridMultilevel"/>
    <w:tmpl w:val="A1A25522"/>
    <w:lvl w:ilvl="0" w:tplc="B9FA521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5A061FE4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71432C8"/>
    <w:multiLevelType w:val="hybridMultilevel"/>
    <w:tmpl w:val="B1BE7470"/>
    <w:lvl w:ilvl="0" w:tplc="0415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14B21EDB"/>
    <w:multiLevelType w:val="hybridMultilevel"/>
    <w:tmpl w:val="9E42F746"/>
    <w:lvl w:ilvl="0" w:tplc="BBCC330A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/>
        <w:b w:val="0"/>
      </w:rPr>
    </w:lvl>
    <w:lvl w:ilvl="1" w:tplc="0415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261B0BD5"/>
    <w:multiLevelType w:val="hybridMultilevel"/>
    <w:tmpl w:val="122A4346"/>
    <w:lvl w:ilvl="0" w:tplc="2B780DF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E5954D5"/>
    <w:multiLevelType w:val="multilevel"/>
    <w:tmpl w:val="3D0ECCE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3A4D55BC"/>
    <w:multiLevelType w:val="hybridMultilevel"/>
    <w:tmpl w:val="DBE22544"/>
    <w:lvl w:ilvl="0" w:tplc="1CF8C0E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D175615"/>
    <w:multiLevelType w:val="hybridMultilevel"/>
    <w:tmpl w:val="7B784592"/>
    <w:lvl w:ilvl="0" w:tplc="678E0FCC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</w:lvl>
  </w:abstractNum>
  <w:abstractNum w:abstractNumId="13" w15:restartNumberingAfterBreak="0">
    <w:nsid w:val="42044256"/>
    <w:multiLevelType w:val="hybridMultilevel"/>
    <w:tmpl w:val="0FD485DE"/>
    <w:lvl w:ilvl="0" w:tplc="39A4ADD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6137F50"/>
    <w:multiLevelType w:val="hybridMultilevel"/>
    <w:tmpl w:val="D2CA11D2"/>
    <w:lvl w:ilvl="0" w:tplc="E398F14E">
      <w:start w:val="1"/>
      <w:numFmt w:val="decimal"/>
      <w:lvlText w:val="%1."/>
      <w:lvlJc w:val="left"/>
      <w:pPr>
        <w:ind w:left="885" w:hanging="52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6A55FEF"/>
    <w:multiLevelType w:val="multilevel"/>
    <w:tmpl w:val="ED928A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51782878"/>
    <w:multiLevelType w:val="hybridMultilevel"/>
    <w:tmpl w:val="D044769E"/>
    <w:lvl w:ilvl="0" w:tplc="F762265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6275C38"/>
    <w:multiLevelType w:val="hybridMultilevel"/>
    <w:tmpl w:val="230CFDCE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8" w15:restartNumberingAfterBreak="0">
    <w:nsid w:val="5D1A0836"/>
    <w:multiLevelType w:val="hybridMultilevel"/>
    <w:tmpl w:val="46D85096"/>
    <w:lvl w:ilvl="0" w:tplc="0CB02DB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2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7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4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339" w:hanging="180"/>
      </w:pPr>
      <w:rPr>
        <w:rFonts w:cs="Times New Roman"/>
      </w:rPr>
    </w:lvl>
  </w:abstractNum>
  <w:abstractNum w:abstractNumId="19" w15:restartNumberingAfterBreak="0">
    <w:nsid w:val="6C1E7D00"/>
    <w:multiLevelType w:val="multilevel"/>
    <w:tmpl w:val="82880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6D813EC6"/>
    <w:multiLevelType w:val="multilevel"/>
    <w:tmpl w:val="F2B47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6DB927BE"/>
    <w:multiLevelType w:val="multilevel"/>
    <w:tmpl w:val="CF98A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765381"/>
    <w:multiLevelType w:val="hybridMultilevel"/>
    <w:tmpl w:val="3B9C2D9A"/>
    <w:lvl w:ilvl="0" w:tplc="49B2AAA0">
      <w:start w:val="1"/>
      <w:numFmt w:val="decimal"/>
      <w:lvlText w:val="%1."/>
      <w:lvlJc w:val="left"/>
      <w:pPr>
        <w:ind w:left="360" w:hanging="360"/>
      </w:pPr>
      <w:rPr>
        <w:rFonts w:ascii="Cambria" w:eastAsia="Arial Unicode MS" w:hAnsi="Cambria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BF4714"/>
    <w:multiLevelType w:val="hybridMultilevel"/>
    <w:tmpl w:val="FE6043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464B50"/>
    <w:multiLevelType w:val="multilevel"/>
    <w:tmpl w:val="E3E2D1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697777664">
    <w:abstractNumId w:val="5"/>
  </w:num>
  <w:num w:numId="2" w16cid:durableId="358817202">
    <w:abstractNumId w:val="3"/>
  </w:num>
  <w:num w:numId="3" w16cid:durableId="210239694">
    <w:abstractNumId w:val="2"/>
  </w:num>
  <w:num w:numId="4" w16cid:durableId="495343918">
    <w:abstractNumId w:val="4"/>
  </w:num>
  <w:num w:numId="5" w16cid:durableId="1560674723">
    <w:abstractNumId w:val="1"/>
  </w:num>
  <w:num w:numId="6" w16cid:durableId="1681345304">
    <w:abstractNumId w:val="0"/>
  </w:num>
  <w:num w:numId="7" w16cid:durableId="155354116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89611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6415829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61829567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685845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6423768">
    <w:abstractNumId w:val="18"/>
  </w:num>
  <w:num w:numId="13" w16cid:durableId="1816303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25016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1967069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619800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403167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49971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61963988">
    <w:abstractNumId w:val="19"/>
  </w:num>
  <w:num w:numId="20" w16cid:durableId="232668477">
    <w:abstractNumId w:val="20"/>
  </w:num>
  <w:num w:numId="21" w16cid:durableId="1582787470">
    <w:abstractNumId w:val="24"/>
  </w:num>
  <w:num w:numId="22" w16cid:durableId="1037967901">
    <w:abstractNumId w:val="15"/>
  </w:num>
  <w:num w:numId="23" w16cid:durableId="1487894346">
    <w:abstractNumId w:val="21"/>
  </w:num>
  <w:num w:numId="24" w16cid:durableId="270433308">
    <w:abstractNumId w:val="23"/>
  </w:num>
  <w:num w:numId="25" w16cid:durableId="1224172457">
    <w:abstractNumId w:val="1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B00"/>
    <w:rsid w:val="00005507"/>
    <w:rsid w:val="000167A5"/>
    <w:rsid w:val="00030177"/>
    <w:rsid w:val="00034616"/>
    <w:rsid w:val="00043ABE"/>
    <w:rsid w:val="00050A98"/>
    <w:rsid w:val="0006063C"/>
    <w:rsid w:val="00086C4B"/>
    <w:rsid w:val="0015074B"/>
    <w:rsid w:val="001646DE"/>
    <w:rsid w:val="001E0FE3"/>
    <w:rsid w:val="001E5378"/>
    <w:rsid w:val="001F5E90"/>
    <w:rsid w:val="00202709"/>
    <w:rsid w:val="00272DF6"/>
    <w:rsid w:val="0029639D"/>
    <w:rsid w:val="002D774E"/>
    <w:rsid w:val="00326F90"/>
    <w:rsid w:val="00470D0F"/>
    <w:rsid w:val="00502CAA"/>
    <w:rsid w:val="00513216"/>
    <w:rsid w:val="00536EA7"/>
    <w:rsid w:val="005E0114"/>
    <w:rsid w:val="00683DF0"/>
    <w:rsid w:val="00700E40"/>
    <w:rsid w:val="0072336F"/>
    <w:rsid w:val="00735E39"/>
    <w:rsid w:val="007561B7"/>
    <w:rsid w:val="007900D0"/>
    <w:rsid w:val="008E14A0"/>
    <w:rsid w:val="009729C2"/>
    <w:rsid w:val="00974831"/>
    <w:rsid w:val="009F2C71"/>
    <w:rsid w:val="00A14A96"/>
    <w:rsid w:val="00A44085"/>
    <w:rsid w:val="00A86D35"/>
    <w:rsid w:val="00AA1D8D"/>
    <w:rsid w:val="00B14874"/>
    <w:rsid w:val="00B26427"/>
    <w:rsid w:val="00B47730"/>
    <w:rsid w:val="00BE6230"/>
    <w:rsid w:val="00C53B00"/>
    <w:rsid w:val="00C87522"/>
    <w:rsid w:val="00CB0664"/>
    <w:rsid w:val="00D370BF"/>
    <w:rsid w:val="00DB63F7"/>
    <w:rsid w:val="00E13E51"/>
    <w:rsid w:val="00E3749A"/>
    <w:rsid w:val="00EE1A6E"/>
    <w:rsid w:val="00F02ED9"/>
    <w:rsid w:val="00F13282"/>
    <w:rsid w:val="00F15510"/>
    <w:rsid w:val="00F36D3B"/>
    <w:rsid w:val="00FC68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4A4C42"/>
  <w14:defaultImageDpi w14:val="300"/>
  <w15:docId w15:val="{60BD70DE-7CB0-4934-BC06-13FC12932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3282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7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2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SE.022.2.UE.1.202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kademiazawodowcow@ekonomikracibor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wnloads\Szablon_pisma_FESL_06_03_Akademia_zawodowco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8FF92D-FDBB-4A60-996A-BF9CECD6F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Szablon_pisma_FESL_06_03_Akademia_zawodowcow</Template>
  <TotalTime>5</TotalTime>
  <Pages>5</Pages>
  <Words>1448</Words>
  <Characters>8691</Characters>
  <Application>Microsoft Office Word</Application>
  <DocSecurity>0</DocSecurity>
  <Lines>72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dc:description>generated by python-docx</dc:description>
  <cp:lastModifiedBy>Jakub R</cp:lastModifiedBy>
  <cp:revision>2</cp:revision>
  <cp:lastPrinted>2026-02-16T12:04:00Z</cp:lastPrinted>
  <dcterms:created xsi:type="dcterms:W3CDTF">2026-02-16T16:01:00Z</dcterms:created>
  <dcterms:modified xsi:type="dcterms:W3CDTF">2026-02-16T16:01:00Z</dcterms:modified>
</cp:coreProperties>
</file>