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892" w:rsidRPr="00EB3892" w:rsidRDefault="00EB3892" w:rsidP="00EB3892">
      <w:pPr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Załącznik nr 4 </w:t>
      </w:r>
      <w:r w:rsidRPr="00EB3892">
        <w:rPr>
          <w:rFonts w:ascii="Times New Roman" w:eastAsia="Calibri" w:hAnsi="Times New Roman" w:cs="Times New Roman"/>
          <w:bCs/>
          <w:iCs/>
          <w:sz w:val="20"/>
          <w:szCs w:val="20"/>
          <w:lang w:val="pl-PL"/>
        </w:rPr>
        <w:t>do zapytania ofertowego nr:</w:t>
      </w:r>
      <w:r w:rsidRPr="00EB3892">
        <w:rPr>
          <w:rFonts w:ascii="Times New Roman" w:hAnsi="Times New Roman" w:cs="Times New Roman"/>
          <w:lang w:val="pl-PL"/>
        </w:rPr>
        <w:t xml:space="preserve">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ZSE</w:t>
      </w:r>
      <w:r>
        <w:rPr>
          <w:rFonts w:ascii="Times New Roman" w:hAnsi="Times New Roman" w:cs="Times New Roman"/>
          <w:spacing w:val="32"/>
          <w:sz w:val="20"/>
          <w:szCs w:val="20"/>
          <w:lang w:val="pl-PL"/>
        </w:rPr>
        <w:t>.022.10</w:t>
      </w:r>
      <w:r w:rsidRPr="00EB3892">
        <w:rPr>
          <w:rFonts w:ascii="Times New Roman" w:hAnsi="Times New Roman" w:cs="Times New Roman"/>
          <w:spacing w:val="32"/>
          <w:sz w:val="20"/>
          <w:szCs w:val="20"/>
          <w:lang w:val="pl-PL"/>
        </w:rPr>
        <w:t>.UE.1.2026.</w:t>
      </w:r>
    </w:p>
    <w:p w:rsidR="00EB3892" w:rsidRPr="00EB3892" w:rsidRDefault="00EB3892" w:rsidP="00EB3892">
      <w:pPr>
        <w:jc w:val="center"/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  <w:t xml:space="preserve">UMOWA </w:t>
      </w:r>
    </w:p>
    <w:p w:rsidR="00EB3892" w:rsidRPr="00EB3892" w:rsidRDefault="00EB3892" w:rsidP="00EB3892">
      <w:pPr>
        <w:jc w:val="center"/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  <w:t>NR ZSE.022.10</w:t>
      </w:r>
      <w:r w:rsidRPr="00EB3892">
        <w:rPr>
          <w:rFonts w:ascii="Times New Roman" w:hAnsi="Times New Roman" w:cs="Times New Roman"/>
          <w:b/>
          <w:spacing w:val="32"/>
          <w:sz w:val="20"/>
          <w:szCs w:val="20"/>
          <w:lang w:val="pl-PL"/>
        </w:rPr>
        <w:t>.UE.1.2026</w:t>
      </w:r>
    </w:p>
    <w:p w:rsidR="00EB3892" w:rsidRPr="00EB3892" w:rsidRDefault="00EB3892" w:rsidP="00EB389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zawarta w dniu ………..2026r.</w:t>
      </w:r>
    </w:p>
    <w:p w:rsidR="00EB3892" w:rsidRPr="00EB3892" w:rsidRDefault="00EB3892" w:rsidP="00EB3892">
      <w:pPr>
        <w:rPr>
          <w:rFonts w:ascii="Times New Roman" w:hAnsi="Times New Roman" w:cs="Times New Roman"/>
          <w:bCs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pomiędzy: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bCs/>
          <w:sz w:val="20"/>
          <w:szCs w:val="20"/>
          <w:lang w:val="pl-PL"/>
        </w:rPr>
        <w:t>Powiatem Raciborskim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 siedzibą: Plac Stefana Okrzei 4, 47-400 Racibórz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NIP: 6391982788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Regon: 27625511100000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reprezentowanym przez: </w:t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Jacka Pierzchałę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Dyrektora Zespołu Szkół Ekonomicznych w Raciborzu</w:t>
      </w:r>
    </w:p>
    <w:p w:rsidR="00EB3892" w:rsidRPr="00EB3892" w:rsidRDefault="00EB3892" w:rsidP="00EB3892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z siedzibą: ul. Gimnazjalna 3, 47-400  Racibórz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zwanym w treści umowy </w:t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„Zamawiającym”</w:t>
      </w:r>
    </w:p>
    <w:p w:rsidR="00EB3892" w:rsidRPr="00EB3892" w:rsidRDefault="00EB3892" w:rsidP="00EB38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a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……………………………………………………………….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……………………………………………………………….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NIP: …………………………………………………………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REGON: ……………………………………………………</w:t>
      </w:r>
    </w:p>
    <w:p w:rsidR="00EB3892" w:rsidRPr="00EB3892" w:rsidRDefault="00EB3892" w:rsidP="00EB38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Nr telefonu: …………………………………………………</w:t>
      </w:r>
    </w:p>
    <w:p w:rsidR="00EB3892" w:rsidRPr="00EB3892" w:rsidRDefault="00EB3892" w:rsidP="00EB38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e-mail: ………………………………………………………</w:t>
      </w: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reprezentowanym przez: …………………………………</w:t>
      </w:r>
    </w:p>
    <w:p w:rsidR="00EB3892" w:rsidRPr="00EB3892" w:rsidRDefault="00EB3892" w:rsidP="00EB3892">
      <w:pPr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zwanym dalej ,,</w:t>
      </w:r>
      <w:r w:rsidRPr="00EB3892">
        <w:rPr>
          <w:rFonts w:ascii="Times New Roman" w:hAnsi="Times New Roman" w:cs="Times New Roman"/>
          <w:b/>
          <w:bCs/>
          <w:sz w:val="20"/>
          <w:szCs w:val="20"/>
          <w:lang w:val="pl-PL"/>
        </w:rPr>
        <w:t>Wykonawcą”,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została zawarta umowa o następującej treści</w:t>
      </w:r>
      <w:r w:rsidRPr="00EB3892">
        <w:rPr>
          <w:rFonts w:ascii="Times New Roman" w:hAnsi="Times New Roman" w:cs="Times New Roman"/>
          <w:b/>
          <w:snapToGrid w:val="0"/>
          <w:sz w:val="20"/>
          <w:szCs w:val="20"/>
          <w:lang w:val="pl-PL"/>
        </w:rPr>
        <w:t xml:space="preserve">: </w:t>
      </w:r>
    </w:p>
    <w:p w:rsidR="00EB3892" w:rsidRPr="00EB3892" w:rsidRDefault="00EB3892" w:rsidP="00EB3892">
      <w:pPr>
        <w:spacing w:after="0"/>
        <w:ind w:right="72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napToGrid w:val="0"/>
          <w:sz w:val="20"/>
          <w:szCs w:val="20"/>
          <w:lang w:val="pl-PL"/>
        </w:rPr>
        <w:t>§1</w:t>
      </w:r>
    </w:p>
    <w:p w:rsidR="00EB3892" w:rsidRPr="00EB3892" w:rsidRDefault="00EB3892" w:rsidP="00EB3892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Przedmiot umowy</w:t>
      </w:r>
    </w:p>
    <w:p w:rsidR="00EB3892" w:rsidRPr="00EB3892" w:rsidRDefault="00EB3892" w:rsidP="00EB3892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284"/>
        <w:contextualSpacing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 w:rsidRPr="00EB3892">
        <w:rPr>
          <w:rFonts w:ascii="Times New Roman" w:eastAsia="Arial Unicode MS" w:hAnsi="Times New Roman" w:cs="Times New Roman"/>
          <w:sz w:val="20"/>
          <w:szCs w:val="20"/>
          <w:lang w:val="pl-PL"/>
        </w:rPr>
        <w:t>Przedmiotem umowy jest: ,,</w:t>
      </w:r>
      <w:proofErr w:type="spellStart"/>
      <w:r w:rsidRPr="00EA6BEA">
        <w:rPr>
          <w:b/>
          <w:bCs/>
          <w:sz w:val="20"/>
          <w:szCs w:val="20"/>
        </w:rPr>
        <w:t>Kurs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na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operatorów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wózków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widłowych</w:t>
      </w:r>
      <w:proofErr w:type="spellEnd"/>
      <w:r w:rsidRPr="00EA6BEA">
        <w:rPr>
          <w:b/>
          <w:bCs/>
          <w:sz w:val="20"/>
          <w:szCs w:val="20"/>
        </w:rPr>
        <w:t xml:space="preserve"> z </w:t>
      </w:r>
      <w:proofErr w:type="spellStart"/>
      <w:r w:rsidRPr="00EA6BEA">
        <w:rPr>
          <w:b/>
          <w:bCs/>
          <w:sz w:val="20"/>
          <w:szCs w:val="20"/>
        </w:rPr>
        <w:t>wymianą</w:t>
      </w:r>
      <w:proofErr w:type="spellEnd"/>
      <w:r w:rsidRPr="00EA6BEA">
        <w:rPr>
          <w:b/>
          <w:bCs/>
          <w:sz w:val="20"/>
          <w:szCs w:val="20"/>
        </w:rPr>
        <w:t xml:space="preserve"> </w:t>
      </w:r>
      <w:proofErr w:type="spellStart"/>
      <w:r w:rsidRPr="00EA6BEA">
        <w:rPr>
          <w:b/>
          <w:bCs/>
          <w:sz w:val="20"/>
          <w:szCs w:val="20"/>
        </w:rPr>
        <w:t>butli</w:t>
      </w:r>
      <w:proofErr w:type="spellEnd"/>
      <w:r w:rsidRPr="00EB3892">
        <w:rPr>
          <w:rFonts w:ascii="Times New Roman" w:eastAsia="Arial Unicode MS" w:hAnsi="Times New Roman" w:cs="Times New Roman"/>
          <w:sz w:val="20"/>
          <w:szCs w:val="20"/>
          <w:lang w:val="pl-PL"/>
        </w:rPr>
        <w:t>”</w:t>
      </w:r>
      <w:r w:rsidR="00927DF5">
        <w:rPr>
          <w:rFonts w:ascii="Times New Roman" w:eastAsia="Arial Unicode MS" w:hAnsi="Times New Roman" w:cs="Times New Roman"/>
          <w:sz w:val="20"/>
          <w:szCs w:val="20"/>
          <w:lang w:val="pl-PL"/>
        </w:rPr>
        <w:t xml:space="preserve"> dla 22 uczniów</w:t>
      </w:r>
      <w:r w:rsidRPr="00EB3892">
        <w:rPr>
          <w:rFonts w:ascii="Times New Roman" w:eastAsia="Arial Unicode MS" w:hAnsi="Times New Roman" w:cs="Times New Roman"/>
          <w:sz w:val="20"/>
          <w:szCs w:val="20"/>
          <w:lang w:val="pl-PL"/>
        </w:rPr>
        <w:t>, r</w:t>
      </w:r>
      <w:r w:rsidRPr="00EB3892">
        <w:rPr>
          <w:rFonts w:ascii="Times New Roman" w:eastAsia="Arial Unicode MS" w:hAnsi="Times New Roman" w:cs="Times New Roman"/>
          <w:bCs/>
          <w:sz w:val="20"/>
          <w:szCs w:val="20"/>
          <w:lang w:val="pl-PL"/>
        </w:rPr>
        <w:t xml:space="preserve">ealizowanej w ramach </w:t>
      </w: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>projektu: Akademia zawodowców 2.0 – Poprawa jakośc</w:t>
      </w:r>
      <w:bookmarkStart w:id="0" w:name="_GoBack"/>
      <w:bookmarkEnd w:id="0"/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>i kształcenia zawodowego w ZSE w Raciborzu”, współfinansowany ze środków Europejskiego Funduszu Społecznego Plus (EFS+) w ramach programu Fundusze Europejskie dla Śląskiego 2021–2027 Priorytet VI – Fundusze Europejskie dla edukacji Działanie FESL.06.03 – Kształcenie zawodowe.</w:t>
      </w:r>
    </w:p>
    <w:p w:rsidR="00EB3892" w:rsidRPr="00EB3892" w:rsidRDefault="00EB3892" w:rsidP="00EB3892">
      <w:pPr>
        <w:numPr>
          <w:ilvl w:val="0"/>
          <w:numId w:val="30"/>
        </w:numPr>
        <w:spacing w:after="0"/>
        <w:ind w:left="284"/>
        <w:contextualSpacing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Umowa zostaje zawarta w wyniku przeprowadzenia postępowania w trybie zapytania ofertowego nr </w:t>
      </w:r>
      <w:hyperlink r:id="rId9" w:tgtFrame="_blank" w:history="1">
        <w:r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pl-PL"/>
          </w:rPr>
          <w:t>ZSE.022.10</w:t>
        </w:r>
        <w:r w:rsidRPr="00EB3892">
          <w:rPr>
            <w:rFonts w:ascii="Times New Roman" w:hAnsi="Times New Roman" w:cs="Times New Roman"/>
            <w:color w:val="0000FF"/>
            <w:sz w:val="20"/>
            <w:szCs w:val="20"/>
            <w:u w:val="single"/>
            <w:lang w:val="pl-PL"/>
          </w:rPr>
          <w:t>.UE.1.2026,</w:t>
        </w:r>
      </w:hyperlink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do którego nie stosuje się przepisów ustawy z dnia 11 września 2019 r. – Prawo zamówień publicznych (</w:t>
      </w:r>
      <w:proofErr w:type="spellStart"/>
      <w:r w:rsidRPr="00EB3892">
        <w:rPr>
          <w:rFonts w:ascii="Times New Roman" w:hAnsi="Times New Roman" w:cs="Times New Roman"/>
          <w:sz w:val="20"/>
          <w:szCs w:val="20"/>
          <w:lang w:val="pl-PL"/>
        </w:rPr>
        <w:t>t.j</w:t>
      </w:r>
      <w:proofErr w:type="spellEnd"/>
      <w:r w:rsidRPr="00EB3892">
        <w:rPr>
          <w:rFonts w:ascii="Times New Roman" w:hAnsi="Times New Roman" w:cs="Times New Roman"/>
          <w:sz w:val="20"/>
          <w:szCs w:val="20"/>
          <w:lang w:val="pl-PL"/>
        </w:rPr>
        <w:t>. Dz.U. z 2026r. poz. 793).</w:t>
      </w:r>
    </w:p>
    <w:p w:rsidR="00EB3892" w:rsidRPr="00EB3892" w:rsidRDefault="00EB3892" w:rsidP="00EB3892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lastRenderedPageBreak/>
        <w:t>Szczegółowy zakres rzec</w:t>
      </w:r>
      <w:r w:rsidR="00111A0B">
        <w:rPr>
          <w:rFonts w:ascii="Times New Roman" w:hAnsi="Times New Roman" w:cs="Times New Roman"/>
          <w:sz w:val="20"/>
          <w:szCs w:val="20"/>
          <w:lang w:val="pl-PL"/>
        </w:rPr>
        <w:t>zowy określa OPZ (Załącznik nr 3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do zapytania ofertowego), a oferta wykonawcy musi być z nim zgodna.</w:t>
      </w:r>
    </w:p>
    <w:p w:rsidR="00927DF5" w:rsidRDefault="00EB3892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eastAsia="Arial Unicode MS" w:hAnsi="Times New Roman" w:cs="Times New Roman"/>
          <w:sz w:val="20"/>
          <w:szCs w:val="20"/>
          <w:lang w:val="pl-PL"/>
        </w:rPr>
        <w:t>Dokumenty, o których mowa w ust. 2 stanowią załączniki do niniejszej  umowy</w:t>
      </w:r>
      <w:r w:rsidRPr="00EB3892">
        <w:rPr>
          <w:rFonts w:ascii="Times New Roman" w:eastAsia="Arial Unicode MS" w:hAnsi="Times New Roman" w:cs="Times New Roman"/>
          <w:bCs/>
          <w:sz w:val="20"/>
          <w:szCs w:val="20"/>
          <w:lang w:val="pl-PL"/>
        </w:rPr>
        <w:t>.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Zakres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szkolenia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obejmuje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zagadnienia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potrzebne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927DF5">
        <w:rPr>
          <w:rFonts w:ascii="Times New Roman" w:hAnsi="Times New Roman" w:cs="Times New Roman"/>
          <w:sz w:val="20"/>
        </w:rPr>
        <w:t>uzyskania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przez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uczniów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uprawnień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927DF5">
        <w:rPr>
          <w:rFonts w:ascii="Times New Roman" w:hAnsi="Times New Roman" w:cs="Times New Roman"/>
          <w:sz w:val="20"/>
        </w:rPr>
        <w:t>obsługi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927DF5">
        <w:rPr>
          <w:rFonts w:ascii="Times New Roman" w:hAnsi="Times New Roman" w:cs="Times New Roman"/>
          <w:sz w:val="20"/>
        </w:rPr>
        <w:t>urządzeń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transportu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bliskiego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oraz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bezpiecznej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wymiany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butli</w:t>
      </w:r>
      <w:proofErr w:type="spellEnd"/>
      <w:r w:rsidRPr="00927DF5">
        <w:rPr>
          <w:rFonts w:ascii="Times New Roman" w:hAnsi="Times New Roman" w:cs="Times New Roman"/>
          <w:spacing w:val="-32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gazowej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. 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Kurs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odbędzie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się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zgodnie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927DF5">
        <w:rPr>
          <w:rFonts w:ascii="Times New Roman" w:hAnsi="Times New Roman" w:cs="Times New Roman"/>
          <w:sz w:val="20"/>
        </w:rPr>
        <w:t>Rozporządzeniem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Ministra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Rozwoju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Finansów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927DF5">
        <w:rPr>
          <w:rFonts w:ascii="Times New Roman" w:hAnsi="Times New Roman" w:cs="Times New Roman"/>
          <w:sz w:val="20"/>
        </w:rPr>
        <w:t>dnia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15 </w:t>
      </w:r>
      <w:proofErr w:type="spellStart"/>
      <w:r w:rsidRPr="00927DF5">
        <w:rPr>
          <w:rFonts w:ascii="Times New Roman" w:hAnsi="Times New Roman" w:cs="Times New Roman"/>
          <w:sz w:val="20"/>
        </w:rPr>
        <w:t>grudnia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2017 r. w </w:t>
      </w:r>
      <w:proofErr w:type="spellStart"/>
      <w:r w:rsidRPr="00927DF5">
        <w:rPr>
          <w:rFonts w:ascii="Times New Roman" w:hAnsi="Times New Roman" w:cs="Times New Roman"/>
          <w:sz w:val="20"/>
        </w:rPr>
        <w:t>sprawie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bezpieczeństwa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higieny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pracy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przy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użytkowaniu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wózków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jezdniowych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927DF5">
        <w:rPr>
          <w:rFonts w:ascii="Times New Roman" w:hAnsi="Times New Roman" w:cs="Times New Roman"/>
          <w:sz w:val="20"/>
        </w:rPr>
        <w:t>napędem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silnikowym</w:t>
      </w:r>
      <w:proofErr w:type="spellEnd"/>
      <w:r w:rsidR="00E850D7">
        <w:rPr>
          <w:rFonts w:ascii="Times New Roman" w:hAnsi="Times New Roman" w:cs="Times New Roman"/>
          <w:sz w:val="20"/>
        </w:rPr>
        <w:t>.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Szkolenie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będzie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trwało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max. 48 </w:t>
      </w:r>
      <w:proofErr w:type="spellStart"/>
      <w:r w:rsidRPr="00927DF5">
        <w:rPr>
          <w:rFonts w:ascii="Times New Roman" w:hAnsi="Times New Roman" w:cs="Times New Roman"/>
          <w:sz w:val="20"/>
        </w:rPr>
        <w:t>godzin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zajęć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teoretycznych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oraz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927DF5">
        <w:rPr>
          <w:rFonts w:ascii="Times New Roman" w:hAnsi="Times New Roman" w:cs="Times New Roman"/>
          <w:sz w:val="20"/>
        </w:rPr>
        <w:t>zajęć</w:t>
      </w:r>
      <w:proofErr w:type="spellEnd"/>
      <w:r w:rsidRPr="00927DF5">
        <w:rPr>
          <w:rFonts w:ascii="Times New Roman" w:hAnsi="Times New Roman" w:cs="Times New Roman"/>
          <w:spacing w:val="-28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praktycznych</w:t>
      </w:r>
      <w:proofErr w:type="spellEnd"/>
      <w:r w:rsidRPr="00927DF5">
        <w:rPr>
          <w:rFonts w:ascii="Times New Roman" w:hAnsi="Times New Roman" w:cs="Times New Roman"/>
          <w:sz w:val="20"/>
        </w:rPr>
        <w:t>.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Szkolenie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będzie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realizowane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na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podstawie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programu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udostępnionego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/ </w:t>
      </w:r>
      <w:proofErr w:type="spellStart"/>
      <w:r w:rsidRPr="00927DF5">
        <w:rPr>
          <w:rFonts w:ascii="Times New Roman" w:hAnsi="Times New Roman" w:cs="Times New Roman"/>
          <w:sz w:val="20"/>
        </w:rPr>
        <w:t>zatwierdzonego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przez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Urząd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Dozoru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Technicznego</w:t>
      </w:r>
      <w:proofErr w:type="spellEnd"/>
      <w:r w:rsidRPr="00927DF5">
        <w:rPr>
          <w:rFonts w:ascii="Times New Roman" w:hAnsi="Times New Roman" w:cs="Times New Roman"/>
          <w:sz w:val="20"/>
        </w:rPr>
        <w:t>.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927DF5">
        <w:rPr>
          <w:rFonts w:ascii="Times New Roman" w:hAnsi="Times New Roman" w:cs="Times New Roman"/>
          <w:sz w:val="20"/>
        </w:rPr>
        <w:t xml:space="preserve">W </w:t>
      </w:r>
      <w:proofErr w:type="spellStart"/>
      <w:r w:rsidRPr="00927DF5">
        <w:rPr>
          <w:rFonts w:ascii="Times New Roman" w:hAnsi="Times New Roman" w:cs="Times New Roman"/>
          <w:sz w:val="20"/>
        </w:rPr>
        <w:t>cenie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szkolenia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Wykonawca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powinien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uwzględnić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koszty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egzaminu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UDT </w:t>
      </w:r>
      <w:proofErr w:type="spellStart"/>
      <w:r w:rsidRPr="00927DF5">
        <w:rPr>
          <w:rFonts w:ascii="Times New Roman" w:hAnsi="Times New Roman" w:cs="Times New Roman"/>
          <w:sz w:val="20"/>
        </w:rPr>
        <w:t>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badań</w:t>
      </w:r>
      <w:proofErr w:type="spellEnd"/>
      <w:r w:rsidRPr="00927DF5">
        <w:rPr>
          <w:rFonts w:ascii="Times New Roman" w:hAnsi="Times New Roman" w:cs="Times New Roman"/>
          <w:spacing w:val="-23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lekarskich</w:t>
      </w:r>
      <w:proofErr w:type="spellEnd"/>
      <w:r w:rsidRPr="00927DF5">
        <w:rPr>
          <w:rFonts w:ascii="Times New Roman" w:hAnsi="Times New Roman" w:cs="Times New Roman"/>
          <w:sz w:val="20"/>
        </w:rPr>
        <w:t>.</w:t>
      </w:r>
    </w:p>
    <w:p w:rsidR="00927DF5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Szkolenia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teoretyczne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zajęcia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praktyczne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powinny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odbyć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się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na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terenie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Raciborza</w:t>
      </w:r>
      <w:proofErr w:type="spellEnd"/>
      <w:r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:rsidR="00927DF5" w:rsidRPr="00C51190" w:rsidRDefault="00927DF5" w:rsidP="00927DF5">
      <w:pPr>
        <w:numPr>
          <w:ilvl w:val="0"/>
          <w:numId w:val="30"/>
        </w:numPr>
        <w:tabs>
          <w:tab w:val="left" w:pos="426"/>
        </w:tabs>
        <w:spacing w:after="0"/>
        <w:ind w:left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proofErr w:type="spellStart"/>
      <w:r w:rsidRPr="00927DF5">
        <w:rPr>
          <w:rFonts w:ascii="Times New Roman" w:hAnsi="Times New Roman" w:cs="Times New Roman"/>
          <w:sz w:val="20"/>
        </w:rPr>
        <w:t>Wykonawca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zobowiązany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jest do </w:t>
      </w:r>
      <w:proofErr w:type="spellStart"/>
      <w:r w:rsidRPr="00927DF5">
        <w:rPr>
          <w:rFonts w:ascii="Times New Roman" w:hAnsi="Times New Roman" w:cs="Times New Roman"/>
          <w:sz w:val="20"/>
        </w:rPr>
        <w:t>zapewnienia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sprzętu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927DF5">
        <w:rPr>
          <w:rFonts w:ascii="Times New Roman" w:hAnsi="Times New Roman" w:cs="Times New Roman"/>
          <w:sz w:val="20"/>
        </w:rPr>
        <w:t>wózki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widłowe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) </w:t>
      </w:r>
      <w:proofErr w:type="spellStart"/>
      <w:r w:rsidRPr="00927DF5">
        <w:rPr>
          <w:rFonts w:ascii="Times New Roman" w:hAnsi="Times New Roman" w:cs="Times New Roman"/>
          <w:sz w:val="20"/>
        </w:rPr>
        <w:t>i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materiałów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szkoleniowych</w:t>
      </w:r>
      <w:proofErr w:type="spellEnd"/>
      <w:r w:rsidRPr="00927DF5">
        <w:rPr>
          <w:rFonts w:ascii="Times New Roman" w:hAnsi="Times New Roman" w:cs="Times New Roman"/>
          <w:sz w:val="20"/>
        </w:rPr>
        <w:t xml:space="preserve"> we </w:t>
      </w:r>
      <w:proofErr w:type="spellStart"/>
      <w:r w:rsidRPr="00927DF5">
        <w:rPr>
          <w:rFonts w:ascii="Times New Roman" w:hAnsi="Times New Roman" w:cs="Times New Roman"/>
          <w:sz w:val="20"/>
        </w:rPr>
        <w:t>własnym</w:t>
      </w:r>
      <w:proofErr w:type="spellEnd"/>
      <w:r w:rsidRPr="00927DF5">
        <w:rPr>
          <w:rFonts w:ascii="Times New Roman" w:hAnsi="Times New Roman" w:cs="Times New Roman"/>
          <w:spacing w:val="-6"/>
          <w:sz w:val="20"/>
        </w:rPr>
        <w:t xml:space="preserve"> </w:t>
      </w:r>
      <w:proofErr w:type="spellStart"/>
      <w:r w:rsidRPr="00927DF5">
        <w:rPr>
          <w:rFonts w:ascii="Times New Roman" w:hAnsi="Times New Roman" w:cs="Times New Roman"/>
          <w:sz w:val="20"/>
        </w:rPr>
        <w:t>zakresie</w:t>
      </w:r>
      <w:proofErr w:type="spellEnd"/>
      <w:r w:rsidRPr="00927DF5">
        <w:rPr>
          <w:rFonts w:ascii="Times New Roman" w:hAnsi="Times New Roman" w:cs="Times New Roman"/>
          <w:sz w:val="20"/>
        </w:rPr>
        <w:t>.</w:t>
      </w:r>
    </w:p>
    <w:p w:rsidR="00C51190" w:rsidRPr="00927DF5" w:rsidRDefault="00C51190" w:rsidP="00C5119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6C29CE" w:rsidRPr="00EB3892" w:rsidRDefault="006C29CE" w:rsidP="006C29CE">
      <w:pPr>
        <w:spacing w:after="0"/>
        <w:ind w:right="72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napToGrid w:val="0"/>
          <w:sz w:val="20"/>
          <w:szCs w:val="20"/>
          <w:lang w:val="pl-PL"/>
        </w:rPr>
        <w:t>§2</w:t>
      </w:r>
    </w:p>
    <w:p w:rsidR="006C29CE" w:rsidRPr="00EB3892" w:rsidRDefault="006C29CE" w:rsidP="006C29CE">
      <w:pPr>
        <w:spacing w:after="0"/>
        <w:ind w:right="72"/>
        <w:jc w:val="center"/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Termin realizacji  przedmiotu umowy</w:t>
      </w:r>
    </w:p>
    <w:p w:rsidR="006C29CE" w:rsidRPr="00EB3892" w:rsidRDefault="006C29CE" w:rsidP="006C29CE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bCs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>Wykonawca zobowiązuje się zrealizować przedmiot umowy do dnia</w:t>
      </w:r>
      <w:r>
        <w:rPr>
          <w:rFonts w:ascii="Times New Roman" w:hAnsi="Times New Roman" w:cs="Times New Roman"/>
          <w:bCs/>
          <w:snapToGrid w:val="0"/>
          <w:sz w:val="20"/>
          <w:szCs w:val="20"/>
          <w:lang w:val="pl-PL"/>
        </w:rPr>
        <w:t xml:space="preserve"> 21.12</w:t>
      </w:r>
      <w:r w:rsidRPr="00EB3892">
        <w:rPr>
          <w:rFonts w:ascii="Times New Roman" w:hAnsi="Times New Roman" w:cs="Times New Roman"/>
          <w:bCs/>
          <w:snapToGrid w:val="0"/>
          <w:sz w:val="20"/>
          <w:szCs w:val="20"/>
          <w:lang w:val="pl-PL"/>
        </w:rPr>
        <w:t>.2026r.</w:t>
      </w:r>
    </w:p>
    <w:p w:rsidR="006C29CE" w:rsidRPr="00EB3892" w:rsidRDefault="006C29CE" w:rsidP="006C29CE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>Termin za</w:t>
      </w:r>
      <w:r>
        <w:rPr>
          <w:rFonts w:ascii="Times New Roman" w:hAnsi="Times New Roman" w:cs="Times New Roman"/>
          <w:snapToGrid w:val="0"/>
          <w:sz w:val="20"/>
          <w:szCs w:val="20"/>
          <w:lang w:val="pl-PL"/>
        </w:rPr>
        <w:t xml:space="preserve">kończenia kursów </w:t>
      </w: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 xml:space="preserve"> może ulec zmianie wyłącznie na podstawie pisemnego porozumienia stron w formie aneksu.</w:t>
      </w:r>
    </w:p>
    <w:p w:rsidR="006C29CE" w:rsidRPr="00C51190" w:rsidRDefault="006C29CE" w:rsidP="006C29CE">
      <w:pPr>
        <w:numPr>
          <w:ilvl w:val="0"/>
          <w:numId w:val="19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>Wykonawca, w każdym przypadku, ma obowiązek niezwłocznego zawiadomienia Zamawiającego na piśmie o zagrożeniu niedotrzymania terminu realizacji przedmiotu umowy, najpóźniej w terminie 3 dni roboczych od powstania przeszkód.</w:t>
      </w:r>
    </w:p>
    <w:p w:rsidR="00C51190" w:rsidRDefault="00C51190" w:rsidP="00C51190">
      <w:pPr>
        <w:spacing w:after="0"/>
        <w:ind w:right="72"/>
        <w:jc w:val="both"/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</w:p>
    <w:p w:rsidR="00927DF5" w:rsidRPr="00C51190" w:rsidRDefault="00C51190" w:rsidP="00C51190">
      <w:pPr>
        <w:spacing w:after="0"/>
        <w:ind w:right="72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C51190"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§</w:t>
      </w:r>
      <w:r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 xml:space="preserve"> 3</w:t>
      </w:r>
    </w:p>
    <w:p w:rsidR="00927DF5" w:rsidRPr="00990717" w:rsidRDefault="00927DF5" w:rsidP="00C51190">
      <w:pPr>
        <w:pStyle w:val="Nagwek4"/>
        <w:keepNext w:val="0"/>
        <w:keepLines w:val="0"/>
        <w:widowControl w:val="0"/>
        <w:tabs>
          <w:tab w:val="left" w:pos="545"/>
          <w:tab w:val="left" w:pos="546"/>
        </w:tabs>
        <w:spacing w:before="0" w:line="240" w:lineRule="auto"/>
        <w:jc w:val="center"/>
        <w:rPr>
          <w:rFonts w:ascii="Times New Roman" w:hAnsi="Times New Roman" w:cs="Times New Roman"/>
          <w:i w:val="0"/>
          <w:sz w:val="20"/>
          <w:szCs w:val="20"/>
        </w:rPr>
      </w:pP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Warunki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udziału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w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postępowaniu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oraz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opis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sposobu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dokonywania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oceny</w:t>
      </w:r>
      <w:proofErr w:type="spellEnd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990717">
        <w:rPr>
          <w:rFonts w:ascii="Times New Roman" w:hAnsi="Times New Roman" w:cs="Times New Roman"/>
          <w:i w:val="0"/>
          <w:color w:val="auto"/>
          <w:spacing w:val="53"/>
          <w:sz w:val="20"/>
          <w:szCs w:val="20"/>
        </w:rPr>
        <w:t xml:space="preserve">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pacing w:val="2"/>
          <w:sz w:val="20"/>
          <w:szCs w:val="20"/>
        </w:rPr>
        <w:t>ich</w:t>
      </w:r>
      <w:proofErr w:type="spellEnd"/>
      <w:r w:rsidRPr="00990717">
        <w:rPr>
          <w:rFonts w:ascii="Times New Roman" w:hAnsi="Times New Roman" w:cs="Times New Roman"/>
          <w:i w:val="0"/>
          <w:color w:val="auto"/>
          <w:spacing w:val="2"/>
          <w:sz w:val="20"/>
          <w:szCs w:val="20"/>
        </w:rPr>
        <w:t xml:space="preserve"> </w:t>
      </w:r>
      <w:proofErr w:type="spellStart"/>
      <w:r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spełnienia</w:t>
      </w:r>
      <w:proofErr w:type="spellEnd"/>
      <w:r w:rsidR="00C51190" w:rsidRPr="00990717">
        <w:rPr>
          <w:rFonts w:ascii="Times New Roman" w:hAnsi="Times New Roman" w:cs="Times New Roman"/>
          <w:i w:val="0"/>
          <w:color w:val="auto"/>
          <w:sz w:val="20"/>
          <w:szCs w:val="20"/>
        </w:rPr>
        <w:t>.</w:t>
      </w:r>
    </w:p>
    <w:p w:rsidR="00927DF5" w:rsidRPr="000F2D53" w:rsidRDefault="00927DF5" w:rsidP="00927DF5">
      <w:pPr>
        <w:pStyle w:val="Tekstpodstawowy"/>
        <w:spacing w:before="74"/>
        <w:ind w:right="163"/>
        <w:jc w:val="both"/>
        <w:rPr>
          <w:rFonts w:ascii="Times New Roman" w:hAnsi="Times New Roman" w:cs="Times New Roman"/>
          <w:sz w:val="20"/>
          <w:lang w:val="pl-PL"/>
        </w:rPr>
      </w:pPr>
      <w:r w:rsidRPr="000F2D53">
        <w:rPr>
          <w:rFonts w:ascii="Times New Roman" w:hAnsi="Times New Roman" w:cs="Times New Roman"/>
          <w:sz w:val="20"/>
          <w:lang w:val="pl-PL"/>
        </w:rPr>
        <w:t>O udzielenie zamówienia mogą ubiegać się Wykonawcy, którzy spełniają następujące warunki udziału w postępowaniu:</w:t>
      </w:r>
    </w:p>
    <w:p w:rsidR="00927DF5" w:rsidRPr="000F2D53" w:rsidRDefault="00927DF5" w:rsidP="00885291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b/>
          <w:sz w:val="20"/>
        </w:rPr>
        <w:t>Uprawnienia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– </w:t>
      </w:r>
      <w:proofErr w:type="spellStart"/>
      <w:r w:rsidRPr="000F2D53">
        <w:rPr>
          <w:rFonts w:ascii="Times New Roman" w:hAnsi="Times New Roman" w:cs="Times New Roman"/>
          <w:sz w:val="20"/>
        </w:rPr>
        <w:t>wykonawca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powinien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posiadać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zarejestrowaną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szkołę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lub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działalność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gospodarczą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uprawniającą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F2D53">
        <w:rPr>
          <w:rFonts w:ascii="Times New Roman" w:hAnsi="Times New Roman" w:cs="Times New Roman"/>
          <w:sz w:val="20"/>
        </w:rPr>
        <w:t>prowadzenia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kursów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szkoleń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zakresu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obsługi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wózków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jezdniowych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napędem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silnikowym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z </w:t>
      </w:r>
      <w:proofErr w:type="spellStart"/>
      <w:r w:rsidRPr="000F2D53">
        <w:rPr>
          <w:rFonts w:ascii="Times New Roman" w:hAnsi="Times New Roman" w:cs="Times New Roman"/>
          <w:sz w:val="20"/>
        </w:rPr>
        <w:t>uprawnieniami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F2D53">
        <w:rPr>
          <w:rFonts w:ascii="Times New Roman" w:hAnsi="Times New Roman" w:cs="Times New Roman"/>
          <w:sz w:val="20"/>
        </w:rPr>
        <w:t>wymiany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butli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gazowych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propan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– </w:t>
      </w:r>
      <w:proofErr w:type="spellStart"/>
      <w:r w:rsidRPr="000F2D53">
        <w:rPr>
          <w:rFonts w:ascii="Times New Roman" w:hAnsi="Times New Roman" w:cs="Times New Roman"/>
          <w:sz w:val="20"/>
        </w:rPr>
        <w:t>butan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0F2D53">
        <w:rPr>
          <w:rFonts w:ascii="Times New Roman" w:hAnsi="Times New Roman" w:cs="Times New Roman"/>
          <w:sz w:val="20"/>
        </w:rPr>
        <w:t>wraz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uprawnieniami</w:t>
      </w:r>
      <w:proofErr w:type="spellEnd"/>
      <w:r w:rsidRPr="000F2D53">
        <w:rPr>
          <w:rFonts w:ascii="Times New Roman" w:hAnsi="Times New Roman" w:cs="Times New Roman"/>
          <w:spacing w:val="-25"/>
          <w:sz w:val="20"/>
        </w:rPr>
        <w:t xml:space="preserve"> </w:t>
      </w:r>
      <w:r w:rsidRPr="000F2D53">
        <w:rPr>
          <w:rFonts w:ascii="Times New Roman" w:hAnsi="Times New Roman" w:cs="Times New Roman"/>
          <w:sz w:val="20"/>
        </w:rPr>
        <w:t>UDT.</w:t>
      </w:r>
    </w:p>
    <w:p w:rsidR="00022507" w:rsidRDefault="00927DF5" w:rsidP="00885291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22507">
        <w:rPr>
          <w:rFonts w:ascii="Times New Roman" w:hAnsi="Times New Roman" w:cs="Times New Roman"/>
          <w:b/>
          <w:sz w:val="20"/>
        </w:rPr>
        <w:t>Doświadczenie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r w:rsidRPr="00022507">
        <w:rPr>
          <w:rFonts w:ascii="Times New Roman" w:hAnsi="Times New Roman" w:cs="Times New Roman"/>
          <w:sz w:val="20"/>
        </w:rPr>
        <w:t xml:space="preserve">- </w:t>
      </w:r>
      <w:proofErr w:type="spellStart"/>
      <w:r w:rsidRPr="00022507">
        <w:rPr>
          <w:rFonts w:ascii="Times New Roman" w:hAnsi="Times New Roman" w:cs="Times New Roman"/>
          <w:sz w:val="20"/>
        </w:rPr>
        <w:t>posiada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minimum 2 </w:t>
      </w:r>
      <w:proofErr w:type="spellStart"/>
      <w:r w:rsidRPr="00022507">
        <w:rPr>
          <w:rFonts w:ascii="Times New Roman" w:hAnsi="Times New Roman" w:cs="Times New Roman"/>
          <w:sz w:val="20"/>
        </w:rPr>
        <w:t>letnie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doświadczenie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022507">
        <w:rPr>
          <w:rFonts w:ascii="Times New Roman" w:hAnsi="Times New Roman" w:cs="Times New Roman"/>
          <w:sz w:val="20"/>
        </w:rPr>
        <w:t>zakresie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prowadzenia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szkolenia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: </w:t>
      </w:r>
      <w:proofErr w:type="spellStart"/>
      <w:r w:rsidRPr="00022507">
        <w:rPr>
          <w:rFonts w:ascii="Times New Roman" w:hAnsi="Times New Roman" w:cs="Times New Roman"/>
          <w:b/>
          <w:sz w:val="20"/>
        </w:rPr>
        <w:t>Kurs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b/>
          <w:sz w:val="20"/>
        </w:rPr>
        <w:t>operatora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b/>
          <w:sz w:val="20"/>
        </w:rPr>
        <w:t>wózków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b/>
          <w:sz w:val="20"/>
        </w:rPr>
        <w:t>widłowych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i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przeprowadził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co </w:t>
      </w:r>
      <w:proofErr w:type="spellStart"/>
      <w:r w:rsidRPr="00022507">
        <w:rPr>
          <w:rFonts w:ascii="Times New Roman" w:hAnsi="Times New Roman" w:cs="Times New Roman"/>
          <w:sz w:val="20"/>
        </w:rPr>
        <w:t>najmniej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2 </w:t>
      </w:r>
      <w:proofErr w:type="spellStart"/>
      <w:r w:rsidRPr="00022507">
        <w:rPr>
          <w:rFonts w:ascii="Times New Roman" w:hAnsi="Times New Roman" w:cs="Times New Roman"/>
          <w:sz w:val="20"/>
        </w:rPr>
        <w:t>kursy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dla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grupy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co </w:t>
      </w:r>
      <w:proofErr w:type="spellStart"/>
      <w:r w:rsidRPr="00022507">
        <w:rPr>
          <w:rFonts w:ascii="Times New Roman" w:hAnsi="Times New Roman" w:cs="Times New Roman"/>
          <w:sz w:val="20"/>
        </w:rPr>
        <w:t>najmniej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10 </w:t>
      </w:r>
      <w:proofErr w:type="spellStart"/>
      <w:r w:rsidRPr="00022507">
        <w:rPr>
          <w:rFonts w:ascii="Times New Roman" w:hAnsi="Times New Roman" w:cs="Times New Roman"/>
          <w:sz w:val="20"/>
        </w:rPr>
        <w:t>osób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. </w:t>
      </w:r>
    </w:p>
    <w:p w:rsidR="00927DF5" w:rsidRPr="00022507" w:rsidRDefault="00927DF5" w:rsidP="00885291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22507">
        <w:rPr>
          <w:rFonts w:ascii="Times New Roman" w:hAnsi="Times New Roman" w:cs="Times New Roman"/>
          <w:b/>
          <w:sz w:val="20"/>
        </w:rPr>
        <w:t>Potencjał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b/>
          <w:sz w:val="20"/>
        </w:rPr>
        <w:t>techniczny</w:t>
      </w:r>
      <w:proofErr w:type="spellEnd"/>
      <w:r w:rsidRPr="00022507">
        <w:rPr>
          <w:rFonts w:ascii="Times New Roman" w:hAnsi="Times New Roman" w:cs="Times New Roman"/>
          <w:b/>
          <w:sz w:val="20"/>
        </w:rPr>
        <w:t xml:space="preserve"> </w:t>
      </w:r>
      <w:r w:rsidRPr="00022507">
        <w:rPr>
          <w:rFonts w:ascii="Times New Roman" w:hAnsi="Times New Roman" w:cs="Times New Roman"/>
          <w:sz w:val="20"/>
        </w:rPr>
        <w:t xml:space="preserve">- </w:t>
      </w:r>
      <w:proofErr w:type="spellStart"/>
      <w:r w:rsidRPr="00022507">
        <w:rPr>
          <w:rFonts w:ascii="Times New Roman" w:hAnsi="Times New Roman" w:cs="Times New Roman"/>
          <w:sz w:val="20"/>
        </w:rPr>
        <w:t>powinien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dysponować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odpowiednim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potencjałem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technicznym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niezbędnym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22507">
        <w:rPr>
          <w:rFonts w:ascii="Times New Roman" w:hAnsi="Times New Roman" w:cs="Times New Roman"/>
          <w:sz w:val="20"/>
        </w:rPr>
        <w:t>wykonania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zamówienia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; </w:t>
      </w:r>
      <w:proofErr w:type="spellStart"/>
      <w:r w:rsidRPr="00022507">
        <w:rPr>
          <w:rFonts w:ascii="Times New Roman" w:hAnsi="Times New Roman" w:cs="Times New Roman"/>
          <w:sz w:val="20"/>
        </w:rPr>
        <w:t>tj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22507">
        <w:rPr>
          <w:rFonts w:ascii="Times New Roman" w:hAnsi="Times New Roman" w:cs="Times New Roman"/>
          <w:sz w:val="20"/>
        </w:rPr>
        <w:t>dysponują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wózkami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widłowymi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spełniających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wymogi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bezpieczeństwa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22507">
        <w:rPr>
          <w:rFonts w:ascii="Times New Roman" w:hAnsi="Times New Roman" w:cs="Times New Roman"/>
          <w:sz w:val="20"/>
        </w:rPr>
        <w:t>jazdy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22507">
        <w:rPr>
          <w:rFonts w:ascii="Times New Roman" w:hAnsi="Times New Roman" w:cs="Times New Roman"/>
          <w:sz w:val="20"/>
        </w:rPr>
        <w:t>przystosowaniem</w:t>
      </w:r>
      <w:proofErr w:type="spellEnd"/>
      <w:r w:rsidRPr="00022507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22507">
        <w:rPr>
          <w:rFonts w:ascii="Times New Roman" w:hAnsi="Times New Roman" w:cs="Times New Roman"/>
          <w:sz w:val="20"/>
        </w:rPr>
        <w:t>nauki</w:t>
      </w:r>
      <w:proofErr w:type="spellEnd"/>
      <w:r w:rsidRPr="00022507">
        <w:rPr>
          <w:rFonts w:ascii="Times New Roman" w:hAnsi="Times New Roman" w:cs="Times New Roman"/>
          <w:sz w:val="20"/>
        </w:rPr>
        <w:t>.</w:t>
      </w:r>
    </w:p>
    <w:p w:rsidR="00927DF5" w:rsidRPr="000F2D53" w:rsidRDefault="00927DF5" w:rsidP="00885291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b/>
          <w:sz w:val="20"/>
        </w:rPr>
        <w:t>Osoby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b/>
          <w:sz w:val="20"/>
        </w:rPr>
        <w:t>zdolne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do </w:t>
      </w:r>
      <w:proofErr w:type="spellStart"/>
      <w:r w:rsidRPr="000F2D53">
        <w:rPr>
          <w:rFonts w:ascii="Times New Roman" w:hAnsi="Times New Roman" w:cs="Times New Roman"/>
          <w:b/>
          <w:sz w:val="20"/>
        </w:rPr>
        <w:t>wykonania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b/>
          <w:sz w:val="20"/>
        </w:rPr>
        <w:t>zamówienia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</w:t>
      </w:r>
      <w:r w:rsidRPr="000F2D53">
        <w:rPr>
          <w:rFonts w:ascii="Times New Roman" w:hAnsi="Times New Roman" w:cs="Times New Roman"/>
          <w:sz w:val="20"/>
        </w:rPr>
        <w:t xml:space="preserve">-  </w:t>
      </w:r>
      <w:proofErr w:type="spellStart"/>
      <w:r w:rsidRPr="000F2D53">
        <w:rPr>
          <w:rFonts w:ascii="Times New Roman" w:hAnsi="Times New Roman" w:cs="Times New Roman"/>
          <w:sz w:val="20"/>
        </w:rPr>
        <w:t>wykonawca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powinien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posiadać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niezbędne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kwalifikacje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do </w:t>
      </w:r>
      <w:proofErr w:type="spellStart"/>
      <w:r w:rsidRPr="000F2D53">
        <w:rPr>
          <w:rFonts w:ascii="Times New Roman" w:hAnsi="Times New Roman" w:cs="Times New Roman"/>
          <w:sz w:val="20"/>
        </w:rPr>
        <w:t>prowadzenia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wykładów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jazdy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wózkiem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widłowym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lub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zatrudniać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osoby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posiadające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stosowne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kwalifikacje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F2D53">
        <w:rPr>
          <w:rFonts w:ascii="Times New Roman" w:hAnsi="Times New Roman" w:cs="Times New Roman"/>
          <w:sz w:val="20"/>
        </w:rPr>
        <w:t>Zajęcia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0F2D53">
        <w:rPr>
          <w:rFonts w:ascii="Times New Roman" w:hAnsi="Times New Roman" w:cs="Times New Roman"/>
          <w:sz w:val="20"/>
        </w:rPr>
        <w:t>ramach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kursu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mogą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prowadzić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jedynie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instruktorzy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posiadający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stosowne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uprawnienia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F2D53">
        <w:rPr>
          <w:rFonts w:ascii="Times New Roman" w:hAnsi="Times New Roman" w:cs="Times New Roman"/>
          <w:sz w:val="20"/>
        </w:rPr>
        <w:t>prowadzenia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kursu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0F2D53">
        <w:rPr>
          <w:rFonts w:ascii="Times New Roman" w:hAnsi="Times New Roman" w:cs="Times New Roman"/>
          <w:sz w:val="20"/>
        </w:rPr>
        <w:t>wózków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widłowych</w:t>
      </w:r>
      <w:proofErr w:type="spellEnd"/>
      <w:r w:rsidRPr="000F2D53">
        <w:rPr>
          <w:rFonts w:ascii="Times New Roman" w:hAnsi="Times New Roman" w:cs="Times New Roman"/>
          <w:sz w:val="20"/>
        </w:rPr>
        <w:t>.</w:t>
      </w:r>
    </w:p>
    <w:p w:rsidR="00927DF5" w:rsidRPr="000F2D53" w:rsidRDefault="00927DF5" w:rsidP="00885291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b/>
          <w:sz w:val="20"/>
        </w:rPr>
        <w:t>Sytuacja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b/>
          <w:sz w:val="20"/>
        </w:rPr>
        <w:t>ekonomiczna</w:t>
      </w:r>
      <w:proofErr w:type="spellEnd"/>
      <w:r w:rsidRPr="000F2D53">
        <w:rPr>
          <w:rFonts w:ascii="Times New Roman" w:hAnsi="Times New Roman" w:cs="Times New Roman"/>
          <w:b/>
          <w:sz w:val="20"/>
        </w:rPr>
        <w:t xml:space="preserve"> </w:t>
      </w:r>
      <w:r w:rsidRPr="000F2D53">
        <w:rPr>
          <w:rFonts w:ascii="Times New Roman" w:hAnsi="Times New Roman" w:cs="Times New Roman"/>
          <w:sz w:val="20"/>
        </w:rPr>
        <w:t xml:space="preserve">– </w:t>
      </w:r>
      <w:proofErr w:type="spellStart"/>
      <w:r w:rsidRPr="000F2D53">
        <w:rPr>
          <w:rFonts w:ascii="Times New Roman" w:hAnsi="Times New Roman" w:cs="Times New Roman"/>
          <w:sz w:val="20"/>
        </w:rPr>
        <w:t>wykonawca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powinien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znajdować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się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0F2D53">
        <w:rPr>
          <w:rFonts w:ascii="Times New Roman" w:hAnsi="Times New Roman" w:cs="Times New Roman"/>
          <w:sz w:val="20"/>
        </w:rPr>
        <w:t>sytuacji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ekonomicznej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finansowej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zapewniającej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wykonanie</w:t>
      </w:r>
      <w:proofErr w:type="spellEnd"/>
      <w:r w:rsidRPr="000F2D53">
        <w:rPr>
          <w:rFonts w:ascii="Times New Roman" w:hAnsi="Times New Roman" w:cs="Times New Roman"/>
          <w:spacing w:val="-14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zamówienia</w:t>
      </w:r>
      <w:proofErr w:type="spellEnd"/>
      <w:r w:rsidRPr="000F2D53">
        <w:rPr>
          <w:rFonts w:ascii="Times New Roman" w:hAnsi="Times New Roman" w:cs="Times New Roman"/>
          <w:sz w:val="20"/>
        </w:rPr>
        <w:t>.</w:t>
      </w:r>
    </w:p>
    <w:p w:rsidR="00C51190" w:rsidRPr="00022507" w:rsidRDefault="00927DF5" w:rsidP="00022507">
      <w:pPr>
        <w:pStyle w:val="Akapitzlist"/>
        <w:widowControl w:val="0"/>
        <w:numPr>
          <w:ilvl w:val="1"/>
          <w:numId w:val="43"/>
        </w:numPr>
        <w:tabs>
          <w:tab w:val="left" w:pos="284"/>
        </w:tabs>
        <w:spacing w:before="40" w:after="0"/>
        <w:ind w:left="284" w:right="114" w:hanging="284"/>
        <w:contextualSpacing w:val="0"/>
        <w:jc w:val="both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Złożył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 </w:t>
      </w:r>
      <w:proofErr w:type="spellStart"/>
      <w:r w:rsidRPr="000F2D53">
        <w:rPr>
          <w:rFonts w:ascii="Times New Roman" w:hAnsi="Times New Roman" w:cs="Times New Roman"/>
          <w:sz w:val="20"/>
        </w:rPr>
        <w:t>wypełnione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 </w:t>
      </w:r>
      <w:proofErr w:type="spellStart"/>
      <w:r w:rsidRPr="000F2D53">
        <w:rPr>
          <w:rFonts w:ascii="Times New Roman" w:hAnsi="Times New Roman" w:cs="Times New Roman"/>
          <w:sz w:val="20"/>
        </w:rPr>
        <w:t>oświadczenia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 o   </w:t>
      </w:r>
      <w:proofErr w:type="spellStart"/>
      <w:r w:rsidRPr="000F2D53">
        <w:rPr>
          <w:rFonts w:ascii="Times New Roman" w:hAnsi="Times New Roman" w:cs="Times New Roman"/>
          <w:sz w:val="20"/>
        </w:rPr>
        <w:t>braku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 </w:t>
      </w:r>
      <w:proofErr w:type="spellStart"/>
      <w:r w:rsidRPr="000F2D53">
        <w:rPr>
          <w:rFonts w:ascii="Times New Roman" w:hAnsi="Times New Roman" w:cs="Times New Roman"/>
          <w:sz w:val="20"/>
        </w:rPr>
        <w:t>powiązań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 </w:t>
      </w:r>
      <w:proofErr w:type="spellStart"/>
      <w:r w:rsidRPr="000F2D53">
        <w:rPr>
          <w:rFonts w:ascii="Times New Roman" w:hAnsi="Times New Roman" w:cs="Times New Roman"/>
          <w:sz w:val="20"/>
        </w:rPr>
        <w:t>ka</w:t>
      </w:r>
      <w:r w:rsidR="00885291">
        <w:rPr>
          <w:rFonts w:ascii="Times New Roman" w:hAnsi="Times New Roman" w:cs="Times New Roman"/>
          <w:sz w:val="20"/>
        </w:rPr>
        <w:t>pitałowych</w:t>
      </w:r>
      <w:proofErr w:type="spellEnd"/>
      <w:r w:rsidR="00885291">
        <w:rPr>
          <w:rFonts w:ascii="Times New Roman" w:hAnsi="Times New Roman" w:cs="Times New Roman"/>
          <w:sz w:val="20"/>
        </w:rPr>
        <w:t xml:space="preserve">   </w:t>
      </w:r>
      <w:proofErr w:type="spellStart"/>
      <w:r w:rsidR="00885291">
        <w:rPr>
          <w:rFonts w:ascii="Times New Roman" w:hAnsi="Times New Roman" w:cs="Times New Roman"/>
          <w:sz w:val="20"/>
        </w:rPr>
        <w:t>i</w:t>
      </w:r>
      <w:proofErr w:type="spellEnd"/>
      <w:r w:rsidR="00885291">
        <w:rPr>
          <w:rFonts w:ascii="Times New Roman" w:hAnsi="Times New Roman" w:cs="Times New Roman"/>
          <w:sz w:val="20"/>
        </w:rPr>
        <w:t xml:space="preserve">   </w:t>
      </w:r>
      <w:proofErr w:type="spellStart"/>
      <w:r w:rsidR="00885291">
        <w:rPr>
          <w:rFonts w:ascii="Times New Roman" w:hAnsi="Times New Roman" w:cs="Times New Roman"/>
          <w:sz w:val="20"/>
        </w:rPr>
        <w:t>osobowych</w:t>
      </w:r>
      <w:proofErr w:type="spellEnd"/>
      <w:r w:rsidR="00885291">
        <w:rPr>
          <w:rFonts w:ascii="Times New Roman" w:hAnsi="Times New Roman" w:cs="Times New Roman"/>
          <w:sz w:val="20"/>
        </w:rPr>
        <w:t xml:space="preserve"> </w:t>
      </w:r>
      <w:r w:rsidRPr="000F2D53">
        <w:rPr>
          <w:rFonts w:ascii="Times New Roman" w:hAnsi="Times New Roman" w:cs="Times New Roman"/>
          <w:spacing w:val="4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stanowiące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5291">
        <w:rPr>
          <w:rFonts w:ascii="Times New Roman" w:hAnsi="Times New Roman" w:cs="Times New Roman"/>
          <w:b/>
          <w:sz w:val="20"/>
        </w:rPr>
        <w:t>Załącznik</w:t>
      </w:r>
      <w:proofErr w:type="spellEnd"/>
      <w:r w:rsidR="00885291">
        <w:rPr>
          <w:rFonts w:ascii="Times New Roman" w:hAnsi="Times New Roman" w:cs="Times New Roman"/>
          <w:b/>
          <w:sz w:val="20"/>
        </w:rPr>
        <w:t xml:space="preserve"> </w:t>
      </w:r>
      <w:proofErr w:type="spellStart"/>
      <w:r w:rsidR="00885291">
        <w:rPr>
          <w:rFonts w:ascii="Times New Roman" w:hAnsi="Times New Roman" w:cs="Times New Roman"/>
          <w:b/>
          <w:sz w:val="20"/>
        </w:rPr>
        <w:t>nr</w:t>
      </w:r>
      <w:proofErr w:type="spellEnd"/>
      <w:r w:rsidR="00885291">
        <w:rPr>
          <w:rFonts w:ascii="Times New Roman" w:hAnsi="Times New Roman" w:cs="Times New Roman"/>
          <w:b/>
          <w:sz w:val="20"/>
        </w:rPr>
        <w:t xml:space="preserve"> 3 </w:t>
      </w:r>
      <w:r w:rsidR="00885291">
        <w:rPr>
          <w:rFonts w:ascii="Times New Roman" w:hAnsi="Times New Roman" w:cs="Times New Roman"/>
          <w:sz w:val="20"/>
        </w:rPr>
        <w:t xml:space="preserve">do </w:t>
      </w:r>
      <w:proofErr w:type="spellStart"/>
      <w:r w:rsidR="00885291">
        <w:rPr>
          <w:rFonts w:ascii="Times New Roman" w:hAnsi="Times New Roman" w:cs="Times New Roman"/>
          <w:sz w:val="20"/>
        </w:rPr>
        <w:t>Zapytania</w:t>
      </w:r>
      <w:proofErr w:type="spellEnd"/>
      <w:r w:rsidR="00885291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85291">
        <w:rPr>
          <w:rFonts w:ascii="Times New Roman" w:hAnsi="Times New Roman" w:cs="Times New Roman"/>
          <w:sz w:val="20"/>
        </w:rPr>
        <w:t>Ofertowego</w:t>
      </w:r>
      <w:proofErr w:type="spellEnd"/>
      <w:r w:rsidR="00885291">
        <w:rPr>
          <w:rFonts w:ascii="Times New Roman" w:hAnsi="Times New Roman" w:cs="Times New Roman"/>
          <w:sz w:val="20"/>
        </w:rPr>
        <w:t>.</w:t>
      </w:r>
    </w:p>
    <w:p w:rsidR="00C51190" w:rsidRPr="00C51190" w:rsidRDefault="00C51190" w:rsidP="00C51190">
      <w:pPr>
        <w:spacing w:after="0"/>
        <w:ind w:right="72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C51190"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§</w:t>
      </w:r>
      <w:r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 xml:space="preserve"> 4</w:t>
      </w:r>
    </w:p>
    <w:p w:rsidR="00EB3892" w:rsidRPr="00EB3892" w:rsidRDefault="00EB3892" w:rsidP="00C51190">
      <w:pPr>
        <w:spacing w:after="0"/>
        <w:ind w:right="72"/>
        <w:jc w:val="center"/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Obowiązki Zamawiającego</w:t>
      </w:r>
      <w:r w:rsidRPr="00EB3892">
        <w:rPr>
          <w:rFonts w:ascii="Times New Roman" w:hAnsi="Times New Roman" w:cs="Times New Roman"/>
          <w:snapToGrid w:val="0"/>
          <w:sz w:val="20"/>
          <w:szCs w:val="20"/>
          <w:lang w:val="pl-PL"/>
        </w:rPr>
        <w:t>.</w:t>
      </w:r>
    </w:p>
    <w:p w:rsidR="00C51190" w:rsidRDefault="00EB3892" w:rsidP="00C51190">
      <w:pPr>
        <w:numPr>
          <w:ilvl w:val="0"/>
          <w:numId w:val="20"/>
        </w:numPr>
        <w:spacing w:after="0"/>
        <w:ind w:left="284" w:right="72" w:hanging="284"/>
        <w:jc w:val="both"/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Zamawiający zapłaci wynagrodzenie, określone w </w:t>
      </w:r>
      <w:r w:rsidR="00885291">
        <w:rPr>
          <w:rFonts w:ascii="Times New Roman" w:hAnsi="Times New Roman" w:cs="Times New Roman"/>
          <w:bCs/>
          <w:snapToGrid w:val="0"/>
          <w:sz w:val="20"/>
          <w:szCs w:val="20"/>
          <w:lang w:val="pl-PL"/>
        </w:rPr>
        <w:t>§ 7 ust. 1,</w:t>
      </w:r>
      <w:r w:rsidR="005D4C4D">
        <w:rPr>
          <w:rFonts w:ascii="Times New Roman" w:hAnsi="Times New Roman" w:cs="Times New Roman"/>
          <w:sz w:val="20"/>
          <w:szCs w:val="20"/>
          <w:lang w:val="pl-PL"/>
        </w:rPr>
        <w:t xml:space="preserve"> po egzaminach i dostarczeniu dziennika zajęć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:rsidR="00022507" w:rsidRPr="00022507" w:rsidRDefault="00022507" w:rsidP="00022507">
      <w:pPr>
        <w:spacing w:after="0"/>
        <w:ind w:right="72"/>
        <w:jc w:val="both"/>
        <w:rPr>
          <w:rFonts w:ascii="Times New Roman" w:hAnsi="Times New Roman" w:cs="Times New Roman"/>
          <w:snapToGrid w:val="0"/>
          <w:sz w:val="20"/>
          <w:szCs w:val="20"/>
          <w:lang w:val="pl-PL"/>
        </w:rPr>
      </w:pPr>
    </w:p>
    <w:p w:rsidR="00EB3892" w:rsidRPr="00EB3892" w:rsidRDefault="00C51190" w:rsidP="00EB3892">
      <w:pPr>
        <w:spacing w:after="0"/>
        <w:ind w:right="72"/>
        <w:jc w:val="center"/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napToGrid w:val="0"/>
          <w:sz w:val="20"/>
          <w:szCs w:val="20"/>
          <w:lang w:val="pl-PL"/>
        </w:rPr>
        <w:t>§ 5</w:t>
      </w:r>
    </w:p>
    <w:p w:rsidR="00EB3892" w:rsidRDefault="00EB3892" w:rsidP="00EB3892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Obowiązki Wykonawcy</w:t>
      </w:r>
    </w:p>
    <w:p w:rsidR="00927DF5" w:rsidRPr="00990717" w:rsidRDefault="00927DF5" w:rsidP="00990717">
      <w:pPr>
        <w:pStyle w:val="Nagwek4"/>
        <w:numPr>
          <w:ilvl w:val="1"/>
          <w:numId w:val="42"/>
        </w:numPr>
        <w:ind w:left="426" w:right="5554"/>
        <w:jc w:val="both"/>
        <w:rPr>
          <w:rFonts w:ascii="Times New Roman" w:hAnsi="Times New Roman" w:cs="Times New Roman"/>
          <w:b w:val="0"/>
          <w:i w:val="0"/>
          <w:color w:val="auto"/>
          <w:sz w:val="20"/>
        </w:rPr>
      </w:pPr>
      <w:proofErr w:type="spellStart"/>
      <w:r w:rsidRPr="00990717">
        <w:rPr>
          <w:rFonts w:ascii="Times New Roman" w:hAnsi="Times New Roman" w:cs="Times New Roman"/>
          <w:b w:val="0"/>
          <w:i w:val="0"/>
          <w:color w:val="auto"/>
          <w:sz w:val="20"/>
        </w:rPr>
        <w:t>Wykonawca</w:t>
      </w:r>
      <w:proofErr w:type="spellEnd"/>
      <w:r w:rsidRPr="00990717">
        <w:rPr>
          <w:rFonts w:ascii="Times New Roman" w:hAnsi="Times New Roman" w:cs="Times New Roman"/>
          <w:b w:val="0"/>
          <w:i w:val="0"/>
          <w:color w:val="auto"/>
          <w:sz w:val="20"/>
        </w:rPr>
        <w:t xml:space="preserve"> </w:t>
      </w:r>
      <w:proofErr w:type="spellStart"/>
      <w:r w:rsidRPr="00990717">
        <w:rPr>
          <w:rFonts w:ascii="Times New Roman" w:hAnsi="Times New Roman" w:cs="Times New Roman"/>
          <w:b w:val="0"/>
          <w:i w:val="0"/>
          <w:color w:val="auto"/>
          <w:sz w:val="20"/>
        </w:rPr>
        <w:t>zobowiązany</w:t>
      </w:r>
      <w:proofErr w:type="spellEnd"/>
      <w:r w:rsidRPr="00990717">
        <w:rPr>
          <w:rFonts w:ascii="Times New Roman" w:hAnsi="Times New Roman" w:cs="Times New Roman"/>
          <w:b w:val="0"/>
          <w:i w:val="0"/>
          <w:color w:val="auto"/>
          <w:sz w:val="20"/>
        </w:rPr>
        <w:t xml:space="preserve"> jest: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before="3" w:after="0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Opracować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program </w:t>
      </w:r>
      <w:proofErr w:type="spellStart"/>
      <w:r w:rsidRPr="000F2D53">
        <w:rPr>
          <w:rFonts w:ascii="Times New Roman" w:hAnsi="Times New Roman" w:cs="Times New Roman"/>
          <w:sz w:val="20"/>
        </w:rPr>
        <w:t>kursu</w:t>
      </w:r>
      <w:proofErr w:type="spellEnd"/>
      <w:r w:rsidR="005D4C4D">
        <w:rPr>
          <w:rFonts w:ascii="Times New Roman" w:hAnsi="Times New Roman" w:cs="Times New Roman"/>
          <w:sz w:val="20"/>
        </w:rPr>
        <w:t>.</w:t>
      </w:r>
      <w:r w:rsidRPr="000F2D53">
        <w:rPr>
          <w:rFonts w:ascii="Times New Roman" w:hAnsi="Times New Roman" w:cs="Times New Roman"/>
          <w:sz w:val="20"/>
        </w:rPr>
        <w:t xml:space="preserve"> 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6"/>
        </w:tabs>
        <w:spacing w:after="0"/>
        <w:ind w:right="115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lastRenderedPageBreak/>
        <w:t>Zapewnienia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odpowiednich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warunków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do </w:t>
      </w:r>
      <w:proofErr w:type="spellStart"/>
      <w:r w:rsidRPr="000F2D53">
        <w:rPr>
          <w:rFonts w:ascii="Times New Roman" w:hAnsi="Times New Roman" w:cs="Times New Roman"/>
          <w:sz w:val="20"/>
        </w:rPr>
        <w:t>przeprowadzenia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zajęć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praktycznych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(</w:t>
      </w:r>
      <w:proofErr w:type="spellStart"/>
      <w:r w:rsidRPr="000F2D53">
        <w:rPr>
          <w:rFonts w:ascii="Times New Roman" w:hAnsi="Times New Roman" w:cs="Times New Roman"/>
          <w:sz w:val="20"/>
        </w:rPr>
        <w:t>oznacza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to, </w:t>
      </w:r>
      <w:proofErr w:type="spellStart"/>
      <w:r w:rsidRPr="000F2D53">
        <w:rPr>
          <w:rFonts w:ascii="Times New Roman" w:hAnsi="Times New Roman" w:cs="Times New Roman"/>
          <w:sz w:val="20"/>
        </w:rPr>
        <w:t>że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miejsce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szkolenia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praktycznego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oraz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wykorzystywany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podczas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zajęć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teoretycznych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sprzęt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muszą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spełniać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wymogi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prawne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0F2D53">
        <w:rPr>
          <w:rFonts w:ascii="Times New Roman" w:hAnsi="Times New Roman" w:cs="Times New Roman"/>
          <w:sz w:val="20"/>
        </w:rPr>
        <w:t>zakresie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BHP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ppoż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0F2D53">
        <w:rPr>
          <w:rFonts w:ascii="Times New Roman" w:hAnsi="Times New Roman" w:cs="Times New Roman"/>
          <w:sz w:val="20"/>
        </w:rPr>
        <w:t>Ponadto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F2D53">
        <w:rPr>
          <w:rFonts w:ascii="Times New Roman" w:hAnsi="Times New Roman" w:cs="Times New Roman"/>
          <w:sz w:val="20"/>
        </w:rPr>
        <w:t>sprzęt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przy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pomocy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którego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prowadzone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będą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zajęcia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praktyczne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musi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być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w </w:t>
      </w:r>
      <w:proofErr w:type="spellStart"/>
      <w:r w:rsidRPr="000F2D53">
        <w:rPr>
          <w:rFonts w:ascii="Times New Roman" w:hAnsi="Times New Roman" w:cs="Times New Roman"/>
          <w:sz w:val="20"/>
        </w:rPr>
        <w:t>pełni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sprawny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technicznie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posiadać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aktualny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przegląd</w:t>
      </w:r>
      <w:proofErr w:type="spellEnd"/>
      <w:r w:rsidRPr="000F2D53">
        <w:rPr>
          <w:rFonts w:ascii="Times New Roman" w:hAnsi="Times New Roman" w:cs="Times New Roman"/>
          <w:spacing w:val="-29"/>
          <w:sz w:val="20"/>
        </w:rPr>
        <w:t xml:space="preserve"> </w:t>
      </w:r>
      <w:r w:rsidR="005D4C4D">
        <w:rPr>
          <w:rFonts w:ascii="Times New Roman" w:hAnsi="Times New Roman" w:cs="Times New Roman"/>
          <w:sz w:val="20"/>
        </w:rPr>
        <w:t>UDT).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after="0"/>
        <w:ind w:right="116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Zapewnienia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materiałów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szkoleniowych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dla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wszystkich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uczestników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szkolenia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F2D53">
        <w:rPr>
          <w:rFonts w:ascii="Times New Roman" w:hAnsi="Times New Roman" w:cs="Times New Roman"/>
          <w:sz w:val="20"/>
        </w:rPr>
        <w:t>które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zostaną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przekazane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 </w:t>
      </w:r>
      <w:proofErr w:type="spellStart"/>
      <w:r w:rsidRPr="000F2D53">
        <w:rPr>
          <w:rFonts w:ascii="Times New Roman" w:hAnsi="Times New Roman" w:cs="Times New Roman"/>
          <w:sz w:val="20"/>
        </w:rPr>
        <w:t>za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pokwitowaniem</w:t>
      </w:r>
      <w:proofErr w:type="spellEnd"/>
      <w:r w:rsidRPr="000F2D53">
        <w:rPr>
          <w:rFonts w:ascii="Times New Roman" w:hAnsi="Times New Roman" w:cs="Times New Roman"/>
          <w:spacing w:val="-10"/>
          <w:sz w:val="20"/>
        </w:rPr>
        <w:t xml:space="preserve"> </w:t>
      </w:r>
      <w:proofErr w:type="spellStart"/>
      <w:r w:rsidR="005D4C4D">
        <w:rPr>
          <w:rFonts w:ascii="Times New Roman" w:hAnsi="Times New Roman" w:cs="Times New Roman"/>
          <w:sz w:val="20"/>
        </w:rPr>
        <w:t>odbioru</w:t>
      </w:r>
      <w:proofErr w:type="spellEnd"/>
      <w:r w:rsidR="005D4C4D">
        <w:rPr>
          <w:rFonts w:ascii="Times New Roman" w:hAnsi="Times New Roman" w:cs="Times New Roman"/>
          <w:sz w:val="20"/>
        </w:rPr>
        <w:t>.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after="0"/>
        <w:ind w:right="115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Dokumentowania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przeprowadzonych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zajęć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oraz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prowadzenia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dziennika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zajęć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wykazem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tematyki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oraz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frekwencji</w:t>
      </w:r>
      <w:proofErr w:type="spellEnd"/>
      <w:r w:rsidRPr="000F2D53">
        <w:rPr>
          <w:rFonts w:ascii="Times New Roman" w:hAnsi="Times New Roman" w:cs="Times New Roman"/>
          <w:spacing w:val="-7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uczestników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. 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before="3" w:after="0"/>
        <w:ind w:right="117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Działania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zgodnie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Ustawą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o </w:t>
      </w:r>
      <w:proofErr w:type="spellStart"/>
      <w:r w:rsidRPr="000F2D53">
        <w:rPr>
          <w:rFonts w:ascii="Times New Roman" w:hAnsi="Times New Roman" w:cs="Times New Roman"/>
          <w:sz w:val="20"/>
        </w:rPr>
        <w:t>ochronie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danych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osobowych</w:t>
      </w:r>
      <w:proofErr w:type="spellEnd"/>
      <w:r w:rsidR="005D4C4D">
        <w:rPr>
          <w:rFonts w:ascii="Times New Roman" w:hAnsi="Times New Roman" w:cs="Times New Roman"/>
          <w:sz w:val="20"/>
        </w:rPr>
        <w:t>.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after="0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Zorganizowania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opłacenia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egzaminów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końcowych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dla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wszystkich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uczestników</w:t>
      </w:r>
      <w:proofErr w:type="spellEnd"/>
      <w:r w:rsidRPr="000F2D53">
        <w:rPr>
          <w:rFonts w:ascii="Times New Roman" w:hAnsi="Times New Roman" w:cs="Times New Roman"/>
          <w:spacing w:val="-25"/>
          <w:sz w:val="20"/>
        </w:rPr>
        <w:t xml:space="preserve"> </w:t>
      </w:r>
      <w:proofErr w:type="spellStart"/>
      <w:r w:rsidR="005D4C4D">
        <w:rPr>
          <w:rFonts w:ascii="Times New Roman" w:hAnsi="Times New Roman" w:cs="Times New Roman"/>
          <w:sz w:val="20"/>
        </w:rPr>
        <w:t>kursu</w:t>
      </w:r>
      <w:proofErr w:type="spellEnd"/>
      <w:r w:rsidR="005D4C4D">
        <w:rPr>
          <w:rFonts w:ascii="Times New Roman" w:hAnsi="Times New Roman" w:cs="Times New Roman"/>
          <w:sz w:val="20"/>
        </w:rPr>
        <w:t>.</w:t>
      </w:r>
    </w:p>
    <w:p w:rsidR="00927DF5" w:rsidRPr="000F2D53" w:rsidRDefault="00927DF5" w:rsidP="00990717">
      <w:pPr>
        <w:pStyle w:val="Akapitzlist"/>
        <w:widowControl w:val="0"/>
        <w:numPr>
          <w:ilvl w:val="0"/>
          <w:numId w:val="45"/>
        </w:numPr>
        <w:tabs>
          <w:tab w:val="left" w:pos="545"/>
          <w:tab w:val="left" w:pos="546"/>
        </w:tabs>
        <w:spacing w:before="34" w:after="0"/>
        <w:ind w:right="107"/>
        <w:contextualSpacing w:val="0"/>
        <w:rPr>
          <w:rFonts w:ascii="Times New Roman" w:hAnsi="Times New Roman" w:cs="Times New Roman"/>
          <w:sz w:val="20"/>
        </w:rPr>
      </w:pPr>
      <w:proofErr w:type="spellStart"/>
      <w:r w:rsidRPr="000F2D53">
        <w:rPr>
          <w:rFonts w:ascii="Times New Roman" w:hAnsi="Times New Roman" w:cs="Times New Roman"/>
          <w:sz w:val="20"/>
        </w:rPr>
        <w:t>Wydania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zaświadczeń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o </w:t>
      </w:r>
      <w:proofErr w:type="spellStart"/>
      <w:r w:rsidRPr="000F2D53">
        <w:rPr>
          <w:rFonts w:ascii="Times New Roman" w:hAnsi="Times New Roman" w:cs="Times New Roman"/>
          <w:sz w:val="20"/>
        </w:rPr>
        <w:t>ukończeniu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szkoleń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oraz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zaświadczeń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F2D53">
        <w:rPr>
          <w:rFonts w:ascii="Times New Roman" w:hAnsi="Times New Roman" w:cs="Times New Roman"/>
          <w:sz w:val="20"/>
        </w:rPr>
        <w:t>świadectw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F2D53">
        <w:rPr>
          <w:rFonts w:ascii="Times New Roman" w:hAnsi="Times New Roman" w:cs="Times New Roman"/>
          <w:sz w:val="20"/>
        </w:rPr>
        <w:t>certyfikatów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potwierdzających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uzyskanie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kwalifikacji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F2D53">
        <w:rPr>
          <w:rFonts w:ascii="Times New Roman" w:hAnsi="Times New Roman" w:cs="Times New Roman"/>
          <w:sz w:val="20"/>
        </w:rPr>
        <w:t>zawodowych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0F2D53">
        <w:rPr>
          <w:rFonts w:ascii="Times New Roman" w:hAnsi="Times New Roman" w:cs="Times New Roman"/>
          <w:sz w:val="20"/>
        </w:rPr>
        <w:t>zgodnie</w:t>
      </w:r>
      <w:proofErr w:type="spellEnd"/>
      <w:r w:rsidRPr="000F2D53">
        <w:rPr>
          <w:rFonts w:ascii="Times New Roman" w:hAnsi="Times New Roman" w:cs="Times New Roman"/>
          <w:sz w:val="20"/>
        </w:rPr>
        <w:t xml:space="preserve"> z </w:t>
      </w:r>
      <w:proofErr w:type="spellStart"/>
      <w:r w:rsidRPr="000F2D53">
        <w:rPr>
          <w:rFonts w:ascii="Times New Roman" w:hAnsi="Times New Roman" w:cs="Times New Roman"/>
          <w:sz w:val="20"/>
        </w:rPr>
        <w:t>obowiązującymi</w:t>
      </w:r>
      <w:proofErr w:type="spellEnd"/>
      <w:r w:rsidRPr="000F2D53">
        <w:rPr>
          <w:rFonts w:ascii="Times New Roman" w:hAnsi="Times New Roman" w:cs="Times New Roman"/>
          <w:spacing w:val="-25"/>
          <w:sz w:val="20"/>
        </w:rPr>
        <w:t xml:space="preserve"> </w:t>
      </w:r>
      <w:proofErr w:type="spellStart"/>
      <w:r w:rsidR="005D4C4D">
        <w:rPr>
          <w:rFonts w:ascii="Times New Roman" w:hAnsi="Times New Roman" w:cs="Times New Roman"/>
          <w:sz w:val="20"/>
        </w:rPr>
        <w:t>przepisami</w:t>
      </w:r>
      <w:proofErr w:type="spellEnd"/>
      <w:r w:rsidR="005D4C4D">
        <w:rPr>
          <w:rFonts w:ascii="Times New Roman" w:hAnsi="Times New Roman" w:cs="Times New Roman"/>
          <w:sz w:val="20"/>
        </w:rPr>
        <w:t>.</w:t>
      </w:r>
    </w:p>
    <w:p w:rsidR="00927DF5" w:rsidRPr="00EB3892" w:rsidRDefault="00927DF5" w:rsidP="00927DF5">
      <w:pPr>
        <w:spacing w:after="0"/>
        <w:ind w:right="72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EB3892" w:rsidRPr="00927DF5" w:rsidRDefault="00927DF5" w:rsidP="00927DF5">
      <w:pPr>
        <w:spacing w:after="0"/>
        <w:ind w:right="72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Cs/>
          <w:sz w:val="20"/>
          <w:szCs w:val="20"/>
          <w:lang w:val="pl-PL"/>
        </w:rPr>
        <w:t>2.</w:t>
      </w:r>
      <w:r w:rsidR="00EB3892" w:rsidRPr="00927DF5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Wykonawca  </w:t>
      </w:r>
      <w:r w:rsidR="00EB3892" w:rsidRPr="00927DF5">
        <w:rPr>
          <w:rFonts w:ascii="Times New Roman" w:hAnsi="Times New Roman" w:cs="Times New Roman"/>
          <w:sz w:val="20"/>
          <w:szCs w:val="20"/>
          <w:lang w:val="pl-PL"/>
        </w:rPr>
        <w:t xml:space="preserve"> oświadcza, że:</w:t>
      </w:r>
    </w:p>
    <w:p w:rsidR="00EB3892" w:rsidRPr="00EB3892" w:rsidRDefault="00EB3892" w:rsidP="00EB3892">
      <w:pPr>
        <w:numPr>
          <w:ilvl w:val="0"/>
          <w:numId w:val="22"/>
        </w:numPr>
        <w:spacing w:after="0"/>
        <w:ind w:right="72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spełnia wszelkie wymagane przepisami prawa przesłanki, w tym posiada odpowiednie pozwolenia i dokumenty tożsame, uprawniające go do wykonania przedmiotu umowy,</w:t>
      </w:r>
    </w:p>
    <w:p w:rsidR="00EB3892" w:rsidRPr="00EB3892" w:rsidRDefault="00EB3892" w:rsidP="00EB3892">
      <w:pPr>
        <w:numPr>
          <w:ilvl w:val="0"/>
          <w:numId w:val="22"/>
        </w:numPr>
        <w:spacing w:after="0"/>
        <w:ind w:right="72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posiada odpowiednie doświadczenie, wiedzę i strukturę organizacyjną oraz inne środki, potrzebne do rzetelnej i pełnej realizacji przedmiotu umowy,</w:t>
      </w:r>
    </w:p>
    <w:p w:rsidR="00EB3892" w:rsidRPr="00EB3892" w:rsidRDefault="00C51190" w:rsidP="00EB389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  <w:lang w:val="pl-PL"/>
        </w:rPr>
        <w:t>§ 6</w:t>
      </w:r>
    </w:p>
    <w:p w:rsidR="00EB3892" w:rsidRPr="00EB3892" w:rsidRDefault="00EB3892" w:rsidP="00EB389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Przedstawiciele stron</w:t>
      </w:r>
    </w:p>
    <w:p w:rsidR="00EB3892" w:rsidRPr="00EB3892" w:rsidRDefault="00EB3892" w:rsidP="00EB3892">
      <w:pPr>
        <w:widowControl w:val="0"/>
        <w:numPr>
          <w:ilvl w:val="0"/>
          <w:numId w:val="23"/>
        </w:numPr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ind w:left="284" w:hanging="284"/>
        <w:jc w:val="both"/>
        <w:rPr>
          <w:rFonts w:ascii="Times New Roman" w:hAnsi="Times New Roman" w:cs="Times New Roman"/>
          <w:color w:val="00000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color w:val="000000"/>
          <w:sz w:val="20"/>
          <w:szCs w:val="20"/>
          <w:lang w:val="pl-PL"/>
        </w:rPr>
        <w:t>Strony wyznaczają swoich przedstawicieli w zakresie wykonywanego zamówienia:</w:t>
      </w:r>
    </w:p>
    <w:p w:rsidR="00EB3892" w:rsidRPr="00EB3892" w:rsidRDefault="00EB3892" w:rsidP="00EB3892">
      <w:pPr>
        <w:shd w:val="clear" w:color="auto" w:fill="FFFFFF"/>
        <w:tabs>
          <w:tab w:val="num" w:pos="284"/>
        </w:tabs>
        <w:ind w:left="426"/>
        <w:jc w:val="both"/>
        <w:rPr>
          <w:rFonts w:ascii="Times New Roman" w:hAnsi="Times New Roman" w:cs="Times New Roman"/>
          <w:color w:val="000000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color w:val="000000"/>
          <w:sz w:val="20"/>
          <w:szCs w:val="20"/>
          <w:lang w:val="pl-PL"/>
        </w:rPr>
        <w:t>1)   Zamawiający- Jacek Pierzchała – dyrektor ZSE w Raciborzu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,</w:t>
      </w:r>
    </w:p>
    <w:p w:rsidR="00EB3892" w:rsidRPr="00EB3892" w:rsidRDefault="00EB3892" w:rsidP="00EB3892">
      <w:pPr>
        <w:tabs>
          <w:tab w:val="num" w:pos="0"/>
          <w:tab w:val="num" w:pos="284"/>
        </w:tabs>
        <w:ind w:left="426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2)   Wykonawca- …………………………………………….</w:t>
      </w:r>
    </w:p>
    <w:p w:rsidR="00EB3892" w:rsidRPr="00EB3892" w:rsidRDefault="00EB3892" w:rsidP="00EB3892">
      <w:pPr>
        <w:tabs>
          <w:tab w:val="num" w:pos="0"/>
          <w:tab w:val="num" w:pos="284"/>
        </w:tabs>
        <w:ind w:left="426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Zakres działania przedstawicieli Zamawiającego i Wykonawcy określają obowiązujące przepisy oraz upoważnienia wynikające z niniejszej umowy.</w:t>
      </w:r>
    </w:p>
    <w:p w:rsidR="00EB3892" w:rsidRPr="00EB3892" w:rsidRDefault="00EB3892" w:rsidP="00EB3892">
      <w:pPr>
        <w:tabs>
          <w:tab w:val="num" w:pos="0"/>
          <w:tab w:val="num" w:pos="284"/>
        </w:tabs>
        <w:ind w:left="426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EB3892" w:rsidRPr="00EB3892" w:rsidRDefault="00C51190" w:rsidP="00EB3892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§ 7</w:t>
      </w:r>
    </w:p>
    <w:p w:rsidR="00EB3892" w:rsidRPr="00EB3892" w:rsidRDefault="00EB3892" w:rsidP="00EB3892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Wynagrodzenie za realizację umowy</w:t>
      </w:r>
    </w:p>
    <w:p w:rsidR="00EB3892" w:rsidRPr="00EB3892" w:rsidRDefault="00EB3892" w:rsidP="00EB3892">
      <w:pPr>
        <w:numPr>
          <w:ilvl w:val="0"/>
          <w:numId w:val="24"/>
        </w:numPr>
        <w:spacing w:after="0"/>
        <w:ind w:left="284" w:right="72" w:hanging="284"/>
        <w:jc w:val="both"/>
        <w:rPr>
          <w:rFonts w:ascii="Times New Roman" w:hAnsi="Times New Roman" w:cs="Times New Roman"/>
          <w:bCs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Strony ustalają, że za wykonanie przedmiotu umowy Wykonawca otrzyma </w:t>
      </w: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wynagrodzenie kosztorysowe zgodnie z przedstawioną ofertą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w wyso</w:t>
      </w:r>
      <w:bookmarkStart w:id="1" w:name="_Hlk515017002"/>
      <w:r w:rsidRPr="00EB3892">
        <w:rPr>
          <w:rFonts w:ascii="Times New Roman" w:hAnsi="Times New Roman" w:cs="Times New Roman"/>
          <w:sz w:val="20"/>
          <w:szCs w:val="20"/>
          <w:lang w:val="pl-PL"/>
        </w:rPr>
        <w:t>kości ………………………………..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ab/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br/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(</w:t>
      </w: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>słownie zł: ………………………………………………………..)</w:t>
      </w:r>
      <w:bookmarkEnd w:id="1"/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>,</w:t>
      </w:r>
    </w:p>
    <w:p w:rsidR="00EB3892" w:rsidRPr="00EB3892" w:rsidRDefault="00EB3892" w:rsidP="00EB3892">
      <w:pPr>
        <w:spacing w:after="0"/>
        <w:ind w:right="72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     w tym  netto:  ………..zł (słownie zł:………………………………………………………….),</w:t>
      </w:r>
    </w:p>
    <w:p w:rsidR="00EB3892" w:rsidRPr="00EB3892" w:rsidRDefault="00EB3892" w:rsidP="00EB3892">
      <w:pPr>
        <w:spacing w:after="0"/>
        <w:ind w:right="72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     VAT: </w:t>
      </w:r>
      <w:r w:rsidRPr="00EB3892">
        <w:rPr>
          <w:rFonts w:ascii="Times New Roman" w:hAnsi="Times New Roman" w:cs="Times New Roman"/>
          <w:b/>
          <w:bCs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…………………….. zł</w:t>
      </w:r>
      <w:r w:rsidRPr="00EB3892">
        <w:rPr>
          <w:rFonts w:ascii="Times New Roman" w:hAnsi="Times New Roman" w:cs="Times New Roman"/>
          <w:bCs/>
          <w:sz w:val="20"/>
          <w:szCs w:val="20"/>
          <w:lang w:val="pl-PL"/>
        </w:rPr>
        <w:t xml:space="preserve"> (słownie zł:……………………………………………………).</w:t>
      </w:r>
    </w:p>
    <w:p w:rsidR="00EB3892" w:rsidRPr="00EB3892" w:rsidRDefault="00EB3892" w:rsidP="00EB3892">
      <w:pPr>
        <w:numPr>
          <w:ilvl w:val="0"/>
          <w:numId w:val="24"/>
        </w:numPr>
        <w:spacing w:after="0"/>
        <w:ind w:left="284" w:right="72" w:hanging="284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Określone w ust. 1 niniejszego paragrafu wynagrodzenie łączne jest wynagrodzeniem ostatecznym. </w:t>
      </w:r>
    </w:p>
    <w:p w:rsidR="00EB3892" w:rsidRPr="00EB3892" w:rsidRDefault="00EB3892" w:rsidP="00EB3892">
      <w:pPr>
        <w:numPr>
          <w:ilvl w:val="0"/>
          <w:numId w:val="24"/>
        </w:numPr>
        <w:spacing w:after="0"/>
        <w:ind w:left="284" w:right="72" w:hanging="284"/>
        <w:contextualSpacing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Ustalone w ofercie Wykonawcy ceny jednostkowe  są niezmienne przez cały okres wykonywania przedmiotu umowy. </w:t>
      </w:r>
    </w:p>
    <w:p w:rsidR="00EB3892" w:rsidRPr="00EB3892" w:rsidRDefault="00EB3892" w:rsidP="00EB3892">
      <w:pPr>
        <w:spacing w:after="0"/>
        <w:ind w:left="284" w:right="72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</w:p>
    <w:p w:rsidR="00EB3892" w:rsidRPr="00EB3892" w:rsidRDefault="00C51190" w:rsidP="00EB3892">
      <w:pPr>
        <w:spacing w:after="0"/>
        <w:ind w:left="284" w:right="72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/>
        </w:rPr>
        <w:t>§ 8</w:t>
      </w:r>
    </w:p>
    <w:p w:rsidR="00EB3892" w:rsidRPr="00EB3892" w:rsidRDefault="00EB3892" w:rsidP="00EB3892">
      <w:pPr>
        <w:spacing w:after="0"/>
        <w:ind w:right="72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Zasady rozliczenia</w:t>
      </w:r>
    </w:p>
    <w:p w:rsidR="00EB3892" w:rsidRPr="00111A0B" w:rsidRDefault="00EB3892" w:rsidP="00111A0B">
      <w:pPr>
        <w:numPr>
          <w:ilvl w:val="0"/>
          <w:numId w:val="25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Rozliczenie  przedmiotu zamówienia nastąpi jednorazowo. </w:t>
      </w:r>
    </w:p>
    <w:p w:rsidR="00EB3892" w:rsidRPr="00EB3892" w:rsidRDefault="00EB3892" w:rsidP="00EB3892">
      <w:pPr>
        <w:numPr>
          <w:ilvl w:val="0"/>
          <w:numId w:val="25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Faktura VAT wystawiona będzie na:</w:t>
      </w:r>
    </w:p>
    <w:p w:rsidR="00EB3892" w:rsidRPr="00EB3892" w:rsidRDefault="00EB3892" w:rsidP="00EB3892">
      <w:pPr>
        <w:tabs>
          <w:tab w:val="left" w:pos="567"/>
          <w:tab w:val="left" w:pos="851"/>
        </w:tabs>
        <w:suppressAutoHyphens/>
        <w:ind w:left="885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 xml:space="preserve">NABYWCA: </w:t>
      </w:r>
      <w:r w:rsidRPr="00EB3892">
        <w:rPr>
          <w:rFonts w:ascii="Times New Roman" w:hAnsi="Times New Roman" w:cs="Times New Roman"/>
          <w:bCs/>
          <w:color w:val="000000"/>
          <w:sz w:val="20"/>
          <w:szCs w:val="20"/>
          <w:lang w:val="pl-PL"/>
        </w:rPr>
        <w:t>Powiat Raciborski,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bCs/>
          <w:color w:val="000000"/>
          <w:sz w:val="20"/>
          <w:szCs w:val="20"/>
          <w:lang w:val="pl-PL"/>
        </w:rPr>
        <w:t>Plac Stefana Okrzei 4,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bCs/>
          <w:color w:val="000000"/>
          <w:sz w:val="20"/>
          <w:szCs w:val="20"/>
          <w:lang w:val="pl-PL"/>
        </w:rPr>
        <w:t>47-400 Racibórz, NIP: 6391982788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br/>
      </w:r>
      <w:r w:rsidRPr="00EB3892">
        <w:rPr>
          <w:rFonts w:ascii="Times New Roman" w:hAnsi="Times New Roman" w:cs="Times New Roman"/>
          <w:b/>
          <w:bCs/>
          <w:color w:val="000000"/>
          <w:sz w:val="20"/>
          <w:szCs w:val="20"/>
          <w:lang w:val="pl-PL"/>
        </w:rPr>
        <w:t>ODBIORCA:</w:t>
      </w:r>
      <w:r w:rsidRPr="00EB3892">
        <w:rPr>
          <w:rFonts w:ascii="Times New Roman" w:hAnsi="Times New Roman" w:cs="Times New Roman"/>
          <w:color w:val="FF0000"/>
          <w:sz w:val="20"/>
          <w:szCs w:val="20"/>
          <w:lang w:val="pl-PL"/>
        </w:rPr>
        <w:t xml:space="preserve">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  Zespół Szkół Ekonomicznych w Raciborzu, ul. Gimnazjalna 3, 47-400 Racibórz NIP: 6392015642</w:t>
      </w:r>
    </w:p>
    <w:p w:rsidR="00EB3892" w:rsidRPr="00EB3892" w:rsidRDefault="00EB3892" w:rsidP="00EB3892">
      <w:pPr>
        <w:numPr>
          <w:ilvl w:val="0"/>
          <w:numId w:val="25"/>
        </w:numPr>
        <w:tabs>
          <w:tab w:val="left" w:pos="284"/>
          <w:tab w:val="left" w:pos="567"/>
        </w:tabs>
        <w:suppressAutoHyphens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Zamawiający nie będzie udzielał Wykonawcy</w:t>
      </w:r>
      <w:r w:rsidR="005D4C4D">
        <w:rPr>
          <w:rFonts w:ascii="Times New Roman" w:hAnsi="Times New Roman" w:cs="Times New Roman"/>
          <w:sz w:val="20"/>
          <w:szCs w:val="20"/>
          <w:lang w:val="pl-PL"/>
        </w:rPr>
        <w:t xml:space="preserve"> zaliczek na przeprowadzenie kursu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objętego umową.</w:t>
      </w:r>
      <w:r w:rsidRPr="00EB3892">
        <w:rPr>
          <w:rFonts w:ascii="Times New Roman" w:eastAsia="Calibri" w:hAnsi="Times New Roman" w:cs="Times New Roman"/>
          <w:sz w:val="20"/>
          <w:szCs w:val="20"/>
          <w:lang w:val="pl-PL"/>
        </w:rPr>
        <w:t xml:space="preserve"> Wynagrodzenie Wykonawcy będzie płatne w złotych polskich.</w:t>
      </w:r>
    </w:p>
    <w:p w:rsidR="00EB3892" w:rsidRPr="00CE1558" w:rsidRDefault="00EB3892" w:rsidP="00EB3892">
      <w:pPr>
        <w:numPr>
          <w:ilvl w:val="0"/>
          <w:numId w:val="25"/>
        </w:numPr>
        <w:tabs>
          <w:tab w:val="left" w:pos="284"/>
          <w:tab w:val="left" w:pos="567"/>
        </w:tabs>
        <w:suppressAutoHyphens/>
        <w:ind w:left="284" w:hanging="284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eastAsia="Calibri" w:hAnsi="Times New Roman" w:cs="Times New Roman"/>
          <w:sz w:val="20"/>
          <w:szCs w:val="20"/>
          <w:lang w:val="pl-PL"/>
        </w:rPr>
        <w:lastRenderedPageBreak/>
        <w:t>Faktura będzie płatna przelewem w terminie 7 dni od daty prawidłowo wystawionej faktury VAT.</w:t>
      </w: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 xml:space="preserve"> Płatność będzie dokonana przelewem na rachunek bankowy Wykonawcy wskazanym na dokumencie sprzedaży. Termin zapłaty uważa się za dotrzymany przez Zamawiającego, jeśli konto bankowe Zamawiającego zostanie obciążone kwotą należną Wykonawcy w ostatnim dniu terminu płatności.</w:t>
      </w:r>
    </w:p>
    <w:p w:rsidR="00EB3892" w:rsidRPr="00CE1558" w:rsidRDefault="00C51190" w:rsidP="00EB3892">
      <w:pPr>
        <w:spacing w:after="0"/>
        <w:ind w:right="72"/>
        <w:jc w:val="center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CE1558">
        <w:rPr>
          <w:rFonts w:ascii="Times New Roman" w:hAnsi="Times New Roman" w:cs="Times New Roman"/>
          <w:b/>
          <w:bCs/>
          <w:sz w:val="20"/>
          <w:szCs w:val="20"/>
          <w:lang w:val="pl-PL"/>
        </w:rPr>
        <w:t>§ 9</w:t>
      </w:r>
    </w:p>
    <w:p w:rsidR="00EB3892" w:rsidRPr="00CE1558" w:rsidRDefault="00EB3892" w:rsidP="00022507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CE1558">
        <w:rPr>
          <w:rFonts w:ascii="Times New Roman" w:hAnsi="Times New Roman" w:cs="Times New Roman"/>
          <w:b/>
          <w:sz w:val="20"/>
          <w:szCs w:val="20"/>
          <w:lang w:val="pl-PL"/>
        </w:rPr>
        <w:t>Kary umowne</w:t>
      </w:r>
    </w:p>
    <w:p w:rsidR="00EB3892" w:rsidRPr="00CE1558" w:rsidRDefault="00EB3892" w:rsidP="00EB3892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Strony ustalają odpowiedzialność odszkodowawczą w formie kar umownych z następujących  tytułów i w podanych wysokościach :</w:t>
      </w:r>
    </w:p>
    <w:p w:rsidR="00EB3892" w:rsidRPr="00CE1558" w:rsidRDefault="00EB3892" w:rsidP="00EB3892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Wykonawca płaci Zamawiającemu kary umowne :</w:t>
      </w:r>
    </w:p>
    <w:p w:rsidR="00EB3892" w:rsidRPr="00CE1558" w:rsidRDefault="00EB3892" w:rsidP="00EB3892">
      <w:pPr>
        <w:widowControl w:val="0"/>
        <w:numPr>
          <w:ilvl w:val="1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za zwłokę w wykonaniu przedmiotu umowy – w wysokości 0,50 % wynagrodzenia za każdy dzień zwłoki,</w:t>
      </w:r>
    </w:p>
    <w:p w:rsidR="00EB3892" w:rsidRPr="00CE1558" w:rsidRDefault="00EB3892" w:rsidP="00EB3892">
      <w:pPr>
        <w:widowControl w:val="0"/>
        <w:numPr>
          <w:ilvl w:val="1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z tytułu odstąpienia od umowy z przyczyn niezależnych od Zamawiającego, w wysokości 5,0% wynagrodzenia.</w:t>
      </w:r>
    </w:p>
    <w:p w:rsidR="00EB3892" w:rsidRPr="00CE1558" w:rsidRDefault="00EB3892" w:rsidP="00EB3892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Strony ustalają, że w przypadku wystąpienia kar o których mowa w ust. 1 wyliczoną równowartość Zamawiający może potrącić z wynagrodzenia wykonawcy.</w:t>
      </w:r>
    </w:p>
    <w:p w:rsidR="00EB3892" w:rsidRPr="00CE1558" w:rsidRDefault="00EB3892" w:rsidP="00EB3892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Strony zastrzegają sobie prawo do odszkodowania uzupełniającego, podnoszącego wysokość kar umownych, do rzeczywiście poniesionej szkody.</w:t>
      </w:r>
    </w:p>
    <w:p w:rsidR="00EB3892" w:rsidRPr="00CE1558" w:rsidRDefault="00EB3892" w:rsidP="00EB3892">
      <w:pPr>
        <w:widowControl w:val="0"/>
        <w:numPr>
          <w:ilvl w:val="0"/>
          <w:numId w:val="31"/>
        </w:numPr>
        <w:shd w:val="clear" w:color="auto" w:fill="FFFFFF"/>
        <w:autoSpaceDE w:val="0"/>
        <w:autoSpaceDN w:val="0"/>
        <w:adjustRightInd w:val="0"/>
        <w:spacing w:after="0"/>
        <w:ind w:left="426"/>
        <w:contextualSpacing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Łączna maksymalna wysokość kar umownych, o których mowa w ust. 1, które Zamawiający może dochodzić nie może przekroczyć 30% wynagrodzenia umownego brutto.</w:t>
      </w:r>
    </w:p>
    <w:p w:rsidR="00EB3892" w:rsidRPr="00CE1558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:rsidR="00EB3892" w:rsidRPr="00CE1558" w:rsidRDefault="00022507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 w:eastAsia="pl-PL"/>
        </w:rPr>
        <w:t>§ 10</w:t>
      </w:r>
    </w:p>
    <w:p w:rsidR="00EB3892" w:rsidRPr="00CE1558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pl-PL" w:eastAsia="pl-PL"/>
        </w:rPr>
        <w:t>Odstąpienie od umowy</w:t>
      </w:r>
    </w:p>
    <w:p w:rsidR="00EB3892" w:rsidRPr="00CE1558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1. W razie 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publicznemu, zamawiający może odstąpić od umowy w terminie 7 dni od dnia powzięcia wiadomości o tych okolicznościach.</w:t>
      </w:r>
    </w:p>
    <w:p w:rsidR="00EB3892" w:rsidRPr="00CE1558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2. W przypadku, o którym mowa w ust. 1, Wykonawca może żądać wyłącznie wynagrodzenia należnego z tytułu wykonania części umowy.</w:t>
      </w:r>
    </w:p>
    <w:p w:rsidR="00EB3892" w:rsidRPr="00CE1558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CE155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3. Odstąpienie od umowy wymaga zachowania formy pisemnej pod rygorem nieważności.</w:t>
      </w:r>
    </w:p>
    <w:p w:rsidR="00EB3892" w:rsidRPr="00EB3892" w:rsidRDefault="00EB3892" w:rsidP="00EB3892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</w:p>
    <w:p w:rsidR="00EB3892" w:rsidRPr="00EB3892" w:rsidRDefault="00022507" w:rsidP="00EB389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  <w:lang w:val="pl-PL"/>
        </w:rPr>
        <w:t>§ 11</w:t>
      </w:r>
    </w:p>
    <w:p w:rsidR="00EB3892" w:rsidRPr="00EB3892" w:rsidRDefault="00EB3892" w:rsidP="00EB3892">
      <w:pPr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bCs/>
          <w:sz w:val="20"/>
          <w:szCs w:val="20"/>
          <w:lang w:val="pl-PL"/>
        </w:rPr>
        <w:t>Postanowienia końcowe</w:t>
      </w:r>
    </w:p>
    <w:p w:rsidR="00EB3892" w:rsidRPr="00EB3892" w:rsidRDefault="00EB3892" w:rsidP="00EB3892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Roszczenia zgłaszane przez Wykonawcę do Zamawiającego, związane  z realizacją niniejszej  umowy muszą być dokonane pod rygorem nieważności w formie pisemnej.</w:t>
      </w:r>
    </w:p>
    <w:p w:rsidR="00EB3892" w:rsidRPr="00EB3892" w:rsidRDefault="00EB3892" w:rsidP="00EB3892">
      <w:pPr>
        <w:numPr>
          <w:ilvl w:val="0"/>
          <w:numId w:val="27"/>
        </w:numPr>
        <w:overflowPunct w:val="0"/>
        <w:autoSpaceDE w:val="0"/>
        <w:autoSpaceDN w:val="0"/>
        <w:adjustRightInd w:val="0"/>
        <w:spacing w:after="0"/>
        <w:ind w:left="284" w:hanging="284"/>
        <w:jc w:val="both"/>
        <w:textAlignment w:val="baseline"/>
        <w:rPr>
          <w:rFonts w:ascii="Times New Roman" w:hAnsi="Times New Roman" w:cs="Times New Roman"/>
          <w:b/>
          <w:bCs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Zamawiający zobowiązany jest do pisemnego ustosunkowania się do  prawidłowo zgłaszanych przez Wykonawcę roszczeń i zastrzeżeń w terminie 21 dni od dnia otrzymania zgłoszenia.</w:t>
      </w:r>
    </w:p>
    <w:p w:rsidR="00EB3892" w:rsidRPr="00EB3892" w:rsidRDefault="00EB3892" w:rsidP="00EB3892">
      <w:pPr>
        <w:numPr>
          <w:ilvl w:val="0"/>
          <w:numId w:val="27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Wszelkie zawiadomienia i korespondencja związana z niniejszą umową powinna być kierowana na następujące adresy:</w:t>
      </w:r>
    </w:p>
    <w:p w:rsidR="00EB3892" w:rsidRPr="00EB3892" w:rsidRDefault="00EB3892" w:rsidP="00EB3892">
      <w:pPr>
        <w:numPr>
          <w:ilvl w:val="0"/>
          <w:numId w:val="28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Zamawiającego:  </w:t>
      </w:r>
      <w:hyperlink r:id="rId10" w:history="1">
        <w:r w:rsidRPr="00EB3892">
          <w:rPr>
            <w:rFonts w:ascii="Times New Roman" w:hAnsi="Times New Roman" w:cs="Times New Roman"/>
            <w:color w:val="0000FF" w:themeColor="hyperlink"/>
            <w:sz w:val="20"/>
            <w:szCs w:val="20"/>
            <w:u w:val="single"/>
            <w:lang w:val="pl-PL"/>
          </w:rPr>
          <w:t>akademiazawodowcow@ekonomikraciborz.pl</w:t>
        </w:r>
      </w:hyperlink>
    </w:p>
    <w:p w:rsidR="00EB3892" w:rsidRPr="00EB3892" w:rsidRDefault="00EB3892" w:rsidP="00EB3892">
      <w:pPr>
        <w:numPr>
          <w:ilvl w:val="0"/>
          <w:numId w:val="28"/>
        </w:numPr>
        <w:spacing w:after="0"/>
        <w:ind w:right="72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Wykonawcy: ……………..</w:t>
      </w:r>
    </w:p>
    <w:p w:rsidR="00EB3892" w:rsidRPr="00EB3892" w:rsidRDefault="00EB3892" w:rsidP="00EB3892">
      <w:pPr>
        <w:numPr>
          <w:ilvl w:val="0"/>
          <w:numId w:val="27"/>
        </w:numPr>
        <w:spacing w:after="0"/>
        <w:ind w:left="284" w:right="72" w:hanging="284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Wszelkie spory wynikłe w toku realizacji umowy strony będą starały się rozstrzygnąć polubownie.</w:t>
      </w:r>
    </w:p>
    <w:p w:rsidR="00EB3892" w:rsidRPr="00EB3892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5. W sprawach nieuregulowanych niniejszą umową zastosowanie mają przepisy Kodeksu Cywilnego.</w:t>
      </w:r>
    </w:p>
    <w:p w:rsidR="00EB3892" w:rsidRPr="00EB3892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6. Ewentualne spory mogące wyniknąć na tle realizacji niniejszej umowy strony oddają pod rozstrzygnięcie właściwemu miejscowo dla siedziby Zamawiającego sądowi powszechnemu.</w:t>
      </w:r>
    </w:p>
    <w:p w:rsidR="00EB3892" w:rsidRPr="00EB3892" w:rsidRDefault="00EB3892" w:rsidP="00EB3892">
      <w:pPr>
        <w:widowControl w:val="0"/>
        <w:shd w:val="clear" w:color="auto" w:fill="FFFFFF"/>
        <w:tabs>
          <w:tab w:val="num" w:pos="284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>7. Umowę sporządzono w dwóch jednobrzmiących egzemplarzach: jeden dla Zamawiającego i jeden dla Wykonawcy.</w:t>
      </w:r>
    </w:p>
    <w:p w:rsidR="00EB3892" w:rsidRDefault="00EB3892" w:rsidP="00EB3892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  <w:t xml:space="preserve">8. </w:t>
      </w:r>
      <w:r w:rsidRPr="00EB3892">
        <w:rPr>
          <w:rFonts w:ascii="Times New Roman" w:eastAsia="Arial Unicode MS" w:hAnsi="Times New Roman" w:cs="Times New Roman"/>
          <w:sz w:val="20"/>
          <w:szCs w:val="20"/>
          <w:lang w:val="pl-PL"/>
        </w:rPr>
        <w:t xml:space="preserve">Wykonawca oświadcza, że wypełnił obowiązki informacyjne przewidziane w art. 14 RODO wobec osób fizycznych, od których dane osobowe bezpośrednio lub pośrednio pozyskał w celu realizacji zamówienia publicznego </w:t>
      </w:r>
      <w:r w:rsidRPr="00EB3892">
        <w:rPr>
          <w:rFonts w:ascii="Times New Roman" w:hAnsi="Times New Roman" w:cs="Times New Roman"/>
          <w:sz w:val="20"/>
          <w:szCs w:val="20"/>
          <w:lang w:val="pl-PL"/>
        </w:rPr>
        <w:t>w zakresie objętym niniejszą umową.</w:t>
      </w:r>
    </w:p>
    <w:p w:rsidR="00CE1558" w:rsidRDefault="00CE1558" w:rsidP="00EB3892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CE1558" w:rsidRDefault="00CE1558" w:rsidP="00EB3892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CE1558" w:rsidRDefault="00CE1558" w:rsidP="00EB3892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CE1558" w:rsidRPr="00EB3892" w:rsidRDefault="00CE1558" w:rsidP="00EB3892">
      <w:pPr>
        <w:widowControl w:val="0"/>
        <w:shd w:val="clear" w:color="auto" w:fill="FFFFFF"/>
        <w:tabs>
          <w:tab w:val="num" w:pos="284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pl-PL" w:eastAsia="pl-PL"/>
        </w:rPr>
      </w:pPr>
    </w:p>
    <w:p w:rsidR="00EB3892" w:rsidRPr="00EB3892" w:rsidRDefault="00022507" w:rsidP="00EB3892">
      <w:pPr>
        <w:overflowPunct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>§ 12</w:t>
      </w:r>
    </w:p>
    <w:p w:rsidR="00EB3892" w:rsidRPr="00EB3892" w:rsidRDefault="00EB3892" w:rsidP="00EB3892">
      <w:pPr>
        <w:overflowPunct w:val="0"/>
        <w:adjustRightInd w:val="0"/>
        <w:spacing w:after="0"/>
        <w:jc w:val="center"/>
        <w:textAlignment w:val="baseline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Klauzula informacyjna w zakresie art. 13 RODO</w:t>
      </w:r>
    </w:p>
    <w:p w:rsidR="00EB3892" w:rsidRPr="00EB3892" w:rsidRDefault="00EB3892" w:rsidP="00EB3892">
      <w:pPr>
        <w:autoSpaceDE w:val="0"/>
        <w:autoSpaceDN w:val="0"/>
        <w:adjustRightInd w:val="0"/>
        <w:spacing w:after="0"/>
        <w:ind w:left="-142"/>
        <w:jc w:val="both"/>
        <w:rPr>
          <w:rFonts w:ascii="Times New Roman" w:eastAsia="Batang" w:hAnsi="Times New Roman" w:cs="Times New Roman"/>
          <w:b/>
          <w:color w:val="000000"/>
          <w:sz w:val="20"/>
          <w:szCs w:val="20"/>
          <w:lang w:val="pl-PL"/>
        </w:rPr>
      </w:pPr>
    </w:p>
    <w:p w:rsidR="00EB3892" w:rsidRPr="00EB3892" w:rsidRDefault="00EB3892" w:rsidP="00EB3892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1. 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Administratorem Pani/Pana danych osobowych jest Zespół Szkół Ekonomicznych w Raciborzu z siedzibą w Raciborzu, ul. Gimnazjalna 3, kod pocztowy 47-400,</w:t>
      </w:r>
    </w:p>
    <w:p w:rsidR="00EB3892" w:rsidRPr="00EB3892" w:rsidRDefault="00EB3892" w:rsidP="00EB3892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adres e-mail: sekretariat@ekonomi</w:t>
      </w:r>
      <w:r w:rsidR="00766634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kraciborz.pl, tel. 32 415 48 90</w:t>
      </w: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.</w:t>
      </w:r>
    </w:p>
    <w:p w:rsidR="00EB3892" w:rsidRPr="00EB3892" w:rsidRDefault="00EB3892" w:rsidP="00EB3892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2. Przetwarzanie Pani/Pana danych osobowych będzie się odbywać zgodnie z art. 6 ust.1 b RODO na podstawie wymogów określonych w przepisach prawa pracy w celu realizacji zadań związanych z realizacją umowy.</w:t>
      </w:r>
    </w:p>
    <w:p w:rsidR="00EB3892" w:rsidRPr="00EB3892" w:rsidRDefault="00EB3892" w:rsidP="00EB3892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  <w:r w:rsidRPr="00EB3892"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  <w:t>3. Inspektorem ochrony danych w tutejszej jednostce jest Sławomir Kuśnierek; adres e-mail: nowator@nowator.edu.pl, tel. 32 331 48 05.</w:t>
      </w:r>
    </w:p>
    <w:p w:rsidR="00EB3892" w:rsidRPr="00EB3892" w:rsidRDefault="00EB3892" w:rsidP="00EB3892">
      <w:pPr>
        <w:spacing w:after="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pl-PL" w:eastAsia="pl-PL"/>
        </w:rPr>
      </w:pPr>
    </w:p>
    <w:p w:rsidR="00EB3892" w:rsidRPr="00EB3892" w:rsidRDefault="00EB3892" w:rsidP="00EB3892">
      <w:pPr>
        <w:jc w:val="both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i/>
          <w:sz w:val="20"/>
          <w:szCs w:val="20"/>
          <w:lang w:val="pl-PL"/>
        </w:rPr>
        <w:t>Załączniki:</w:t>
      </w:r>
    </w:p>
    <w:p w:rsidR="00EB3892" w:rsidRPr="00EB3892" w:rsidRDefault="00EB3892" w:rsidP="00EB3892">
      <w:pPr>
        <w:numPr>
          <w:ilvl w:val="0"/>
          <w:numId w:val="29"/>
        </w:numPr>
        <w:spacing w:after="0"/>
        <w:contextualSpacing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>Oferta Wykonawcy</w:t>
      </w:r>
    </w:p>
    <w:p w:rsidR="00EB3892" w:rsidRPr="00EB3892" w:rsidRDefault="00EB3892" w:rsidP="00EB3892">
      <w:pPr>
        <w:ind w:left="502"/>
        <w:contextualSpacing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:rsidR="00EB3892" w:rsidRPr="00EB3892" w:rsidRDefault="00EB3892" w:rsidP="00EB3892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EB3892">
        <w:rPr>
          <w:rFonts w:ascii="Times New Roman" w:hAnsi="Times New Roman" w:cs="Times New Roman"/>
          <w:sz w:val="20"/>
          <w:szCs w:val="20"/>
          <w:lang w:val="pl-PL"/>
        </w:rPr>
        <w:t xml:space="preserve">                    </w:t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>ZAMAWIAJĄCY:</w:t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ab/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ab/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ab/>
      </w:r>
      <w:r w:rsidRPr="00EB3892">
        <w:rPr>
          <w:rFonts w:ascii="Times New Roman" w:hAnsi="Times New Roman" w:cs="Times New Roman"/>
          <w:b/>
          <w:sz w:val="20"/>
          <w:szCs w:val="20"/>
          <w:lang w:val="pl-PL"/>
        </w:rPr>
        <w:tab/>
        <w:t xml:space="preserve">               WYKONAWCA:</w:t>
      </w:r>
    </w:p>
    <w:p w:rsidR="00EB3892" w:rsidRPr="00EB3892" w:rsidRDefault="00EB3892" w:rsidP="00EB3892">
      <w:pPr>
        <w:rPr>
          <w:lang w:val="pl-PL"/>
        </w:rPr>
      </w:pPr>
    </w:p>
    <w:p w:rsidR="00EB3892" w:rsidRPr="00EB3892" w:rsidRDefault="00EB3892" w:rsidP="00EB3892">
      <w:pPr>
        <w:rPr>
          <w:rFonts w:ascii="Times New Roman" w:hAnsi="Times New Roman" w:cs="Times New Roman"/>
          <w:lang w:val="pl-PL"/>
        </w:rPr>
      </w:pPr>
    </w:p>
    <w:p w:rsidR="00EB3892" w:rsidRPr="00EB3892" w:rsidRDefault="00EB3892" w:rsidP="00EB3892">
      <w:pPr>
        <w:rPr>
          <w:rFonts w:ascii="Times New Roman" w:hAnsi="Times New Roman" w:cs="Times New Roman"/>
          <w:lang w:val="pl-PL"/>
        </w:rPr>
      </w:pPr>
    </w:p>
    <w:p w:rsidR="00EB3892" w:rsidRPr="00EB3892" w:rsidRDefault="00EB3892" w:rsidP="00EB3892">
      <w:pPr>
        <w:rPr>
          <w:lang w:val="pl-PL"/>
        </w:rPr>
      </w:pPr>
    </w:p>
    <w:p w:rsidR="009C5D44" w:rsidRPr="005B46DA" w:rsidRDefault="009C5D44" w:rsidP="005B46DA"/>
    <w:sectPr w:rsidR="009C5D44" w:rsidRPr="005B46DA" w:rsidSect="008E14A0">
      <w:headerReference w:type="default" r:id="rId11"/>
      <w:footerReference w:type="default" r:id="rId12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42D4" w:rsidRDefault="00F742D4" w:rsidP="008E14A0">
      <w:pPr>
        <w:spacing w:after="0" w:line="240" w:lineRule="auto"/>
      </w:pPr>
      <w:r>
        <w:separator/>
      </w:r>
    </w:p>
  </w:endnote>
  <w:endnote w:type="continuationSeparator" w:id="0">
    <w:p w:rsidR="00F742D4" w:rsidRDefault="00F742D4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proofErr w:type="spellStart"/>
    <w:r w:rsidRPr="008E14A0">
      <w:rPr>
        <w:sz w:val="18"/>
        <w:szCs w:val="18"/>
      </w:rPr>
      <w:t>Projekt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pn</w:t>
    </w:r>
    <w:proofErr w:type="spellEnd"/>
    <w:r w:rsidRPr="008E14A0">
      <w:rPr>
        <w:sz w:val="18"/>
        <w:szCs w:val="18"/>
      </w:rPr>
      <w:t>. „</w:t>
    </w:r>
    <w:proofErr w:type="spellStart"/>
    <w:r w:rsidRPr="008E14A0">
      <w:rPr>
        <w:b/>
        <w:bCs/>
        <w:sz w:val="18"/>
        <w:szCs w:val="18"/>
      </w:rPr>
      <w:t>Akademia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zawodowców</w:t>
    </w:r>
    <w:proofErr w:type="spellEnd"/>
    <w:r w:rsidRPr="008E14A0">
      <w:rPr>
        <w:b/>
        <w:bCs/>
        <w:sz w:val="18"/>
        <w:szCs w:val="18"/>
      </w:rPr>
      <w:t xml:space="preserve"> 2.0 – </w:t>
    </w:r>
    <w:proofErr w:type="spellStart"/>
    <w:r w:rsidRPr="008E14A0">
      <w:rPr>
        <w:b/>
        <w:bCs/>
        <w:sz w:val="18"/>
        <w:szCs w:val="18"/>
      </w:rPr>
      <w:t>Poprawa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jakości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kształcenia</w:t>
    </w:r>
    <w:proofErr w:type="spellEnd"/>
    <w:r w:rsidRPr="008E14A0">
      <w:rPr>
        <w:b/>
        <w:bCs/>
        <w:sz w:val="18"/>
        <w:szCs w:val="18"/>
      </w:rPr>
      <w:t xml:space="preserve"> </w:t>
    </w:r>
    <w:proofErr w:type="spellStart"/>
    <w:r w:rsidRPr="008E14A0">
      <w:rPr>
        <w:b/>
        <w:bCs/>
        <w:sz w:val="18"/>
        <w:szCs w:val="18"/>
      </w:rPr>
      <w:t>zawodowego</w:t>
    </w:r>
    <w:proofErr w:type="spellEnd"/>
    <w:r w:rsidRPr="008E14A0">
      <w:rPr>
        <w:b/>
        <w:bCs/>
        <w:sz w:val="18"/>
        <w:szCs w:val="18"/>
      </w:rPr>
      <w:t xml:space="preserve"> w ZSE w </w:t>
    </w:r>
    <w:proofErr w:type="spellStart"/>
    <w:r w:rsidRPr="008E14A0">
      <w:rPr>
        <w:b/>
        <w:bCs/>
        <w:sz w:val="18"/>
        <w:szCs w:val="18"/>
      </w:rPr>
      <w:t>Raciborzu</w:t>
    </w:r>
    <w:proofErr w:type="spellEnd"/>
    <w:r w:rsidRPr="008E14A0">
      <w:rPr>
        <w:b/>
        <w:bCs/>
        <w:sz w:val="18"/>
        <w:szCs w:val="18"/>
      </w:rPr>
      <w:t xml:space="preserve">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współfinansowany</w:t>
    </w:r>
    <w:proofErr w:type="spellEnd"/>
    <w:r w:rsidRPr="008E14A0">
      <w:rPr>
        <w:sz w:val="18"/>
        <w:szCs w:val="18"/>
      </w:rPr>
      <w:t xml:space="preserve"> </w:t>
    </w:r>
    <w:r>
      <w:rPr>
        <w:sz w:val="18"/>
        <w:szCs w:val="18"/>
      </w:rPr>
      <w:br/>
    </w:r>
    <w:proofErr w:type="spellStart"/>
    <w:r w:rsidRPr="008E14A0">
      <w:rPr>
        <w:sz w:val="18"/>
        <w:szCs w:val="18"/>
      </w:rPr>
      <w:t>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środków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Europejskiego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Społecznego</w:t>
    </w:r>
    <w:proofErr w:type="spellEnd"/>
    <w:r w:rsidRPr="008E14A0">
      <w:rPr>
        <w:sz w:val="18"/>
        <w:szCs w:val="18"/>
      </w:rPr>
      <w:t xml:space="preserve">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 xml:space="preserve">w </w:t>
    </w:r>
    <w:proofErr w:type="spellStart"/>
    <w:r w:rsidRPr="008E14A0">
      <w:rPr>
        <w:sz w:val="18"/>
        <w:szCs w:val="18"/>
      </w:rPr>
      <w:t>ramach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programu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Śląskiego</w:t>
    </w:r>
    <w:proofErr w:type="spellEnd"/>
    <w:r w:rsidRPr="008E14A0">
      <w:rPr>
        <w:sz w:val="18"/>
        <w:szCs w:val="18"/>
      </w:rPr>
      <w:t xml:space="preserve"> 2021–2027</w:t>
    </w:r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P</w:t>
    </w:r>
    <w:r w:rsidRPr="008E14A0">
      <w:rPr>
        <w:sz w:val="18"/>
        <w:szCs w:val="18"/>
      </w:rPr>
      <w:t>riorytet</w:t>
    </w:r>
    <w:proofErr w:type="spellEnd"/>
    <w:r w:rsidRPr="008E14A0">
      <w:rPr>
        <w:sz w:val="18"/>
        <w:szCs w:val="18"/>
      </w:rPr>
      <w:t xml:space="preserve"> VI – </w:t>
    </w:r>
    <w:proofErr w:type="spellStart"/>
    <w:r w:rsidRPr="008E14A0">
      <w:rPr>
        <w:sz w:val="18"/>
        <w:szCs w:val="18"/>
      </w:rPr>
      <w:t>Fundusze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Europejskie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dla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edukacji</w:t>
    </w:r>
    <w:proofErr w:type="spellEnd"/>
    <w:r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Działanie</w:t>
    </w:r>
    <w:proofErr w:type="spellEnd"/>
    <w:r w:rsidRPr="008E14A0">
      <w:rPr>
        <w:sz w:val="18"/>
        <w:szCs w:val="18"/>
      </w:rPr>
      <w:t xml:space="preserve"> FESL.06.03 – </w:t>
    </w:r>
    <w:proofErr w:type="spellStart"/>
    <w:r w:rsidRPr="008E14A0">
      <w:rPr>
        <w:sz w:val="18"/>
        <w:szCs w:val="18"/>
      </w:rPr>
      <w:t>Kształcenie</w:t>
    </w:r>
    <w:proofErr w:type="spellEnd"/>
    <w:r w:rsidRPr="008E14A0">
      <w:rPr>
        <w:sz w:val="18"/>
        <w:szCs w:val="18"/>
      </w:rPr>
      <w:t xml:space="preserve"> </w:t>
    </w:r>
    <w:proofErr w:type="spellStart"/>
    <w:r w:rsidRPr="008E14A0">
      <w:rPr>
        <w:sz w:val="18"/>
        <w:szCs w:val="18"/>
      </w:rPr>
      <w:t>zawodowe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42D4" w:rsidRDefault="00F742D4" w:rsidP="008E14A0">
      <w:pPr>
        <w:spacing w:after="0" w:line="240" w:lineRule="auto"/>
      </w:pPr>
      <w:r>
        <w:separator/>
      </w:r>
    </w:p>
  </w:footnote>
  <w:footnote w:type="continuationSeparator" w:id="0">
    <w:p w:rsidR="00F742D4" w:rsidRDefault="00F742D4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sz w:val="24"/>
        <w:szCs w:val="24"/>
        <w:lang w:val="pl-PL"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A5D42BD"/>
    <w:multiLevelType w:val="hybridMultilevel"/>
    <w:tmpl w:val="CB88A8DC"/>
    <w:lvl w:ilvl="0" w:tplc="2424CFFE">
      <w:start w:val="1"/>
      <w:numFmt w:val="decimal"/>
      <w:lvlText w:val="%1."/>
      <w:lvlJc w:val="left"/>
      <w:pPr>
        <w:ind w:left="545" w:hanging="428"/>
      </w:pPr>
      <w:rPr>
        <w:rFonts w:ascii="Times New Roman" w:eastAsia="Arial" w:hAnsi="Times New Roman" w:cs="Times New Roman" w:hint="default"/>
        <w:spacing w:val="-1"/>
        <w:w w:val="99"/>
        <w:sz w:val="20"/>
        <w:szCs w:val="20"/>
      </w:rPr>
    </w:lvl>
    <w:lvl w:ilvl="1" w:tplc="4634CAB0">
      <w:start w:val="1"/>
      <w:numFmt w:val="decimal"/>
      <w:lvlText w:val="%2."/>
      <w:lvlJc w:val="left"/>
      <w:pPr>
        <w:ind w:left="1046" w:hanging="221"/>
      </w:pPr>
      <w:rPr>
        <w:rFonts w:hint="default"/>
        <w:w w:val="100"/>
      </w:rPr>
    </w:lvl>
    <w:lvl w:ilvl="2" w:tplc="673A8A24">
      <w:numFmt w:val="bullet"/>
      <w:lvlText w:val="•"/>
      <w:lvlJc w:val="left"/>
      <w:pPr>
        <w:ind w:left="2042" w:hanging="221"/>
      </w:pPr>
      <w:rPr>
        <w:rFonts w:hint="default"/>
      </w:rPr>
    </w:lvl>
    <w:lvl w:ilvl="3" w:tplc="F5D23084">
      <w:numFmt w:val="bullet"/>
      <w:lvlText w:val="•"/>
      <w:lvlJc w:val="left"/>
      <w:pPr>
        <w:ind w:left="3045" w:hanging="221"/>
      </w:pPr>
      <w:rPr>
        <w:rFonts w:hint="default"/>
      </w:rPr>
    </w:lvl>
    <w:lvl w:ilvl="4" w:tplc="A6FA578A">
      <w:numFmt w:val="bullet"/>
      <w:lvlText w:val="•"/>
      <w:lvlJc w:val="left"/>
      <w:pPr>
        <w:ind w:left="4048" w:hanging="221"/>
      </w:pPr>
      <w:rPr>
        <w:rFonts w:hint="default"/>
      </w:rPr>
    </w:lvl>
    <w:lvl w:ilvl="5" w:tplc="C6621D90">
      <w:numFmt w:val="bullet"/>
      <w:lvlText w:val="•"/>
      <w:lvlJc w:val="left"/>
      <w:pPr>
        <w:ind w:left="5051" w:hanging="221"/>
      </w:pPr>
      <w:rPr>
        <w:rFonts w:hint="default"/>
      </w:rPr>
    </w:lvl>
    <w:lvl w:ilvl="6" w:tplc="A4E0D5E0">
      <w:numFmt w:val="bullet"/>
      <w:lvlText w:val="•"/>
      <w:lvlJc w:val="left"/>
      <w:pPr>
        <w:ind w:left="6054" w:hanging="221"/>
      </w:pPr>
      <w:rPr>
        <w:rFonts w:hint="default"/>
      </w:rPr>
    </w:lvl>
    <w:lvl w:ilvl="7" w:tplc="945ACE70">
      <w:numFmt w:val="bullet"/>
      <w:lvlText w:val="•"/>
      <w:lvlJc w:val="left"/>
      <w:pPr>
        <w:ind w:left="7057" w:hanging="221"/>
      </w:pPr>
      <w:rPr>
        <w:rFonts w:hint="default"/>
      </w:rPr>
    </w:lvl>
    <w:lvl w:ilvl="8" w:tplc="3C38A566">
      <w:numFmt w:val="bullet"/>
      <w:lvlText w:val="•"/>
      <w:lvlJc w:val="left"/>
      <w:pPr>
        <w:ind w:left="8060" w:hanging="221"/>
      </w:pPr>
      <w:rPr>
        <w:rFonts w:hint="default"/>
      </w:rPr>
    </w:lvl>
  </w:abstractNum>
  <w:abstractNum w:abstractNumId="12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1D12D6C"/>
    <w:multiLevelType w:val="hybridMultilevel"/>
    <w:tmpl w:val="47760C9E"/>
    <w:lvl w:ilvl="0" w:tplc="49BC41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F44B04"/>
    <w:multiLevelType w:val="hybridMultilevel"/>
    <w:tmpl w:val="14CE6D04"/>
    <w:lvl w:ilvl="0" w:tplc="04150017">
      <w:start w:val="1"/>
      <w:numFmt w:val="lowerLetter"/>
      <w:lvlText w:val="%1)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24AF7E31"/>
    <w:multiLevelType w:val="multilevel"/>
    <w:tmpl w:val="6B3EA4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B14F5F"/>
    <w:multiLevelType w:val="hybridMultilevel"/>
    <w:tmpl w:val="A2C60D14"/>
    <w:lvl w:ilvl="0" w:tplc="2424CFFE">
      <w:start w:val="1"/>
      <w:numFmt w:val="decimal"/>
      <w:lvlText w:val="%1."/>
      <w:lvlJc w:val="left"/>
      <w:pPr>
        <w:ind w:left="545" w:hanging="428"/>
      </w:pPr>
      <w:rPr>
        <w:rFonts w:ascii="Times New Roman" w:eastAsia="Arial" w:hAnsi="Times New Roman" w:cs="Times New Roman" w:hint="default"/>
        <w:spacing w:val="-1"/>
        <w:w w:val="99"/>
        <w:sz w:val="20"/>
        <w:szCs w:val="20"/>
      </w:rPr>
    </w:lvl>
    <w:lvl w:ilvl="1" w:tplc="4634CAB0">
      <w:start w:val="1"/>
      <w:numFmt w:val="decimal"/>
      <w:lvlText w:val="%2."/>
      <w:lvlJc w:val="left"/>
      <w:pPr>
        <w:ind w:left="1046" w:hanging="221"/>
      </w:pPr>
      <w:rPr>
        <w:rFonts w:hint="default"/>
        <w:w w:val="100"/>
      </w:rPr>
    </w:lvl>
    <w:lvl w:ilvl="2" w:tplc="673A8A24">
      <w:numFmt w:val="bullet"/>
      <w:lvlText w:val="•"/>
      <w:lvlJc w:val="left"/>
      <w:pPr>
        <w:ind w:left="2042" w:hanging="221"/>
      </w:pPr>
      <w:rPr>
        <w:rFonts w:hint="default"/>
      </w:rPr>
    </w:lvl>
    <w:lvl w:ilvl="3" w:tplc="F5D23084">
      <w:numFmt w:val="bullet"/>
      <w:lvlText w:val="•"/>
      <w:lvlJc w:val="left"/>
      <w:pPr>
        <w:ind w:left="3045" w:hanging="221"/>
      </w:pPr>
      <w:rPr>
        <w:rFonts w:hint="default"/>
      </w:rPr>
    </w:lvl>
    <w:lvl w:ilvl="4" w:tplc="A6FA578A">
      <w:numFmt w:val="bullet"/>
      <w:lvlText w:val="•"/>
      <w:lvlJc w:val="left"/>
      <w:pPr>
        <w:ind w:left="4048" w:hanging="221"/>
      </w:pPr>
      <w:rPr>
        <w:rFonts w:hint="default"/>
      </w:rPr>
    </w:lvl>
    <w:lvl w:ilvl="5" w:tplc="C6621D90">
      <w:numFmt w:val="bullet"/>
      <w:lvlText w:val="•"/>
      <w:lvlJc w:val="left"/>
      <w:pPr>
        <w:ind w:left="5051" w:hanging="221"/>
      </w:pPr>
      <w:rPr>
        <w:rFonts w:hint="default"/>
      </w:rPr>
    </w:lvl>
    <w:lvl w:ilvl="6" w:tplc="A4E0D5E0">
      <w:numFmt w:val="bullet"/>
      <w:lvlText w:val="•"/>
      <w:lvlJc w:val="left"/>
      <w:pPr>
        <w:ind w:left="6054" w:hanging="221"/>
      </w:pPr>
      <w:rPr>
        <w:rFonts w:hint="default"/>
      </w:rPr>
    </w:lvl>
    <w:lvl w:ilvl="7" w:tplc="945ACE70">
      <w:numFmt w:val="bullet"/>
      <w:lvlText w:val="•"/>
      <w:lvlJc w:val="left"/>
      <w:pPr>
        <w:ind w:left="7057" w:hanging="221"/>
      </w:pPr>
      <w:rPr>
        <w:rFonts w:hint="default"/>
      </w:rPr>
    </w:lvl>
    <w:lvl w:ilvl="8" w:tplc="3C38A566">
      <w:numFmt w:val="bullet"/>
      <w:lvlText w:val="•"/>
      <w:lvlJc w:val="left"/>
      <w:pPr>
        <w:ind w:left="8060" w:hanging="221"/>
      </w:pPr>
      <w:rPr>
        <w:rFonts w:hint="default"/>
      </w:rPr>
    </w:lvl>
  </w:abstractNum>
  <w:abstractNum w:abstractNumId="22">
    <w:nsid w:val="32DC6F55"/>
    <w:multiLevelType w:val="hybridMultilevel"/>
    <w:tmpl w:val="A2C60D14"/>
    <w:lvl w:ilvl="0" w:tplc="2424CFFE">
      <w:start w:val="1"/>
      <w:numFmt w:val="decimal"/>
      <w:lvlText w:val="%1."/>
      <w:lvlJc w:val="left"/>
      <w:pPr>
        <w:ind w:left="545" w:hanging="428"/>
      </w:pPr>
      <w:rPr>
        <w:rFonts w:ascii="Times New Roman" w:eastAsia="Arial" w:hAnsi="Times New Roman" w:cs="Times New Roman" w:hint="default"/>
        <w:spacing w:val="-1"/>
        <w:w w:val="99"/>
        <w:sz w:val="20"/>
        <w:szCs w:val="20"/>
      </w:rPr>
    </w:lvl>
    <w:lvl w:ilvl="1" w:tplc="4634CAB0">
      <w:start w:val="1"/>
      <w:numFmt w:val="decimal"/>
      <w:lvlText w:val="%2."/>
      <w:lvlJc w:val="left"/>
      <w:pPr>
        <w:ind w:left="1046" w:hanging="221"/>
      </w:pPr>
      <w:rPr>
        <w:rFonts w:hint="default"/>
        <w:w w:val="100"/>
      </w:rPr>
    </w:lvl>
    <w:lvl w:ilvl="2" w:tplc="673A8A24">
      <w:numFmt w:val="bullet"/>
      <w:lvlText w:val="•"/>
      <w:lvlJc w:val="left"/>
      <w:pPr>
        <w:ind w:left="2042" w:hanging="221"/>
      </w:pPr>
      <w:rPr>
        <w:rFonts w:hint="default"/>
      </w:rPr>
    </w:lvl>
    <w:lvl w:ilvl="3" w:tplc="F5D23084">
      <w:numFmt w:val="bullet"/>
      <w:lvlText w:val="•"/>
      <w:lvlJc w:val="left"/>
      <w:pPr>
        <w:ind w:left="3045" w:hanging="221"/>
      </w:pPr>
      <w:rPr>
        <w:rFonts w:hint="default"/>
      </w:rPr>
    </w:lvl>
    <w:lvl w:ilvl="4" w:tplc="A6FA578A">
      <w:numFmt w:val="bullet"/>
      <w:lvlText w:val="•"/>
      <w:lvlJc w:val="left"/>
      <w:pPr>
        <w:ind w:left="4048" w:hanging="221"/>
      </w:pPr>
      <w:rPr>
        <w:rFonts w:hint="default"/>
      </w:rPr>
    </w:lvl>
    <w:lvl w:ilvl="5" w:tplc="C6621D90">
      <w:numFmt w:val="bullet"/>
      <w:lvlText w:val="•"/>
      <w:lvlJc w:val="left"/>
      <w:pPr>
        <w:ind w:left="5051" w:hanging="221"/>
      </w:pPr>
      <w:rPr>
        <w:rFonts w:hint="default"/>
      </w:rPr>
    </w:lvl>
    <w:lvl w:ilvl="6" w:tplc="A4E0D5E0">
      <w:numFmt w:val="bullet"/>
      <w:lvlText w:val="•"/>
      <w:lvlJc w:val="left"/>
      <w:pPr>
        <w:ind w:left="6054" w:hanging="221"/>
      </w:pPr>
      <w:rPr>
        <w:rFonts w:hint="default"/>
      </w:rPr>
    </w:lvl>
    <w:lvl w:ilvl="7" w:tplc="945ACE70">
      <w:numFmt w:val="bullet"/>
      <w:lvlText w:val="•"/>
      <w:lvlJc w:val="left"/>
      <w:pPr>
        <w:ind w:left="7057" w:hanging="221"/>
      </w:pPr>
      <w:rPr>
        <w:rFonts w:hint="default"/>
      </w:rPr>
    </w:lvl>
    <w:lvl w:ilvl="8" w:tplc="3C38A566">
      <w:numFmt w:val="bullet"/>
      <w:lvlText w:val="•"/>
      <w:lvlJc w:val="left"/>
      <w:pPr>
        <w:ind w:left="8060" w:hanging="221"/>
      </w:pPr>
      <w:rPr>
        <w:rFonts w:hint="default"/>
      </w:rPr>
    </w:lvl>
  </w:abstractNum>
  <w:abstractNum w:abstractNumId="23">
    <w:nsid w:val="332C5DF6"/>
    <w:multiLevelType w:val="multilevel"/>
    <w:tmpl w:val="570A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>
      <w:start w:val="2"/>
      <w:numFmt w:val="decimal"/>
      <w:lvlText w:val="%3."/>
      <w:lvlJc w:val="left"/>
      <w:pPr>
        <w:ind w:left="2160" w:hanging="360"/>
      </w:pPr>
      <w:rPr>
        <w:rFonts w:hint="default"/>
        <w:b w:val="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6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3C22174F"/>
    <w:multiLevelType w:val="hybridMultilevel"/>
    <w:tmpl w:val="B09613D4"/>
    <w:lvl w:ilvl="0" w:tplc="04150017">
      <w:start w:val="1"/>
      <w:numFmt w:val="lowerLetter"/>
      <w:lvlText w:val="%1)"/>
      <w:lvlJc w:val="left"/>
      <w:pPr>
        <w:ind w:left="545" w:hanging="428"/>
      </w:pPr>
      <w:rPr>
        <w:rFonts w:hint="default"/>
        <w:spacing w:val="-1"/>
        <w:w w:val="99"/>
        <w:sz w:val="20"/>
        <w:szCs w:val="20"/>
      </w:rPr>
    </w:lvl>
    <w:lvl w:ilvl="1" w:tplc="4634CAB0">
      <w:start w:val="1"/>
      <w:numFmt w:val="decimal"/>
      <w:lvlText w:val="%2."/>
      <w:lvlJc w:val="left"/>
      <w:pPr>
        <w:ind w:left="1046" w:hanging="221"/>
      </w:pPr>
      <w:rPr>
        <w:rFonts w:hint="default"/>
        <w:w w:val="100"/>
      </w:rPr>
    </w:lvl>
    <w:lvl w:ilvl="2" w:tplc="673A8A24">
      <w:numFmt w:val="bullet"/>
      <w:lvlText w:val="•"/>
      <w:lvlJc w:val="left"/>
      <w:pPr>
        <w:ind w:left="2042" w:hanging="221"/>
      </w:pPr>
      <w:rPr>
        <w:rFonts w:hint="default"/>
      </w:rPr>
    </w:lvl>
    <w:lvl w:ilvl="3" w:tplc="F5D23084">
      <w:numFmt w:val="bullet"/>
      <w:lvlText w:val="•"/>
      <w:lvlJc w:val="left"/>
      <w:pPr>
        <w:ind w:left="3045" w:hanging="221"/>
      </w:pPr>
      <w:rPr>
        <w:rFonts w:hint="default"/>
      </w:rPr>
    </w:lvl>
    <w:lvl w:ilvl="4" w:tplc="A6FA578A">
      <w:numFmt w:val="bullet"/>
      <w:lvlText w:val="•"/>
      <w:lvlJc w:val="left"/>
      <w:pPr>
        <w:ind w:left="4048" w:hanging="221"/>
      </w:pPr>
      <w:rPr>
        <w:rFonts w:hint="default"/>
      </w:rPr>
    </w:lvl>
    <w:lvl w:ilvl="5" w:tplc="C6621D90">
      <w:numFmt w:val="bullet"/>
      <w:lvlText w:val="•"/>
      <w:lvlJc w:val="left"/>
      <w:pPr>
        <w:ind w:left="5051" w:hanging="221"/>
      </w:pPr>
      <w:rPr>
        <w:rFonts w:hint="default"/>
      </w:rPr>
    </w:lvl>
    <w:lvl w:ilvl="6" w:tplc="A4E0D5E0">
      <w:numFmt w:val="bullet"/>
      <w:lvlText w:val="•"/>
      <w:lvlJc w:val="left"/>
      <w:pPr>
        <w:ind w:left="6054" w:hanging="221"/>
      </w:pPr>
      <w:rPr>
        <w:rFonts w:hint="default"/>
      </w:rPr>
    </w:lvl>
    <w:lvl w:ilvl="7" w:tplc="945ACE70">
      <w:numFmt w:val="bullet"/>
      <w:lvlText w:val="•"/>
      <w:lvlJc w:val="left"/>
      <w:pPr>
        <w:ind w:left="7057" w:hanging="221"/>
      </w:pPr>
      <w:rPr>
        <w:rFonts w:hint="default"/>
      </w:rPr>
    </w:lvl>
    <w:lvl w:ilvl="8" w:tplc="3C38A566">
      <w:numFmt w:val="bullet"/>
      <w:lvlText w:val="•"/>
      <w:lvlJc w:val="left"/>
      <w:pPr>
        <w:ind w:left="8060" w:hanging="221"/>
      </w:pPr>
      <w:rPr>
        <w:rFonts w:hint="default"/>
      </w:rPr>
    </w:lvl>
  </w:abstractNum>
  <w:abstractNum w:abstractNumId="28">
    <w:nsid w:val="3C9C76B8"/>
    <w:multiLevelType w:val="hybridMultilevel"/>
    <w:tmpl w:val="6FAC721C"/>
    <w:lvl w:ilvl="0" w:tplc="323A47F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30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4F815A62"/>
    <w:multiLevelType w:val="hybridMultilevel"/>
    <w:tmpl w:val="A13AC6A4"/>
    <w:lvl w:ilvl="0" w:tplc="A6A6ACD0">
      <w:start w:val="1"/>
      <w:numFmt w:val="upperRoman"/>
      <w:lvlText w:val="%1."/>
      <w:lvlJc w:val="left"/>
      <w:pPr>
        <w:ind w:left="401" w:hanging="284"/>
        <w:jc w:val="right"/>
      </w:pPr>
      <w:rPr>
        <w:rFonts w:hint="default"/>
        <w:b/>
        <w:bCs/>
        <w:spacing w:val="-1"/>
        <w:w w:val="99"/>
      </w:rPr>
    </w:lvl>
    <w:lvl w:ilvl="1" w:tplc="2F76315E">
      <w:start w:val="1"/>
      <w:numFmt w:val="decimal"/>
      <w:lvlText w:val="%2."/>
      <w:lvlJc w:val="left"/>
      <w:pPr>
        <w:ind w:left="838" w:hanging="348"/>
      </w:pPr>
      <w:rPr>
        <w:rFonts w:hint="default"/>
        <w:spacing w:val="-12"/>
        <w:w w:val="99"/>
      </w:rPr>
    </w:lvl>
    <w:lvl w:ilvl="2" w:tplc="FB6CE280">
      <w:start w:val="1"/>
      <w:numFmt w:val="decimal"/>
      <w:lvlText w:val="%3)"/>
      <w:lvlJc w:val="left"/>
      <w:pPr>
        <w:ind w:left="1198" w:hanging="348"/>
      </w:pPr>
      <w:rPr>
        <w:rFonts w:ascii="Arial" w:eastAsia="Calibri" w:hAnsi="Arial" w:cs="Arial" w:hint="default"/>
        <w:spacing w:val="-1"/>
        <w:w w:val="99"/>
        <w:sz w:val="20"/>
        <w:szCs w:val="20"/>
      </w:rPr>
    </w:lvl>
    <w:lvl w:ilvl="3" w:tplc="A8C4E94C">
      <w:numFmt w:val="bullet"/>
      <w:lvlText w:val="•"/>
      <w:lvlJc w:val="left"/>
      <w:pPr>
        <w:ind w:left="980" w:hanging="348"/>
      </w:pPr>
      <w:rPr>
        <w:rFonts w:hint="default"/>
      </w:rPr>
    </w:lvl>
    <w:lvl w:ilvl="4" w:tplc="B53656E2">
      <w:numFmt w:val="bullet"/>
      <w:lvlText w:val="•"/>
      <w:lvlJc w:val="left"/>
      <w:pPr>
        <w:ind w:left="1200" w:hanging="348"/>
      </w:pPr>
      <w:rPr>
        <w:rFonts w:hint="default"/>
      </w:rPr>
    </w:lvl>
    <w:lvl w:ilvl="5" w:tplc="7610DCAC">
      <w:numFmt w:val="bullet"/>
      <w:lvlText w:val="•"/>
      <w:lvlJc w:val="left"/>
      <w:pPr>
        <w:ind w:left="2654" w:hanging="348"/>
      </w:pPr>
      <w:rPr>
        <w:rFonts w:hint="default"/>
      </w:rPr>
    </w:lvl>
    <w:lvl w:ilvl="6" w:tplc="44780B38">
      <w:numFmt w:val="bullet"/>
      <w:lvlText w:val="•"/>
      <w:lvlJc w:val="left"/>
      <w:pPr>
        <w:ind w:left="4108" w:hanging="348"/>
      </w:pPr>
      <w:rPr>
        <w:rFonts w:hint="default"/>
      </w:rPr>
    </w:lvl>
    <w:lvl w:ilvl="7" w:tplc="A9C45D48">
      <w:numFmt w:val="bullet"/>
      <w:lvlText w:val="•"/>
      <w:lvlJc w:val="left"/>
      <w:pPr>
        <w:ind w:left="5563" w:hanging="348"/>
      </w:pPr>
      <w:rPr>
        <w:rFonts w:hint="default"/>
      </w:rPr>
    </w:lvl>
    <w:lvl w:ilvl="8" w:tplc="E87C61D6">
      <w:numFmt w:val="bullet"/>
      <w:lvlText w:val="•"/>
      <w:lvlJc w:val="left"/>
      <w:pPr>
        <w:ind w:left="7017" w:hanging="348"/>
      </w:pPr>
      <w:rPr>
        <w:rFonts w:hint="default"/>
      </w:rPr>
    </w:lvl>
  </w:abstractNum>
  <w:abstractNum w:abstractNumId="35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6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9">
    <w:nsid w:val="630622D2"/>
    <w:multiLevelType w:val="hybridMultilevel"/>
    <w:tmpl w:val="C41602F4"/>
    <w:lvl w:ilvl="0" w:tplc="85C68BD8">
      <w:start w:val="1"/>
      <w:numFmt w:val="decimal"/>
      <w:lvlText w:val="%1."/>
      <w:lvlJc w:val="left"/>
      <w:pPr>
        <w:ind w:left="545" w:hanging="428"/>
      </w:pPr>
      <w:rPr>
        <w:rFonts w:ascii="Times New Roman" w:eastAsia="Times New Roman" w:hAnsi="Times New Roman" w:cs="Times New Roman" w:hint="default"/>
        <w:b w:val="0"/>
        <w:bCs/>
        <w:spacing w:val="0"/>
        <w:w w:val="99"/>
        <w:sz w:val="20"/>
        <w:szCs w:val="20"/>
      </w:rPr>
    </w:lvl>
    <w:lvl w:ilvl="1" w:tplc="04BE6526">
      <w:numFmt w:val="bullet"/>
      <w:lvlText w:val="•"/>
      <w:lvlJc w:val="left"/>
      <w:pPr>
        <w:ind w:left="1492" w:hanging="428"/>
      </w:pPr>
      <w:rPr>
        <w:rFonts w:hint="default"/>
      </w:rPr>
    </w:lvl>
    <w:lvl w:ilvl="2" w:tplc="CA2C7C46">
      <w:numFmt w:val="bullet"/>
      <w:lvlText w:val="•"/>
      <w:lvlJc w:val="left"/>
      <w:pPr>
        <w:ind w:left="2445" w:hanging="428"/>
      </w:pPr>
      <w:rPr>
        <w:rFonts w:hint="default"/>
      </w:rPr>
    </w:lvl>
    <w:lvl w:ilvl="3" w:tplc="01B016F6">
      <w:numFmt w:val="bullet"/>
      <w:lvlText w:val="•"/>
      <w:lvlJc w:val="left"/>
      <w:pPr>
        <w:ind w:left="3397" w:hanging="428"/>
      </w:pPr>
      <w:rPr>
        <w:rFonts w:hint="default"/>
      </w:rPr>
    </w:lvl>
    <w:lvl w:ilvl="4" w:tplc="5A748B08">
      <w:numFmt w:val="bullet"/>
      <w:lvlText w:val="•"/>
      <w:lvlJc w:val="left"/>
      <w:pPr>
        <w:ind w:left="4350" w:hanging="428"/>
      </w:pPr>
      <w:rPr>
        <w:rFonts w:hint="default"/>
      </w:rPr>
    </w:lvl>
    <w:lvl w:ilvl="5" w:tplc="14464446">
      <w:numFmt w:val="bullet"/>
      <w:lvlText w:val="•"/>
      <w:lvlJc w:val="left"/>
      <w:pPr>
        <w:ind w:left="5303" w:hanging="428"/>
      </w:pPr>
      <w:rPr>
        <w:rFonts w:hint="default"/>
      </w:rPr>
    </w:lvl>
    <w:lvl w:ilvl="6" w:tplc="A788BCF2">
      <w:numFmt w:val="bullet"/>
      <w:lvlText w:val="•"/>
      <w:lvlJc w:val="left"/>
      <w:pPr>
        <w:ind w:left="6255" w:hanging="428"/>
      </w:pPr>
      <w:rPr>
        <w:rFonts w:hint="default"/>
      </w:rPr>
    </w:lvl>
    <w:lvl w:ilvl="7" w:tplc="3976DA94">
      <w:numFmt w:val="bullet"/>
      <w:lvlText w:val="•"/>
      <w:lvlJc w:val="left"/>
      <w:pPr>
        <w:ind w:left="7208" w:hanging="428"/>
      </w:pPr>
      <w:rPr>
        <w:rFonts w:hint="default"/>
      </w:rPr>
    </w:lvl>
    <w:lvl w:ilvl="8" w:tplc="D91CAFE0">
      <w:numFmt w:val="bullet"/>
      <w:lvlText w:val="•"/>
      <w:lvlJc w:val="left"/>
      <w:pPr>
        <w:ind w:left="8161" w:hanging="428"/>
      </w:pPr>
      <w:rPr>
        <w:rFonts w:hint="default"/>
      </w:rPr>
    </w:lvl>
  </w:abstractNum>
  <w:abstractNum w:abstractNumId="40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1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9"/>
  </w:num>
  <w:num w:numId="12">
    <w:abstractNumId w:val="20"/>
  </w:num>
  <w:num w:numId="13">
    <w:abstractNumId w:val="37"/>
  </w:num>
  <w:num w:numId="14">
    <w:abstractNumId w:val="42"/>
  </w:num>
  <w:num w:numId="15">
    <w:abstractNumId w:val="25"/>
  </w:num>
  <w:num w:numId="16">
    <w:abstractNumId w:val="30"/>
  </w:num>
  <w:num w:numId="17">
    <w:abstractNumId w:val="12"/>
  </w:num>
  <w:num w:numId="18">
    <w:abstractNumId w:val="38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0"/>
  </w:num>
  <w:num w:numId="31">
    <w:abstractNumId w:val="13"/>
  </w:num>
  <w:num w:numId="32">
    <w:abstractNumId w:val="31"/>
  </w:num>
  <w:num w:numId="33">
    <w:abstractNumId w:val="21"/>
  </w:num>
  <w:num w:numId="34">
    <w:abstractNumId w:val="24"/>
  </w:num>
  <w:num w:numId="35">
    <w:abstractNumId w:val="9"/>
  </w:num>
  <w:num w:numId="36">
    <w:abstractNumId w:val="16"/>
  </w:num>
  <w:num w:numId="37">
    <w:abstractNumId w:val="14"/>
  </w:num>
  <w:num w:numId="38">
    <w:abstractNumId w:val="23"/>
  </w:num>
  <w:num w:numId="39">
    <w:abstractNumId w:val="28"/>
  </w:num>
  <w:num w:numId="40">
    <w:abstractNumId w:val="17"/>
  </w:num>
  <w:num w:numId="41">
    <w:abstractNumId w:val="39"/>
  </w:num>
  <w:num w:numId="42">
    <w:abstractNumId w:val="11"/>
  </w:num>
  <w:num w:numId="43">
    <w:abstractNumId w:val="34"/>
  </w:num>
  <w:num w:numId="44">
    <w:abstractNumId w:val="22"/>
  </w:num>
  <w:num w:numId="45">
    <w:abstractNumId w:val="27"/>
  </w:num>
  <w:num w:numId="46">
    <w:abstractNumId w:val="10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22507"/>
    <w:rsid w:val="00034616"/>
    <w:rsid w:val="00050ED3"/>
    <w:rsid w:val="0006063C"/>
    <w:rsid w:val="0009328A"/>
    <w:rsid w:val="000A1B4A"/>
    <w:rsid w:val="00111A0B"/>
    <w:rsid w:val="0014547F"/>
    <w:rsid w:val="0015074B"/>
    <w:rsid w:val="00186193"/>
    <w:rsid w:val="00272DF6"/>
    <w:rsid w:val="0029639D"/>
    <w:rsid w:val="002F039B"/>
    <w:rsid w:val="003119B8"/>
    <w:rsid w:val="00326F90"/>
    <w:rsid w:val="003A0FE8"/>
    <w:rsid w:val="004A2D0A"/>
    <w:rsid w:val="004C6487"/>
    <w:rsid w:val="005776C9"/>
    <w:rsid w:val="0059680E"/>
    <w:rsid w:val="005B46DA"/>
    <w:rsid w:val="005D4C4D"/>
    <w:rsid w:val="006C29CE"/>
    <w:rsid w:val="00751F1D"/>
    <w:rsid w:val="00766634"/>
    <w:rsid w:val="0078514E"/>
    <w:rsid w:val="007F40C6"/>
    <w:rsid w:val="00885291"/>
    <w:rsid w:val="008B0CF0"/>
    <w:rsid w:val="008E14A0"/>
    <w:rsid w:val="008F78AC"/>
    <w:rsid w:val="00917AFD"/>
    <w:rsid w:val="00920425"/>
    <w:rsid w:val="00921A64"/>
    <w:rsid w:val="00927DF5"/>
    <w:rsid w:val="00990717"/>
    <w:rsid w:val="009C5D44"/>
    <w:rsid w:val="009F3F04"/>
    <w:rsid w:val="00A14A96"/>
    <w:rsid w:val="00AA1D8D"/>
    <w:rsid w:val="00B47730"/>
    <w:rsid w:val="00BA6EA1"/>
    <w:rsid w:val="00C51190"/>
    <w:rsid w:val="00C53477"/>
    <w:rsid w:val="00C53B00"/>
    <w:rsid w:val="00C87522"/>
    <w:rsid w:val="00CB0664"/>
    <w:rsid w:val="00CE1558"/>
    <w:rsid w:val="00E13E51"/>
    <w:rsid w:val="00E21434"/>
    <w:rsid w:val="00E51468"/>
    <w:rsid w:val="00E563FB"/>
    <w:rsid w:val="00E850D7"/>
    <w:rsid w:val="00EB3892"/>
    <w:rsid w:val="00F742D4"/>
    <w:rsid w:val="00F838A6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190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unhideWhenUsed/>
    <w:qFormat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190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1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unhideWhenUsed/>
    <w:qFormat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sz w:val="24"/>
      <w:szCs w:val="24"/>
      <w:lang w:val="pl-PL"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kademiazawodowcow@ekonomikraciborz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ZSE.022.2.UE.1.2026,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375174-22F9-4F24-BDDF-81482136D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162</TotalTime>
  <Pages>1</Pages>
  <Words>1638</Words>
  <Characters>9830</Characters>
  <Application>Microsoft Office Word</Application>
  <DocSecurity>0</DocSecurity>
  <Lines>81</Lines>
  <Paragraphs>22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11446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dc:description>generated by python-docx</dc:description>
  <cp:lastModifiedBy>PC</cp:lastModifiedBy>
  <cp:revision>9</cp:revision>
  <cp:lastPrinted>2026-09-22T12:27:00Z</cp:lastPrinted>
  <dcterms:created xsi:type="dcterms:W3CDTF">2026-09-29T10:25:00Z</dcterms:created>
  <dcterms:modified xsi:type="dcterms:W3CDTF">2026-10-01T11:20:00Z</dcterms:modified>
</cp:coreProperties>
</file>